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5A902" w14:textId="150A735D" w:rsidR="00771079" w:rsidRDefault="00DE3E44" w:rsidP="00DE3E44">
      <w:pPr>
        <w:rPr>
          <w:lang w:bidi="ar-JO"/>
        </w:rPr>
      </w:pPr>
      <w:r w:rsidRPr="00BC727E">
        <w:rPr>
          <w:noProof/>
        </w:rPr>
        <mc:AlternateContent>
          <mc:Choice Requires="wps">
            <w:drawing>
              <wp:anchor distT="0" distB="0" distL="114300" distR="114300" simplePos="0" relativeHeight="251642880" behindDoc="0" locked="0" layoutInCell="1" allowOverlap="1" wp14:anchorId="4F278258" wp14:editId="20962B46">
                <wp:simplePos x="0" y="0"/>
                <wp:positionH relativeFrom="column">
                  <wp:posOffset>-544170</wp:posOffset>
                </wp:positionH>
                <wp:positionV relativeFrom="paragraph">
                  <wp:posOffset>37720</wp:posOffset>
                </wp:positionV>
                <wp:extent cx="6744929" cy="4512623"/>
                <wp:effectExtent l="0" t="0" r="0" b="2540"/>
                <wp:wrapNone/>
                <wp:docPr id="738363694" name="مربع نص 12"/>
                <wp:cNvGraphicFramePr/>
                <a:graphic xmlns:a="http://schemas.openxmlformats.org/drawingml/2006/main">
                  <a:graphicData uri="http://schemas.microsoft.com/office/word/2010/wordprocessingShape">
                    <wps:wsp>
                      <wps:cNvSpPr txBox="1"/>
                      <wps:spPr>
                        <a:xfrm>
                          <a:off x="0" y="0"/>
                          <a:ext cx="6744929" cy="4512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3FE60" w14:textId="0DAA87BB" w:rsidR="00DE3E44" w:rsidRPr="009C22B3" w:rsidRDefault="00DE3E44" w:rsidP="009C22B3">
                            <w:pPr>
                              <w:bidi/>
                              <w:spacing w:line="240" w:lineRule="auto"/>
                              <w:jc w:val="center"/>
                              <w:rPr>
                                <w:rFonts w:ascii="Aptos" w:hAnsi="Aptos" w:cs="Simplified Arabic"/>
                                <w:b/>
                                <w:bCs/>
                                <w:color w:val="365F91" w:themeColor="accent1" w:themeShade="BF"/>
                                <w:sz w:val="44"/>
                                <w:szCs w:val="44"/>
                              </w:rPr>
                            </w:pPr>
                            <w:r w:rsidRPr="009C22B3">
                              <w:rPr>
                                <w:rFonts w:ascii="Aptos" w:hAnsi="Aptos" w:cs="Simplified Arabic"/>
                                <w:b/>
                                <w:bCs/>
                                <w:color w:val="365F91" w:themeColor="accent1" w:themeShade="BF"/>
                                <w:sz w:val="44"/>
                                <w:szCs w:val="44"/>
                              </w:rPr>
                              <w:t xml:space="preserve">A Sensor-Based Robotic System for Leak Detection </w:t>
                            </w:r>
                          </w:p>
                          <w:p w14:paraId="04F0E7CB" w14:textId="222436B5" w:rsidR="00BC727E" w:rsidRPr="009C22B3" w:rsidRDefault="009C22B3" w:rsidP="009C22B3">
                            <w:pPr>
                              <w:bidi/>
                              <w:spacing w:line="240" w:lineRule="auto"/>
                              <w:jc w:val="center"/>
                              <w:rPr>
                                <w:rFonts w:cs="Simplified Arabic"/>
                                <w:i/>
                                <w:iCs/>
                                <w:color w:val="365F91" w:themeColor="accent1" w:themeShade="BF"/>
                                <w:sz w:val="40"/>
                                <w:szCs w:val="40"/>
                                <w:rtl/>
                              </w:rPr>
                            </w:pPr>
                            <w:r w:rsidRPr="009C22B3">
                              <w:rPr>
                                <w:rFonts w:cs="Simplified Arabic"/>
                                <w:i/>
                                <w:iCs/>
                                <w:color w:val="365F91" w:themeColor="accent1" w:themeShade="BF"/>
                                <w:sz w:val="40"/>
                                <w:szCs w:val="40"/>
                              </w:rPr>
                              <w:t>Every Drop Matter</w:t>
                            </w:r>
                            <w:r>
                              <w:rPr>
                                <w:rFonts w:cs="Simplified Arabic"/>
                                <w:i/>
                                <w:iCs/>
                                <w:color w:val="365F91" w:themeColor="accent1" w:themeShade="BF"/>
                                <w:sz w:val="40"/>
                                <w:szCs w:val="40"/>
                              </w:rPr>
                              <w:t>s</w:t>
                            </w:r>
                            <w:r w:rsidR="0002199F">
                              <w:rPr>
                                <w:rFonts w:cs="Simplified Arabic"/>
                                <w:i/>
                                <w:iCs/>
                                <w:color w:val="365F91" w:themeColor="accent1" w:themeShade="BF"/>
                                <w:sz w:val="40"/>
                                <w:szCs w:val="40"/>
                              </w:rPr>
                              <w:t xml:space="preserve"> (EDM) Robot</w:t>
                            </w:r>
                          </w:p>
                          <w:p w14:paraId="4FA19C02" w14:textId="77777777" w:rsidR="008062A7" w:rsidRDefault="008062A7" w:rsidP="008062A7">
                            <w:pPr>
                              <w:bidi/>
                              <w:spacing w:after="0" w:line="240" w:lineRule="auto"/>
                              <w:jc w:val="center"/>
                              <w:rPr>
                                <w:rFonts w:ascii="Aptos" w:hAnsi="Aptos" w:cs="Simplified Arabic"/>
                                <w:b/>
                                <w:bCs/>
                                <w:color w:val="365F91" w:themeColor="accent1" w:themeShade="BF"/>
                                <w:sz w:val="24"/>
                                <w:szCs w:val="24"/>
                              </w:rPr>
                            </w:pPr>
                          </w:p>
                          <w:p w14:paraId="4EE5919C" w14:textId="77777777" w:rsidR="009C22B3" w:rsidRDefault="009C22B3" w:rsidP="009C22B3">
                            <w:pPr>
                              <w:bidi/>
                              <w:spacing w:after="0" w:line="240" w:lineRule="auto"/>
                              <w:jc w:val="center"/>
                              <w:rPr>
                                <w:rFonts w:ascii="Aptos" w:hAnsi="Aptos" w:cs="Simplified Arabic"/>
                                <w:b/>
                                <w:bCs/>
                                <w:color w:val="365F91" w:themeColor="accent1" w:themeShade="BF"/>
                                <w:sz w:val="24"/>
                                <w:szCs w:val="24"/>
                              </w:rPr>
                            </w:pPr>
                          </w:p>
                          <w:p w14:paraId="7BE9180A" w14:textId="611F81E6" w:rsidR="009C22B3" w:rsidRPr="008062A7" w:rsidRDefault="009C22B3" w:rsidP="009C22B3">
                            <w:pPr>
                              <w:bidi/>
                              <w:spacing w:line="240" w:lineRule="auto"/>
                              <w:jc w:val="center"/>
                              <w:rPr>
                                <w:rFonts w:ascii="Aptos" w:hAnsi="Aptos" w:cs="Simplified Arabic"/>
                                <w:b/>
                                <w:bCs/>
                                <w:color w:val="365F91" w:themeColor="accent1" w:themeShade="BF"/>
                                <w:sz w:val="24"/>
                                <w:szCs w:val="24"/>
                              </w:rPr>
                            </w:pPr>
                            <w:r>
                              <w:rPr>
                                <w:rFonts w:ascii="Aptos" w:hAnsi="Aptos" w:cs="Simplified Arabic"/>
                                <w:b/>
                                <w:bCs/>
                                <w:color w:val="365F91" w:themeColor="accent1" w:themeShade="BF"/>
                                <w:sz w:val="24"/>
                                <w:szCs w:val="24"/>
                              </w:rPr>
                              <w:t>Prepared By:</w:t>
                            </w:r>
                          </w:p>
                          <w:p w14:paraId="5AEC12C2" w14:textId="726AB815" w:rsidR="00BC727E" w:rsidRPr="009C22B3" w:rsidRDefault="00BC727E" w:rsidP="00BC727E">
                            <w:pPr>
                              <w:bidi/>
                              <w:spacing w:after="0" w:line="240" w:lineRule="auto"/>
                              <w:jc w:val="center"/>
                              <w:rPr>
                                <w:rFonts w:ascii="Aptos" w:hAnsi="Aptos" w:cs="Simplified Arabic"/>
                                <w:b/>
                                <w:bCs/>
                                <w:color w:val="365F91" w:themeColor="accent1" w:themeShade="BF"/>
                                <w:sz w:val="36"/>
                                <w:szCs w:val="36"/>
                                <w:rtl/>
                              </w:rPr>
                            </w:pPr>
                            <w:r w:rsidRPr="009C22B3">
                              <w:rPr>
                                <w:rFonts w:ascii="Aptos" w:hAnsi="Aptos" w:cs="Simplified Arabic"/>
                                <w:b/>
                                <w:bCs/>
                                <w:color w:val="365F91" w:themeColor="accent1" w:themeShade="BF"/>
                                <w:sz w:val="36"/>
                                <w:szCs w:val="36"/>
                              </w:rPr>
                              <w:t>Layan Awad &amp; Sarraa' Omar</w:t>
                            </w:r>
                          </w:p>
                          <w:p w14:paraId="1E8B401B" w14:textId="77777777" w:rsidR="008062A7" w:rsidRDefault="008062A7" w:rsidP="008062A7">
                            <w:pPr>
                              <w:bidi/>
                              <w:spacing w:after="0" w:line="240" w:lineRule="auto"/>
                              <w:rPr>
                                <w:rFonts w:ascii="Aptos" w:hAnsi="Aptos" w:cs="Simplified Arabic"/>
                                <w:b/>
                                <w:bCs/>
                                <w:color w:val="365F91" w:themeColor="accent1" w:themeShade="BF"/>
                                <w:sz w:val="24"/>
                                <w:szCs w:val="24"/>
                                <w:rtl/>
                              </w:rPr>
                            </w:pPr>
                          </w:p>
                          <w:p w14:paraId="345AD1C1" w14:textId="6748F21E" w:rsidR="008062A7" w:rsidRDefault="008062A7" w:rsidP="008062A7">
                            <w:pPr>
                              <w:bidi/>
                              <w:spacing w:after="0" w:line="240" w:lineRule="auto"/>
                              <w:jc w:val="center"/>
                              <w:rPr>
                                <w:rFonts w:ascii="Aptos" w:hAnsi="Aptos" w:cs="Simplified Arabic"/>
                                <w:b/>
                                <w:bCs/>
                                <w:color w:val="365F91" w:themeColor="accent1" w:themeShade="BF"/>
                                <w:sz w:val="24"/>
                                <w:szCs w:val="24"/>
                                <w:rtl/>
                              </w:rPr>
                            </w:pPr>
                            <w:r w:rsidRPr="008062A7">
                              <w:rPr>
                                <w:rFonts w:ascii="Aptos" w:hAnsi="Aptos" w:cs="Simplified Arabic"/>
                                <w:b/>
                                <w:bCs/>
                                <w:color w:val="365F91" w:themeColor="accent1" w:themeShade="BF"/>
                                <w:sz w:val="24"/>
                                <w:szCs w:val="24"/>
                              </w:rPr>
                              <w:t xml:space="preserve">Anabta Secondary Girls </w:t>
                            </w:r>
                            <w:r w:rsidR="009C22B3" w:rsidRPr="008062A7">
                              <w:rPr>
                                <w:rFonts w:ascii="Aptos" w:hAnsi="Aptos" w:cs="Simplified Arabic"/>
                                <w:b/>
                                <w:bCs/>
                                <w:color w:val="365F91" w:themeColor="accent1" w:themeShade="BF"/>
                                <w:sz w:val="24"/>
                                <w:szCs w:val="24"/>
                              </w:rPr>
                              <w:t>School.</w:t>
                            </w:r>
                          </w:p>
                          <w:p w14:paraId="3EA918D6" w14:textId="77777777" w:rsidR="00771079" w:rsidRDefault="00771079" w:rsidP="00771079">
                            <w:pPr>
                              <w:bidi/>
                              <w:spacing w:after="0" w:line="240" w:lineRule="auto"/>
                              <w:jc w:val="center"/>
                              <w:rPr>
                                <w:rFonts w:ascii="Aptos" w:hAnsi="Aptos" w:cs="Simplified Arabic"/>
                                <w:b/>
                                <w:bCs/>
                                <w:color w:val="365F91" w:themeColor="accent1" w:themeShade="BF"/>
                                <w:sz w:val="24"/>
                                <w:szCs w:val="24"/>
                                <w:rtl/>
                              </w:rPr>
                            </w:pPr>
                          </w:p>
                          <w:p w14:paraId="4B8038DB" w14:textId="4545C8AF" w:rsidR="00BC727E" w:rsidRDefault="00DE3E44" w:rsidP="00DE3E44">
                            <w:pPr>
                              <w:bidi/>
                              <w:spacing w:after="0" w:line="240" w:lineRule="auto"/>
                              <w:jc w:val="center"/>
                              <w:rPr>
                                <w:rFonts w:ascii="Aptos" w:hAnsi="Aptos" w:cs="Simplified Arabic"/>
                                <w:b/>
                                <w:bCs/>
                                <w:color w:val="365F91" w:themeColor="accent1" w:themeShade="BF"/>
                                <w:sz w:val="24"/>
                                <w:szCs w:val="24"/>
                              </w:rPr>
                            </w:pPr>
                            <w:r>
                              <w:rPr>
                                <w:rFonts w:ascii="Aptos" w:hAnsi="Aptos" w:cs="Simplified Arabic"/>
                                <w:b/>
                                <w:bCs/>
                                <w:color w:val="365F91" w:themeColor="accent1" w:themeShade="BF"/>
                                <w:sz w:val="24"/>
                                <w:szCs w:val="24"/>
                              </w:rPr>
                              <w:t>State of Palestine.</w:t>
                            </w:r>
                          </w:p>
                          <w:p w14:paraId="7E0533A7" w14:textId="77777777" w:rsidR="009C22B3" w:rsidRDefault="009C22B3" w:rsidP="009C22B3">
                            <w:pPr>
                              <w:bidi/>
                              <w:spacing w:after="0" w:line="240" w:lineRule="auto"/>
                              <w:jc w:val="center"/>
                              <w:rPr>
                                <w:rFonts w:ascii="Aptos" w:hAnsi="Aptos" w:cs="Simplified Arabic"/>
                                <w:b/>
                                <w:bCs/>
                                <w:color w:val="365F91" w:themeColor="accent1" w:themeShade="BF"/>
                                <w:sz w:val="24"/>
                                <w:szCs w:val="24"/>
                              </w:rPr>
                            </w:pPr>
                          </w:p>
                          <w:p w14:paraId="5C915ABC" w14:textId="77777777" w:rsidR="009C22B3" w:rsidRDefault="009C22B3" w:rsidP="009C22B3">
                            <w:pPr>
                              <w:bidi/>
                              <w:spacing w:after="0" w:line="240" w:lineRule="auto"/>
                              <w:rPr>
                                <w:rFonts w:ascii="Aptos" w:hAnsi="Aptos" w:cs="Simplified Arabic"/>
                                <w:b/>
                                <w:bCs/>
                                <w:color w:val="365F91" w:themeColor="accent1" w:themeShade="BF"/>
                                <w:sz w:val="24"/>
                                <w:szCs w:val="24"/>
                              </w:rPr>
                            </w:pPr>
                          </w:p>
                          <w:p w14:paraId="3662E660" w14:textId="77777777" w:rsidR="009C22B3" w:rsidRDefault="009C22B3" w:rsidP="009C22B3">
                            <w:pPr>
                              <w:bidi/>
                              <w:spacing w:after="0" w:line="240" w:lineRule="auto"/>
                              <w:jc w:val="center"/>
                              <w:rPr>
                                <w:rFonts w:ascii="Aptos" w:hAnsi="Aptos" w:cs="Simplified Arabic"/>
                                <w:b/>
                                <w:bCs/>
                                <w:color w:val="365F91" w:themeColor="accent1" w:themeShade="BF"/>
                                <w:sz w:val="24"/>
                                <w:szCs w:val="24"/>
                              </w:rPr>
                            </w:pPr>
                          </w:p>
                          <w:p w14:paraId="264E3422" w14:textId="422AD22C" w:rsidR="00DE3E44" w:rsidRDefault="00DE3E44" w:rsidP="009C22B3">
                            <w:pPr>
                              <w:bidi/>
                              <w:spacing w:after="0" w:line="240" w:lineRule="auto"/>
                              <w:jc w:val="center"/>
                              <w:rPr>
                                <w:rFonts w:ascii="Aptos" w:hAnsi="Aptos" w:cs="Simplified Arabic"/>
                                <w:b/>
                                <w:bCs/>
                                <w:i/>
                                <w:iCs/>
                                <w:color w:val="365F91" w:themeColor="accent1" w:themeShade="BF"/>
                                <w:sz w:val="24"/>
                                <w:szCs w:val="24"/>
                              </w:rPr>
                            </w:pPr>
                            <w:r w:rsidRPr="009C22B3">
                              <w:rPr>
                                <w:rFonts w:ascii="Aptos" w:hAnsi="Aptos" w:cs="Simplified Arabic"/>
                                <w:b/>
                                <w:bCs/>
                                <w:i/>
                                <w:iCs/>
                                <w:color w:val="365F91" w:themeColor="accent1" w:themeShade="BF"/>
                                <w:sz w:val="24"/>
                                <w:szCs w:val="24"/>
                              </w:rPr>
                              <w:t>Entry to the Stockholm Junior Water Prize, 2025.</w:t>
                            </w:r>
                          </w:p>
                          <w:p w14:paraId="748EA1EE" w14:textId="77777777" w:rsidR="009C22B3" w:rsidRPr="009C22B3" w:rsidRDefault="009C22B3" w:rsidP="009C22B3">
                            <w:pPr>
                              <w:bidi/>
                              <w:spacing w:after="0" w:line="240" w:lineRule="auto"/>
                              <w:jc w:val="center"/>
                              <w:rPr>
                                <w:rFonts w:ascii="Aptos" w:hAnsi="Aptos" w:cs="Simplified Arabic"/>
                                <w:b/>
                                <w:bCs/>
                                <w:i/>
                                <w:iCs/>
                                <w:color w:val="365F91" w:themeColor="accent1" w:themeShade="BF"/>
                                <w:sz w:val="24"/>
                                <w:szCs w:val="24"/>
                              </w:rPr>
                            </w:pPr>
                          </w:p>
                          <w:p w14:paraId="364EAB98" w14:textId="2132B633" w:rsidR="00DE3E44" w:rsidRPr="00DE3E44" w:rsidRDefault="00DE3E44" w:rsidP="00DE3E44">
                            <w:pPr>
                              <w:spacing w:after="0" w:line="240" w:lineRule="auto"/>
                              <w:rPr>
                                <w:rFonts w:ascii="Aptos" w:hAnsi="Aptos" w:cs="Simplified Arabic"/>
                                <w:b/>
                                <w:bCs/>
                                <w:color w:val="365F91" w:themeColor="accent1" w:themeShade="BF"/>
                                <w:sz w:val="24"/>
                                <w:szCs w:val="24"/>
                              </w:rPr>
                            </w:pPr>
                          </w:p>
                        </w:txbxContent>
                      </wps:txbx>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78258" id="_x0000_t202" coordsize="21600,21600" o:spt="202" path="m,l,21600r21600,l21600,xe">
                <v:stroke joinstyle="miter"/>
                <v:path gradientshapeok="t" o:connecttype="rect"/>
              </v:shapetype>
              <v:shape id="مربع نص 12" o:spid="_x0000_s1026" type="#_x0000_t202" style="position:absolute;margin-left:-42.85pt;margin-top:2.95pt;width:531.1pt;height:35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" filled="f" stroked="f" strokeweight=".5pt">
                <v:textbox>
                  <w:txbxContent>
                    <w:p w14:paraId="38A3FE60" w14:textId="0DAA87BB" w:rsidR="00DE3E44" w:rsidRPr="009C22B3" w:rsidRDefault="00DE3E44" w:rsidP="009C22B3">
                      <w:pPr>
                        <w:bidi/>
                        <w:spacing w:line="240" w:lineRule="auto"/>
                        <w:jc w:val="center"/>
                        <w:rPr>
                          <w:rFonts w:ascii="Aptos" w:hAnsi="Aptos" w:cs="Simplified Arabic"/>
                          <w:b/>
                          <w:bCs/>
                          <w:color w:val="365F91" w:themeColor="accent1" w:themeShade="BF"/>
                          <w:sz w:val="44"/>
                          <w:szCs w:val="44"/>
                        </w:rPr>
                      </w:pPr>
                      <w:r w:rsidRPr="009C22B3">
                        <w:rPr>
                          <w:rFonts w:ascii="Aptos" w:hAnsi="Aptos" w:cs="Simplified Arabic"/>
                          <w:b/>
                          <w:bCs/>
                          <w:color w:val="365F91" w:themeColor="accent1" w:themeShade="BF"/>
                          <w:sz w:val="44"/>
                          <w:szCs w:val="44"/>
                        </w:rPr>
                        <w:t xml:space="preserve">A Sensor-Based Robotic System for Leak Detection </w:t>
                      </w:r>
                    </w:p>
                    <w:p w14:paraId="04F0E7CB" w14:textId="222436B5" w:rsidR="00BC727E" w:rsidRPr="009C22B3" w:rsidRDefault="009C22B3" w:rsidP="009C22B3">
                      <w:pPr>
                        <w:bidi/>
                        <w:spacing w:line="240" w:lineRule="auto"/>
                        <w:jc w:val="center"/>
                        <w:rPr>
                          <w:rFonts w:cs="Simplified Arabic"/>
                          <w:i/>
                          <w:iCs/>
                          <w:color w:val="365F91" w:themeColor="accent1" w:themeShade="BF"/>
                          <w:sz w:val="40"/>
                          <w:szCs w:val="40"/>
                          <w:rtl/>
                        </w:rPr>
                      </w:pPr>
                      <w:r w:rsidRPr="009C22B3">
                        <w:rPr>
                          <w:rFonts w:cs="Simplified Arabic"/>
                          <w:i/>
                          <w:iCs/>
                          <w:color w:val="365F91" w:themeColor="accent1" w:themeShade="BF"/>
                          <w:sz w:val="40"/>
                          <w:szCs w:val="40"/>
                        </w:rPr>
                        <w:t>Every Drop Matter</w:t>
                      </w:r>
                      <w:r>
                        <w:rPr>
                          <w:rFonts w:cs="Simplified Arabic"/>
                          <w:i/>
                          <w:iCs/>
                          <w:color w:val="365F91" w:themeColor="accent1" w:themeShade="BF"/>
                          <w:sz w:val="40"/>
                          <w:szCs w:val="40"/>
                        </w:rPr>
                        <w:t>s</w:t>
                      </w:r>
                      <w:r w:rsidR="0002199F">
                        <w:rPr>
                          <w:rFonts w:cs="Simplified Arabic"/>
                          <w:i/>
                          <w:iCs/>
                          <w:color w:val="365F91" w:themeColor="accent1" w:themeShade="BF"/>
                          <w:sz w:val="40"/>
                          <w:szCs w:val="40"/>
                        </w:rPr>
                        <w:t xml:space="preserve"> (EDM) Robot</w:t>
                      </w:r>
                    </w:p>
                    <w:p w14:paraId="4FA19C02" w14:textId="77777777" w:rsidR="008062A7" w:rsidRDefault="008062A7" w:rsidP="008062A7">
                      <w:pPr>
                        <w:bidi/>
                        <w:spacing w:after="0" w:line="240" w:lineRule="auto"/>
                        <w:jc w:val="center"/>
                        <w:rPr>
                          <w:rFonts w:ascii="Aptos" w:hAnsi="Aptos" w:cs="Simplified Arabic"/>
                          <w:b/>
                          <w:bCs/>
                          <w:color w:val="365F91" w:themeColor="accent1" w:themeShade="BF"/>
                          <w:sz w:val="24"/>
                          <w:szCs w:val="24"/>
                        </w:rPr>
                      </w:pPr>
                    </w:p>
                    <w:p w14:paraId="4EE5919C" w14:textId="77777777" w:rsidR="009C22B3" w:rsidRDefault="009C22B3" w:rsidP="009C22B3">
                      <w:pPr>
                        <w:bidi/>
                        <w:spacing w:after="0" w:line="240" w:lineRule="auto"/>
                        <w:jc w:val="center"/>
                        <w:rPr>
                          <w:rFonts w:ascii="Aptos" w:hAnsi="Aptos" w:cs="Simplified Arabic"/>
                          <w:b/>
                          <w:bCs/>
                          <w:color w:val="365F91" w:themeColor="accent1" w:themeShade="BF"/>
                          <w:sz w:val="24"/>
                          <w:szCs w:val="24"/>
                        </w:rPr>
                      </w:pPr>
                    </w:p>
                    <w:p w14:paraId="7BE9180A" w14:textId="611F81E6" w:rsidR="009C22B3" w:rsidRPr="008062A7" w:rsidRDefault="009C22B3" w:rsidP="009C22B3">
                      <w:pPr>
                        <w:bidi/>
                        <w:spacing w:line="240" w:lineRule="auto"/>
                        <w:jc w:val="center"/>
                        <w:rPr>
                          <w:rFonts w:ascii="Aptos" w:hAnsi="Aptos" w:cs="Simplified Arabic"/>
                          <w:b/>
                          <w:bCs/>
                          <w:color w:val="365F91" w:themeColor="accent1" w:themeShade="BF"/>
                          <w:sz w:val="24"/>
                          <w:szCs w:val="24"/>
                        </w:rPr>
                      </w:pPr>
                      <w:r>
                        <w:rPr>
                          <w:rFonts w:ascii="Aptos" w:hAnsi="Aptos" w:cs="Simplified Arabic"/>
                          <w:b/>
                          <w:bCs/>
                          <w:color w:val="365F91" w:themeColor="accent1" w:themeShade="BF"/>
                          <w:sz w:val="24"/>
                          <w:szCs w:val="24"/>
                        </w:rPr>
                        <w:t>Prepared By:</w:t>
                      </w:r>
                    </w:p>
                    <w:p w14:paraId="5AEC12C2" w14:textId="726AB815" w:rsidR="00BC727E" w:rsidRPr="009C22B3" w:rsidRDefault="00BC727E" w:rsidP="00BC727E">
                      <w:pPr>
                        <w:bidi/>
                        <w:spacing w:after="0" w:line="240" w:lineRule="auto"/>
                        <w:jc w:val="center"/>
                        <w:rPr>
                          <w:rFonts w:ascii="Aptos" w:hAnsi="Aptos" w:cs="Simplified Arabic"/>
                          <w:b/>
                          <w:bCs/>
                          <w:color w:val="365F91" w:themeColor="accent1" w:themeShade="BF"/>
                          <w:sz w:val="36"/>
                          <w:szCs w:val="36"/>
                          <w:rtl/>
                        </w:rPr>
                      </w:pPr>
                      <w:r w:rsidRPr="009C22B3">
                        <w:rPr>
                          <w:rFonts w:ascii="Aptos" w:hAnsi="Aptos" w:cs="Simplified Arabic"/>
                          <w:b/>
                          <w:bCs/>
                          <w:color w:val="365F91" w:themeColor="accent1" w:themeShade="BF"/>
                          <w:sz w:val="36"/>
                          <w:szCs w:val="36"/>
                        </w:rPr>
                        <w:t>Layan Awad &amp; Sarraa' Omar</w:t>
                      </w:r>
                    </w:p>
                    <w:p w14:paraId="1E8B401B" w14:textId="77777777" w:rsidR="008062A7" w:rsidRDefault="008062A7" w:rsidP="008062A7">
                      <w:pPr>
                        <w:bidi/>
                        <w:spacing w:after="0" w:line="240" w:lineRule="auto"/>
                        <w:rPr>
                          <w:rFonts w:ascii="Aptos" w:hAnsi="Aptos" w:cs="Simplified Arabic"/>
                          <w:b/>
                          <w:bCs/>
                          <w:color w:val="365F91" w:themeColor="accent1" w:themeShade="BF"/>
                          <w:sz w:val="24"/>
                          <w:szCs w:val="24"/>
                          <w:rtl/>
                        </w:rPr>
                      </w:pPr>
                    </w:p>
                    <w:p w14:paraId="345AD1C1" w14:textId="6748F21E" w:rsidR="008062A7" w:rsidRDefault="008062A7" w:rsidP="008062A7">
                      <w:pPr>
                        <w:bidi/>
                        <w:spacing w:after="0" w:line="240" w:lineRule="auto"/>
                        <w:jc w:val="center"/>
                        <w:rPr>
                          <w:rFonts w:ascii="Aptos" w:hAnsi="Aptos" w:cs="Simplified Arabic"/>
                          <w:b/>
                          <w:bCs/>
                          <w:color w:val="365F91" w:themeColor="accent1" w:themeShade="BF"/>
                          <w:sz w:val="24"/>
                          <w:szCs w:val="24"/>
                          <w:rtl/>
                        </w:rPr>
                      </w:pPr>
                      <w:r w:rsidRPr="008062A7">
                        <w:rPr>
                          <w:rFonts w:ascii="Aptos" w:hAnsi="Aptos" w:cs="Simplified Arabic"/>
                          <w:b/>
                          <w:bCs/>
                          <w:color w:val="365F91" w:themeColor="accent1" w:themeShade="BF"/>
                          <w:sz w:val="24"/>
                          <w:szCs w:val="24"/>
                        </w:rPr>
                        <w:t xml:space="preserve">Anabta Secondary Girls </w:t>
                      </w:r>
                      <w:r w:rsidR="009C22B3" w:rsidRPr="008062A7">
                        <w:rPr>
                          <w:rFonts w:ascii="Aptos" w:hAnsi="Aptos" w:cs="Simplified Arabic"/>
                          <w:b/>
                          <w:bCs/>
                          <w:color w:val="365F91" w:themeColor="accent1" w:themeShade="BF"/>
                          <w:sz w:val="24"/>
                          <w:szCs w:val="24"/>
                        </w:rPr>
                        <w:t>School.</w:t>
                      </w:r>
                    </w:p>
                    <w:p w14:paraId="3EA918D6" w14:textId="77777777" w:rsidR="00771079" w:rsidRDefault="00771079" w:rsidP="00771079">
                      <w:pPr>
                        <w:bidi/>
                        <w:spacing w:after="0" w:line="240" w:lineRule="auto"/>
                        <w:jc w:val="center"/>
                        <w:rPr>
                          <w:rFonts w:ascii="Aptos" w:hAnsi="Aptos" w:cs="Simplified Arabic"/>
                          <w:b/>
                          <w:bCs/>
                          <w:color w:val="365F91" w:themeColor="accent1" w:themeShade="BF"/>
                          <w:sz w:val="24"/>
                          <w:szCs w:val="24"/>
                          <w:rtl/>
                        </w:rPr>
                      </w:pPr>
                    </w:p>
                    <w:p w14:paraId="4B8038DB" w14:textId="4545C8AF" w:rsidR="00BC727E" w:rsidRDefault="00DE3E44" w:rsidP="00DE3E44">
                      <w:pPr>
                        <w:bidi/>
                        <w:spacing w:after="0" w:line="240" w:lineRule="auto"/>
                        <w:jc w:val="center"/>
                        <w:rPr>
                          <w:rFonts w:ascii="Aptos" w:hAnsi="Aptos" w:cs="Simplified Arabic"/>
                          <w:b/>
                          <w:bCs/>
                          <w:color w:val="365F91" w:themeColor="accent1" w:themeShade="BF"/>
                          <w:sz w:val="24"/>
                          <w:szCs w:val="24"/>
                        </w:rPr>
                      </w:pPr>
                      <w:r>
                        <w:rPr>
                          <w:rFonts w:ascii="Aptos" w:hAnsi="Aptos" w:cs="Simplified Arabic"/>
                          <w:b/>
                          <w:bCs/>
                          <w:color w:val="365F91" w:themeColor="accent1" w:themeShade="BF"/>
                          <w:sz w:val="24"/>
                          <w:szCs w:val="24"/>
                        </w:rPr>
                        <w:t>State of Palestine.</w:t>
                      </w:r>
                    </w:p>
                    <w:p w14:paraId="7E0533A7" w14:textId="77777777" w:rsidR="009C22B3" w:rsidRDefault="009C22B3" w:rsidP="009C22B3">
                      <w:pPr>
                        <w:bidi/>
                        <w:spacing w:after="0" w:line="240" w:lineRule="auto"/>
                        <w:jc w:val="center"/>
                        <w:rPr>
                          <w:rFonts w:ascii="Aptos" w:hAnsi="Aptos" w:cs="Simplified Arabic"/>
                          <w:b/>
                          <w:bCs/>
                          <w:color w:val="365F91" w:themeColor="accent1" w:themeShade="BF"/>
                          <w:sz w:val="24"/>
                          <w:szCs w:val="24"/>
                        </w:rPr>
                      </w:pPr>
                    </w:p>
                    <w:p w14:paraId="5C915ABC" w14:textId="77777777" w:rsidR="009C22B3" w:rsidRDefault="009C22B3" w:rsidP="009C22B3">
                      <w:pPr>
                        <w:bidi/>
                        <w:spacing w:after="0" w:line="240" w:lineRule="auto"/>
                        <w:rPr>
                          <w:rFonts w:ascii="Aptos" w:hAnsi="Aptos" w:cs="Simplified Arabic"/>
                          <w:b/>
                          <w:bCs/>
                          <w:color w:val="365F91" w:themeColor="accent1" w:themeShade="BF"/>
                          <w:sz w:val="24"/>
                          <w:szCs w:val="24"/>
                        </w:rPr>
                      </w:pPr>
                    </w:p>
                    <w:p w14:paraId="3662E660" w14:textId="77777777" w:rsidR="009C22B3" w:rsidRDefault="009C22B3" w:rsidP="009C22B3">
                      <w:pPr>
                        <w:bidi/>
                        <w:spacing w:after="0" w:line="240" w:lineRule="auto"/>
                        <w:jc w:val="center"/>
                        <w:rPr>
                          <w:rFonts w:ascii="Aptos" w:hAnsi="Aptos" w:cs="Simplified Arabic"/>
                          <w:b/>
                          <w:bCs/>
                          <w:color w:val="365F91" w:themeColor="accent1" w:themeShade="BF"/>
                          <w:sz w:val="24"/>
                          <w:szCs w:val="24"/>
                        </w:rPr>
                      </w:pPr>
                    </w:p>
                    <w:p w14:paraId="264E3422" w14:textId="422AD22C" w:rsidR="00DE3E44" w:rsidRDefault="00DE3E44" w:rsidP="009C22B3">
                      <w:pPr>
                        <w:bidi/>
                        <w:spacing w:after="0" w:line="240" w:lineRule="auto"/>
                        <w:jc w:val="center"/>
                        <w:rPr>
                          <w:rFonts w:ascii="Aptos" w:hAnsi="Aptos" w:cs="Simplified Arabic"/>
                          <w:b/>
                          <w:bCs/>
                          <w:i/>
                          <w:iCs/>
                          <w:color w:val="365F91" w:themeColor="accent1" w:themeShade="BF"/>
                          <w:sz w:val="24"/>
                          <w:szCs w:val="24"/>
                        </w:rPr>
                      </w:pPr>
                      <w:r w:rsidRPr="009C22B3">
                        <w:rPr>
                          <w:rFonts w:ascii="Aptos" w:hAnsi="Aptos" w:cs="Simplified Arabic"/>
                          <w:b/>
                          <w:bCs/>
                          <w:i/>
                          <w:iCs/>
                          <w:color w:val="365F91" w:themeColor="accent1" w:themeShade="BF"/>
                          <w:sz w:val="24"/>
                          <w:szCs w:val="24"/>
                        </w:rPr>
                        <w:t>Entry to the Stockholm Junior Water Prize, 2025.</w:t>
                      </w:r>
                    </w:p>
                    <w:p w14:paraId="748EA1EE" w14:textId="77777777" w:rsidR="009C22B3" w:rsidRPr="009C22B3" w:rsidRDefault="009C22B3" w:rsidP="009C22B3">
                      <w:pPr>
                        <w:bidi/>
                        <w:spacing w:after="0" w:line="240" w:lineRule="auto"/>
                        <w:jc w:val="center"/>
                        <w:rPr>
                          <w:rFonts w:ascii="Aptos" w:hAnsi="Aptos" w:cs="Simplified Arabic"/>
                          <w:b/>
                          <w:bCs/>
                          <w:i/>
                          <w:iCs/>
                          <w:color w:val="365F91" w:themeColor="accent1" w:themeShade="BF"/>
                          <w:sz w:val="24"/>
                          <w:szCs w:val="24"/>
                        </w:rPr>
                      </w:pPr>
                    </w:p>
                    <w:p w14:paraId="364EAB98" w14:textId="2132B633" w:rsidR="00DE3E44" w:rsidRPr="00DE3E44" w:rsidRDefault="00DE3E44" w:rsidP="00DE3E44">
                      <w:pPr>
                        <w:spacing w:after="0" w:line="240" w:lineRule="auto"/>
                        <w:rPr>
                          <w:rFonts w:ascii="Aptos" w:hAnsi="Aptos" w:cs="Simplified Arabic"/>
                          <w:b/>
                          <w:bCs/>
                          <w:color w:val="365F91" w:themeColor="accent1" w:themeShade="BF"/>
                          <w:sz w:val="24"/>
                          <w:szCs w:val="24"/>
                        </w:rPr>
                      </w:pPr>
                    </w:p>
                  </w:txbxContent>
                </v:textbox>
              </v:shape>
            </w:pict>
          </mc:Fallback>
        </mc:AlternateContent>
      </w:r>
    </w:p>
    <w:p w14:paraId="687C2A5C" w14:textId="487DBF75" w:rsidR="00DE3E44" w:rsidRDefault="00DE3E44" w:rsidP="00CF7C7D">
      <w:pPr>
        <w:rPr>
          <w:lang w:bidi="ar-JO"/>
        </w:rPr>
      </w:pPr>
    </w:p>
    <w:p w14:paraId="77F2ADC5" w14:textId="099C86C9" w:rsidR="00DE3E44" w:rsidRDefault="00DE3E44" w:rsidP="00CF7C7D">
      <w:pPr>
        <w:rPr>
          <w:noProof/>
        </w:rPr>
      </w:pPr>
    </w:p>
    <w:p w14:paraId="76C33EA1" w14:textId="247ECF0A" w:rsidR="00BC727E" w:rsidRDefault="00BC727E" w:rsidP="00CF7C7D">
      <w:pPr>
        <w:rPr>
          <w:rtl/>
          <w:lang w:bidi="ar-JO"/>
        </w:rPr>
      </w:pPr>
    </w:p>
    <w:p w14:paraId="2041E861" w14:textId="6594737A" w:rsidR="00BC727E" w:rsidRDefault="00BC727E" w:rsidP="00CF7C7D">
      <w:pPr>
        <w:rPr>
          <w:rFonts w:asciiTheme="majorHAnsi" w:eastAsiaTheme="majorEastAsia" w:hAnsiTheme="majorHAnsi" w:cstheme="majorBidi"/>
          <w:b/>
          <w:bCs/>
          <w:color w:val="365F91" w:themeColor="accent1" w:themeShade="BF"/>
          <w:sz w:val="28"/>
          <w:szCs w:val="28"/>
        </w:rPr>
      </w:pPr>
    </w:p>
    <w:bookmarkStart w:id="0" w:name="_Toc200617351" w:displacedByCustomXml="next"/>
    <w:bookmarkStart w:id="1" w:name="_Toc200617201" w:displacedByCustomXml="next"/>
    <w:bookmarkStart w:id="2" w:name="_Toc200617075" w:displacedByCustomXml="next"/>
    <w:bookmarkStart w:id="3" w:name="_Toc200375625" w:displacedByCustomXml="next"/>
    <w:bookmarkStart w:id="4" w:name="_Toc200475472" w:displacedByCustomXml="next"/>
    <w:sdt>
      <w:sdtPr>
        <w:rPr>
          <w:rFonts w:asciiTheme="minorHAnsi" w:eastAsiaTheme="minorEastAsia" w:hAnsiTheme="minorHAnsi" w:cstheme="minorBidi"/>
          <w:b w:val="0"/>
          <w:bCs w:val="0"/>
          <w:color w:val="auto"/>
          <w:sz w:val="22"/>
          <w:szCs w:val="22"/>
        </w:rPr>
        <w:id w:val="-2011671191"/>
        <w:docPartObj>
          <w:docPartGallery w:val="Cover Pages"/>
          <w:docPartUnique/>
        </w:docPartObj>
      </w:sdtPr>
      <w:sdtEndPr/>
      <w:sdtContent>
        <w:p w14:paraId="2F28E5CD" w14:textId="615A030C" w:rsidR="006C0E4B" w:rsidRDefault="009C22B3" w:rsidP="00CF7C7D">
          <w:pPr>
            <w:pStyle w:val="Heading1"/>
            <w:rPr>
              <w:rFonts w:asciiTheme="minorHAnsi" w:eastAsiaTheme="minorEastAsia" w:hAnsiTheme="minorHAnsi" w:cstheme="minorBidi"/>
              <w:b w:val="0"/>
              <w:bCs w:val="0"/>
              <w:color w:val="auto"/>
              <w:sz w:val="22"/>
              <w:szCs w:val="22"/>
            </w:rPr>
            <w:sectPr w:rsidR="006C0E4B" w:rsidSect="006C0E4B">
              <w:pgSz w:w="12240" w:h="15840"/>
              <w:pgMar w:top="1418" w:right="1418" w:bottom="1418" w:left="1418" w:header="720" w:footer="720" w:gutter="0"/>
              <w:cols w:space="720"/>
              <w:docGrid w:linePitch="360"/>
            </w:sectPr>
          </w:pPr>
          <w:r>
            <w:rPr>
              <w:noProof/>
            </w:rPr>
            <mc:AlternateContent>
              <mc:Choice Requires="wps">
                <w:drawing>
                  <wp:anchor distT="0" distB="0" distL="114300" distR="114300" simplePos="0" relativeHeight="251726848" behindDoc="0" locked="0" layoutInCell="1" allowOverlap="1" wp14:anchorId="757826B5" wp14:editId="2C0CAB33">
                    <wp:simplePos x="0" y="0"/>
                    <wp:positionH relativeFrom="column">
                      <wp:posOffset>364844</wp:posOffset>
                    </wp:positionH>
                    <wp:positionV relativeFrom="paragraph">
                      <wp:posOffset>2451750</wp:posOffset>
                    </wp:positionV>
                    <wp:extent cx="5566691" cy="4321751"/>
                    <wp:effectExtent l="57150" t="19050" r="53340" b="79375"/>
                    <wp:wrapNone/>
                    <wp:docPr id="346440285" name="Rectangle 4"/>
                    <wp:cNvGraphicFramePr/>
                    <a:graphic xmlns:a="http://schemas.openxmlformats.org/drawingml/2006/main">
                      <a:graphicData uri="http://schemas.microsoft.com/office/word/2010/wordprocessingShape">
                        <wps:wsp>
                          <wps:cNvSpPr/>
                          <wps:spPr>
                            <a:xfrm>
                              <a:off x="0" y="0"/>
                              <a:ext cx="5566691" cy="4321751"/>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BEE83" id="Rectangle 4" o:spid="_x0000_s1026" style="position:absolute;margin-left:28.75pt;margin-top:193.05pt;width:438.3pt;height:34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" stroked="f">
                    <v:fill r:id="rId9" o:title="" recolor="t" rotate="t" type="frame"/>
                    <v:shadow on="t" color="black" opacity="22937f" origin=",.5" offset="0,.63889mm"/>
                  </v:rect>
                </w:pict>
              </mc:Fallback>
            </mc:AlternateContent>
          </w:r>
          <w:r>
            <w:rPr>
              <w:noProof/>
            </w:rPr>
            <mc:AlternateContent>
              <mc:Choice Requires="wps">
                <w:drawing>
                  <wp:anchor distT="0" distB="0" distL="114300" distR="114300" simplePos="0" relativeHeight="251746304" behindDoc="0" locked="0" layoutInCell="1" allowOverlap="1" wp14:anchorId="49D32E0C" wp14:editId="076EBCC4">
                    <wp:simplePos x="0" y="0"/>
                    <wp:positionH relativeFrom="column">
                      <wp:posOffset>2531539</wp:posOffset>
                    </wp:positionH>
                    <wp:positionV relativeFrom="paragraph">
                      <wp:posOffset>6941589</wp:posOffset>
                    </wp:positionV>
                    <wp:extent cx="1068779" cy="308173"/>
                    <wp:effectExtent l="0" t="0" r="0" b="0"/>
                    <wp:wrapNone/>
                    <wp:docPr id="583206188" name="Text Box 5"/>
                    <wp:cNvGraphicFramePr/>
                    <a:graphic xmlns:a="http://schemas.openxmlformats.org/drawingml/2006/main">
                      <a:graphicData uri="http://schemas.microsoft.com/office/word/2010/wordprocessingShape">
                        <wps:wsp>
                          <wps:cNvSpPr txBox="1"/>
                          <wps:spPr>
                            <a:xfrm>
                              <a:off x="0" y="0"/>
                              <a:ext cx="1068779" cy="308173"/>
                            </a:xfrm>
                            <a:prstGeom prst="rect">
                              <a:avLst/>
                            </a:prstGeom>
                            <a:noFill/>
                            <a:ln w="6350">
                              <a:noFill/>
                            </a:ln>
                          </wps:spPr>
                          <wps:txbx>
                            <w:txbxContent>
                              <w:p w14:paraId="4DCB366B" w14:textId="0F390D59" w:rsidR="009C22B3" w:rsidRPr="009C22B3" w:rsidRDefault="009C22B3" w:rsidP="009C22B3">
                                <w:pPr>
                                  <w:jc w:val="center"/>
                                  <w:rPr>
                                    <w:rFonts w:ascii="Aptos" w:hAnsi="Aptos"/>
                                    <w:i/>
                                    <w:iCs/>
                                    <w:color w:val="FFFFFF" w:themeColor="background1"/>
                                  </w:rPr>
                                </w:pPr>
                                <w:r w:rsidRPr="009C22B3">
                                  <w:rPr>
                                    <w:rFonts w:ascii="Aptos" w:hAnsi="Aptos"/>
                                    <w:i/>
                                    <w:iCs/>
                                    <w:color w:val="FFFFFF" w:themeColor="background1"/>
                                  </w:rPr>
                                  <w:t>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32E0C" id="Text Box 5" o:spid="_x0000_s1027" type="#_x0000_t202" style="position:absolute;margin-left:199.35pt;margin-top:546.6pt;width:84.15pt;height:24.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" filled="f" stroked="f" strokeweight=".5pt">
                    <v:textbox>
                      <w:txbxContent>
                        <w:p w14:paraId="4DCB366B" w14:textId="0F390D59" w:rsidR="009C22B3" w:rsidRPr="009C22B3" w:rsidRDefault="009C22B3" w:rsidP="009C22B3">
                          <w:pPr>
                            <w:jc w:val="center"/>
                            <w:rPr>
                              <w:rFonts w:ascii="Aptos" w:hAnsi="Aptos"/>
                              <w:i/>
                              <w:iCs/>
                              <w:color w:val="FFFFFF" w:themeColor="background1"/>
                            </w:rPr>
                          </w:pPr>
                          <w:r w:rsidRPr="009C22B3">
                            <w:rPr>
                              <w:rFonts w:ascii="Aptos" w:hAnsi="Aptos"/>
                              <w:i/>
                              <w:iCs/>
                              <w:color w:val="FFFFFF" w:themeColor="background1"/>
                            </w:rPr>
                            <w:t>May 2025</w:t>
                          </w:r>
                        </w:p>
                      </w:txbxContent>
                    </v:textbox>
                  </v:shape>
                </w:pict>
              </mc:Fallback>
            </mc:AlternateContent>
          </w:r>
          <w:r w:rsidR="00DE3E44">
            <w:rPr>
              <w:noProof/>
            </w:rPr>
            <mc:AlternateContent>
              <mc:Choice Requires="wps">
                <w:drawing>
                  <wp:anchor distT="0" distB="0" distL="114300" distR="114300" simplePos="0" relativeHeight="251623424" behindDoc="0" locked="0" layoutInCell="1" allowOverlap="1" wp14:anchorId="427E4692" wp14:editId="7BC968A5">
                    <wp:simplePos x="0" y="0"/>
                    <wp:positionH relativeFrom="column">
                      <wp:posOffset>-959807</wp:posOffset>
                    </wp:positionH>
                    <wp:positionV relativeFrom="paragraph">
                      <wp:posOffset>3362416</wp:posOffset>
                    </wp:positionV>
                    <wp:extent cx="7835331" cy="4144489"/>
                    <wp:effectExtent l="57150" t="19050" r="70485" b="104140"/>
                    <wp:wrapNone/>
                    <wp:docPr id="1594751562" name="Rectangle 3"/>
                    <wp:cNvGraphicFramePr/>
                    <a:graphic xmlns:a="http://schemas.openxmlformats.org/drawingml/2006/main">
                      <a:graphicData uri="http://schemas.microsoft.com/office/word/2010/wordprocessingShape">
                        <wps:wsp>
                          <wps:cNvSpPr/>
                          <wps:spPr>
                            <a:xfrm>
                              <a:off x="0" y="0"/>
                              <a:ext cx="7835331" cy="4144489"/>
                            </a:xfrm>
                            <a:prstGeom prst="rect">
                              <a:avLst/>
                            </a:prstGeom>
                            <a:solidFill>
                              <a:schemeClr val="accent1">
                                <a:lumMod val="75000"/>
                              </a:schemeClr>
                            </a:solidFill>
                            <a:ln>
                              <a:solidFill>
                                <a:schemeClr val="accent1">
                                  <a:lumMod val="75000"/>
                                </a:schemeClr>
                              </a:solidFill>
                            </a:ln>
                          </wps:spPr>
                          <wps:style>
                            <a:lnRef idx="1">
                              <a:schemeClr val="accent1"/>
                            </a:lnRef>
                            <a:fillRef idx="3">
                              <a:schemeClr val="accent1"/>
                            </a:fillRef>
                            <a:effectRef idx="2">
                              <a:schemeClr val="accent1"/>
                            </a:effectRef>
                            <a:fontRef idx="minor">
                              <a:schemeClr val="lt1"/>
                            </a:fontRef>
                          </wps:style>
                          <wps:txbx>
                            <w:txbxContent>
                              <w:p w14:paraId="654B794D" w14:textId="77777777" w:rsidR="009C22B3" w:rsidRPr="009C22B3" w:rsidRDefault="009C22B3" w:rsidP="009C22B3">
                                <w:pPr>
                                  <w:jc w:val="center"/>
                                  <w:rPr>
                                    <w:rFonts w:ascii="Aptos" w:hAnsi="Aptos" w:cs="Simplified Arabic"/>
                                    <w:i/>
                                    <w:iCs/>
                                    <w:color w:val="365F91" w:themeColor="accent1" w:themeShade="BF"/>
                                    <w:sz w:val="20"/>
                                    <w:szCs w:val="20"/>
                                  </w:rPr>
                                </w:pPr>
                                <w:r w:rsidRPr="009C22B3">
                                  <w:rPr>
                                    <w:rFonts w:ascii="Aptos" w:hAnsi="Aptos" w:cs="Simplified Arabic"/>
                                    <w:i/>
                                    <w:iCs/>
                                    <w:color w:val="365F91" w:themeColor="accent1" w:themeShade="BF"/>
                                    <w:sz w:val="20"/>
                                    <w:szCs w:val="20"/>
                                  </w:rPr>
                                  <w:t>May 2025.</w:t>
                                </w:r>
                              </w:p>
                              <w:p w14:paraId="213AA0ED" w14:textId="77777777" w:rsidR="009C22B3" w:rsidRDefault="009C22B3" w:rsidP="009C22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7E4692" id="Rectangle 3" o:spid="_x0000_s1028" style="position:absolute;margin-left:-75.6pt;margin-top:264.75pt;width:616.95pt;height:326.3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" fillcolor="#365f91 [2404]" strokecolor="#365f91 [2404]">
                    <v:shadow on="t" color="black" opacity="22937f" origin=",.5" offset="0,.63889mm"/>
                    <v:textbox>
                      <w:txbxContent>
                        <w:p w14:paraId="654B794D" w14:textId="77777777" w:rsidR="009C22B3" w:rsidRPr="009C22B3" w:rsidRDefault="009C22B3" w:rsidP="009C22B3">
                          <w:pPr>
                            <w:jc w:val="center"/>
                            <w:rPr>
                              <w:rFonts w:ascii="Aptos" w:hAnsi="Aptos" w:cs="Simplified Arabic"/>
                              <w:i/>
                              <w:iCs/>
                              <w:color w:val="365F91" w:themeColor="accent1" w:themeShade="BF"/>
                              <w:sz w:val="20"/>
                              <w:szCs w:val="20"/>
                            </w:rPr>
                          </w:pPr>
                          <w:r w:rsidRPr="009C22B3">
                            <w:rPr>
                              <w:rFonts w:ascii="Aptos" w:hAnsi="Aptos" w:cs="Simplified Arabic"/>
                              <w:i/>
                              <w:iCs/>
                              <w:color w:val="365F91" w:themeColor="accent1" w:themeShade="BF"/>
                              <w:sz w:val="20"/>
                              <w:szCs w:val="20"/>
                            </w:rPr>
                            <w:t>May 2025.</w:t>
                          </w:r>
                        </w:p>
                        <w:p w14:paraId="213AA0ED" w14:textId="77777777" w:rsidR="009C22B3" w:rsidRDefault="009C22B3" w:rsidP="009C22B3">
                          <w:pPr>
                            <w:jc w:val="center"/>
                          </w:pPr>
                        </w:p>
                      </w:txbxContent>
                    </v:textbox>
                  </v:rect>
                </w:pict>
              </mc:Fallback>
            </mc:AlternateContent>
          </w:r>
          <w:bookmarkEnd w:id="4"/>
          <w:bookmarkEnd w:id="3"/>
          <w:bookmarkEnd w:id="2"/>
          <w:bookmarkEnd w:id="1"/>
          <w:bookmarkEnd w:id="0"/>
        </w:p>
        <w:p w14:paraId="14141D41" w14:textId="08CFE081" w:rsidR="00E86E55" w:rsidRPr="00DE3E44" w:rsidRDefault="00E86E55" w:rsidP="00CF7C7D">
          <w:pPr>
            <w:rPr>
              <w:rFonts w:ascii="Aptos" w:hAnsi="Aptos"/>
              <w:b/>
              <w:bCs/>
              <w:color w:val="365F91" w:themeColor="accent1" w:themeShade="BF"/>
              <w:sz w:val="24"/>
              <w:szCs w:val="24"/>
              <w:rtl/>
            </w:rPr>
          </w:pPr>
          <w:bookmarkStart w:id="5" w:name="_Toc200375626"/>
          <w:r w:rsidRPr="00DE3E44">
            <w:rPr>
              <w:rFonts w:ascii="Aptos" w:hAnsi="Aptos"/>
              <w:b/>
              <w:bCs/>
              <w:color w:val="365F91" w:themeColor="accent1" w:themeShade="BF"/>
              <w:sz w:val="24"/>
              <w:szCs w:val="24"/>
            </w:rPr>
            <w:lastRenderedPageBreak/>
            <w:t>Acknowledgements</w:t>
          </w:r>
          <w:bookmarkEnd w:id="5"/>
        </w:p>
        <w:p w14:paraId="794F3280" w14:textId="105A6B1A" w:rsidR="0002145D" w:rsidRPr="000474DE" w:rsidRDefault="008062A7" w:rsidP="00DE3E44">
          <w:pPr>
            <w:spacing w:line="360" w:lineRule="auto"/>
            <w:ind w:firstLine="720"/>
            <w:rPr>
              <w:rFonts w:ascii="Aptos" w:hAnsi="Aptos"/>
              <w:sz w:val="24"/>
              <w:szCs w:val="24"/>
            </w:rPr>
          </w:pPr>
          <w:r w:rsidRPr="006B6439">
            <w:rPr>
              <w:rFonts w:ascii="Aptos" w:hAnsi="Aptos"/>
              <w:sz w:val="24"/>
              <w:szCs w:val="24"/>
              <w:lang w:bidi="ar-JO"/>
            </w:rPr>
            <w:t xml:space="preserve">We sincerely thank everyone who </w:t>
          </w:r>
          <w:r w:rsidR="000474DE">
            <w:rPr>
              <w:rFonts w:ascii="Aptos" w:hAnsi="Aptos"/>
              <w:sz w:val="24"/>
              <w:szCs w:val="24"/>
              <w:lang w:bidi="ar-JO"/>
            </w:rPr>
            <w:t>contributed to</w:t>
          </w:r>
          <w:r w:rsidRPr="006B6439">
            <w:rPr>
              <w:rFonts w:ascii="Aptos" w:hAnsi="Aptos"/>
              <w:sz w:val="24"/>
              <w:szCs w:val="24"/>
              <w:lang w:bidi="ar-JO"/>
            </w:rPr>
            <w:t xml:space="preserve"> </w:t>
          </w:r>
          <w:r w:rsidR="000474DE">
            <w:rPr>
              <w:rFonts w:ascii="Aptos" w:hAnsi="Aptos"/>
              <w:sz w:val="24"/>
              <w:szCs w:val="24"/>
              <w:lang w:bidi="ar-JO"/>
            </w:rPr>
            <w:t>the success of our</w:t>
          </w:r>
          <w:r w:rsidRPr="006B6439">
            <w:rPr>
              <w:rFonts w:ascii="Aptos" w:hAnsi="Aptos"/>
              <w:sz w:val="24"/>
              <w:szCs w:val="24"/>
              <w:lang w:bidi="ar-JO"/>
            </w:rPr>
            <w:t xml:space="preserve"> projec</w:t>
          </w:r>
          <w:r w:rsidR="000474DE">
            <w:rPr>
              <w:rFonts w:ascii="Aptos" w:hAnsi="Aptos"/>
              <w:sz w:val="24"/>
              <w:szCs w:val="24"/>
              <w:lang w:bidi="ar-JO"/>
            </w:rPr>
            <w:t>t</w:t>
          </w:r>
          <w:r w:rsidRPr="006B6439">
            <w:rPr>
              <w:rFonts w:ascii="Aptos" w:hAnsi="Aptos"/>
              <w:sz w:val="24"/>
              <w:szCs w:val="24"/>
              <w:lang w:bidi="ar-JO"/>
            </w:rPr>
            <w:t>.</w:t>
          </w:r>
          <w:r w:rsidRPr="006B6439">
            <w:rPr>
              <w:rFonts w:ascii="Aptos" w:hAnsi="Aptos"/>
              <w:sz w:val="24"/>
              <w:szCs w:val="24"/>
              <w:lang w:bidi="ar-JO"/>
            </w:rPr>
            <w:br/>
            <w:t xml:space="preserve">Special gratitude to </w:t>
          </w:r>
          <w:r w:rsidRPr="006B6439">
            <w:rPr>
              <w:rFonts w:ascii="Aptos" w:hAnsi="Aptos"/>
              <w:b/>
              <w:bCs/>
              <w:sz w:val="24"/>
              <w:szCs w:val="24"/>
              <w:lang w:bidi="ar-JO"/>
            </w:rPr>
            <w:t>Mrs. Tahani Ameen Aburayya</w:t>
          </w:r>
          <w:r w:rsidRPr="006B6439">
            <w:rPr>
              <w:rFonts w:ascii="Aptos" w:hAnsi="Aptos"/>
              <w:sz w:val="24"/>
              <w:szCs w:val="24"/>
              <w:lang w:bidi="ar-JO"/>
            </w:rPr>
            <w:t xml:space="preserve"> for her guidance and encouragement.</w:t>
          </w:r>
          <w:r w:rsidRPr="006B6439">
            <w:rPr>
              <w:rFonts w:ascii="Aptos" w:hAnsi="Aptos"/>
              <w:sz w:val="24"/>
              <w:szCs w:val="24"/>
              <w:lang w:bidi="ar-JO"/>
            </w:rPr>
            <w:br/>
            <w:t xml:space="preserve">We appreciate </w:t>
          </w:r>
          <w:r w:rsidRPr="00214D96">
            <w:rPr>
              <w:rFonts w:ascii="Aptos" w:hAnsi="Aptos"/>
              <w:b/>
              <w:bCs/>
              <w:sz w:val="24"/>
              <w:szCs w:val="24"/>
              <w:lang w:bidi="ar-JO"/>
            </w:rPr>
            <w:t>Anabta Secondary Girls' School</w:t>
          </w:r>
          <w:r w:rsidRPr="006B6439">
            <w:rPr>
              <w:rFonts w:ascii="Aptos" w:hAnsi="Aptos"/>
              <w:sz w:val="24"/>
              <w:szCs w:val="24"/>
              <w:lang w:bidi="ar-JO"/>
            </w:rPr>
            <w:t xml:space="preserve"> for fostering a supportive learning environment.</w:t>
          </w:r>
          <w:r w:rsidRPr="006B6439">
            <w:rPr>
              <w:rFonts w:ascii="Aptos" w:hAnsi="Aptos"/>
              <w:sz w:val="24"/>
              <w:szCs w:val="24"/>
              <w:lang w:bidi="ar-JO"/>
            </w:rPr>
            <w:br/>
            <w:t xml:space="preserve">Thanks to the </w:t>
          </w:r>
          <w:r w:rsidRPr="006B6439">
            <w:rPr>
              <w:rFonts w:ascii="Aptos" w:hAnsi="Aptos"/>
              <w:b/>
              <w:bCs/>
              <w:sz w:val="24"/>
              <w:szCs w:val="24"/>
              <w:lang w:bidi="ar-JO"/>
            </w:rPr>
            <w:t>Palestinian Ministry of Education</w:t>
          </w:r>
          <w:r w:rsidR="009A75D0">
            <w:rPr>
              <w:rFonts w:ascii="Aptos" w:hAnsi="Aptos"/>
              <w:b/>
              <w:bCs/>
              <w:sz w:val="24"/>
              <w:szCs w:val="24"/>
              <w:lang w:bidi="ar-JO"/>
            </w:rPr>
            <w:t xml:space="preserve"> &amp; </w:t>
          </w:r>
          <w:r w:rsidR="00FE46D2">
            <w:rPr>
              <w:rFonts w:ascii="Aptos" w:hAnsi="Aptos"/>
              <w:b/>
              <w:bCs/>
              <w:sz w:val="24"/>
              <w:szCs w:val="24"/>
              <w:lang w:bidi="ar-JO"/>
            </w:rPr>
            <w:t>Higher</w:t>
          </w:r>
          <w:r w:rsidR="009A75D0">
            <w:rPr>
              <w:rFonts w:ascii="Aptos" w:hAnsi="Aptos"/>
              <w:b/>
              <w:bCs/>
              <w:sz w:val="24"/>
              <w:szCs w:val="24"/>
              <w:lang w:bidi="ar-JO"/>
            </w:rPr>
            <w:t xml:space="preserve"> Education</w:t>
          </w:r>
          <w:r w:rsidR="00A7609F">
            <w:rPr>
              <w:rFonts w:ascii="Aptos" w:hAnsi="Aptos"/>
              <w:b/>
              <w:bCs/>
              <w:sz w:val="24"/>
              <w:szCs w:val="24"/>
              <w:lang w:bidi="ar-JO"/>
            </w:rPr>
            <w:t>/ General Directorate of Innovation &amp; Excellence</w:t>
          </w:r>
          <w:r w:rsidRPr="006B6439">
            <w:rPr>
              <w:rFonts w:ascii="Aptos" w:hAnsi="Aptos"/>
              <w:b/>
              <w:bCs/>
              <w:sz w:val="24"/>
              <w:szCs w:val="24"/>
              <w:lang w:bidi="ar-JO"/>
            </w:rPr>
            <w:t xml:space="preserve"> </w:t>
          </w:r>
          <w:r w:rsidRPr="006B6439">
            <w:rPr>
              <w:rFonts w:ascii="Aptos" w:hAnsi="Aptos"/>
              <w:sz w:val="24"/>
              <w:szCs w:val="24"/>
              <w:lang w:bidi="ar-JO"/>
            </w:rPr>
            <w:t xml:space="preserve">for promoting scientific creativity, and to the </w:t>
          </w:r>
          <w:r w:rsidR="00BB11B0" w:rsidRPr="00BB11B0">
            <w:rPr>
              <w:rFonts w:ascii="Aptos" w:hAnsi="Aptos"/>
              <w:b/>
              <w:bCs/>
              <w:sz w:val="24"/>
              <w:szCs w:val="24"/>
              <w:lang w:bidi="ar-JO"/>
            </w:rPr>
            <w:t xml:space="preserve">Belgian </w:t>
          </w:r>
          <w:r w:rsidR="00BB11B0" w:rsidRPr="00BB11B0">
            <w:rPr>
              <w:rFonts w:ascii="Aptos" w:hAnsi="Aptos"/>
              <w:b/>
              <w:bCs/>
              <w:sz w:val="24"/>
              <w:szCs w:val="24"/>
              <w:lang w:bidi="ar-JO"/>
            </w:rPr>
            <w:t>Agency For International Cooperation</w:t>
          </w:r>
          <w:r w:rsidRPr="006B6439">
            <w:rPr>
              <w:rFonts w:ascii="Aptos" w:hAnsi="Aptos"/>
              <w:b/>
              <w:bCs/>
              <w:sz w:val="24"/>
              <w:szCs w:val="24"/>
              <w:lang w:bidi="ar-JO"/>
            </w:rPr>
            <w:t xml:space="preserve">– </w:t>
          </w:r>
          <w:proofErr w:type="spellStart"/>
          <w:r w:rsidRPr="006B6439">
            <w:rPr>
              <w:rFonts w:ascii="Aptos" w:hAnsi="Aptos"/>
              <w:b/>
              <w:bCs/>
              <w:sz w:val="24"/>
              <w:szCs w:val="24"/>
              <w:lang w:bidi="ar-JO"/>
            </w:rPr>
            <w:t>Enabel</w:t>
          </w:r>
          <w:proofErr w:type="spellEnd"/>
          <w:r w:rsidRPr="006B6439">
            <w:rPr>
              <w:rFonts w:ascii="Aptos" w:hAnsi="Aptos"/>
              <w:sz w:val="24"/>
              <w:szCs w:val="24"/>
              <w:lang w:bidi="ar-JO"/>
            </w:rPr>
            <w:t xml:space="preserve"> for providing essential components and training.</w:t>
          </w:r>
          <w:r w:rsidRPr="006B6439">
            <w:rPr>
              <w:rFonts w:ascii="Aptos" w:hAnsi="Aptos"/>
              <w:sz w:val="24"/>
              <w:szCs w:val="24"/>
              <w:lang w:bidi="ar-JO"/>
            </w:rPr>
            <w:br/>
            <w:t xml:space="preserve">We also thank </w:t>
          </w:r>
          <w:r w:rsidRPr="006B6439">
            <w:rPr>
              <w:rFonts w:ascii="Aptos" w:hAnsi="Aptos"/>
              <w:b/>
              <w:bCs/>
              <w:sz w:val="24"/>
              <w:szCs w:val="24"/>
              <w:lang w:bidi="ar-JO"/>
            </w:rPr>
            <w:t>Anabta Municipality</w:t>
          </w:r>
          <w:r w:rsidRPr="006B6439">
            <w:rPr>
              <w:rFonts w:ascii="Aptos" w:hAnsi="Aptos"/>
              <w:sz w:val="24"/>
              <w:szCs w:val="24"/>
              <w:lang w:bidi="ar-JO"/>
            </w:rPr>
            <w:t xml:space="preserve">, especially </w:t>
          </w:r>
          <w:r w:rsidRPr="006B6439">
            <w:rPr>
              <w:rFonts w:ascii="Aptos" w:hAnsi="Aptos"/>
              <w:b/>
              <w:bCs/>
              <w:sz w:val="24"/>
              <w:szCs w:val="24"/>
              <w:lang w:bidi="ar-JO"/>
            </w:rPr>
            <w:t>Mr. Abdel Rahim Abu Al-Aoun</w:t>
          </w:r>
          <w:r w:rsidRPr="006B6439">
            <w:rPr>
              <w:rFonts w:ascii="Aptos" w:hAnsi="Aptos"/>
              <w:sz w:val="24"/>
              <w:szCs w:val="24"/>
              <w:lang w:bidi="ar-JO"/>
            </w:rPr>
            <w:t xml:space="preserve"> and </w:t>
          </w:r>
          <w:r w:rsidRPr="006B6439">
            <w:rPr>
              <w:rFonts w:ascii="Aptos" w:hAnsi="Aptos"/>
              <w:b/>
              <w:bCs/>
              <w:sz w:val="24"/>
              <w:szCs w:val="24"/>
              <w:lang w:bidi="ar-JO"/>
            </w:rPr>
            <w:t>Engineer Murad Abdul-Halim</w:t>
          </w:r>
          <w:r w:rsidRPr="006B6439">
            <w:rPr>
              <w:rFonts w:ascii="Aptos" w:hAnsi="Aptos"/>
              <w:sz w:val="24"/>
              <w:szCs w:val="24"/>
              <w:lang w:bidi="ar-JO"/>
            </w:rPr>
            <w:t>, for their valuable data and insights.</w:t>
          </w:r>
          <w:r w:rsidRPr="006B6439">
            <w:rPr>
              <w:rFonts w:ascii="Aptos" w:hAnsi="Aptos"/>
              <w:sz w:val="24"/>
              <w:szCs w:val="24"/>
              <w:lang w:bidi="ar-JO"/>
            </w:rPr>
            <w:br/>
            <w:t>To all who believed in us – thank you!</w:t>
          </w:r>
          <w:r w:rsidR="00E86E55" w:rsidRPr="006B6439">
            <w:rPr>
              <w:rFonts w:ascii="Aptos" w:hAnsi="Aptos"/>
              <w:sz w:val="24"/>
              <w:szCs w:val="24"/>
            </w:rPr>
            <w:br w:type="page"/>
          </w:r>
          <w:bookmarkStart w:id="6" w:name="_Toc200375627"/>
          <w:r w:rsidR="0002145D" w:rsidRPr="00E022A9">
            <w:rPr>
              <w:rFonts w:ascii="Aptos" w:hAnsi="Aptos"/>
              <w:b/>
              <w:bCs/>
              <w:color w:val="365F91" w:themeColor="accent1" w:themeShade="BF"/>
              <w:sz w:val="24"/>
              <w:szCs w:val="24"/>
            </w:rPr>
            <w:lastRenderedPageBreak/>
            <w:t>List of Abbreviations and Acronyms</w:t>
          </w:r>
          <w:bookmarkEnd w:id="6"/>
        </w:p>
        <w:tbl>
          <w:tblPr>
            <w:tblStyle w:val="10"/>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3"/>
            <w:gridCol w:w="4911"/>
          </w:tblGrid>
          <w:tr w:rsidR="002639DE" w:rsidRPr="00CF7C7D" w14:paraId="3D355875" w14:textId="77777777" w:rsidTr="00D90192">
            <w:trPr>
              <w:jc w:val="center"/>
            </w:trPr>
            <w:tc>
              <w:tcPr>
                <w:tcW w:w="2389" w:type="pct"/>
                <w:vAlign w:val="center"/>
                <w:hideMark/>
              </w:tcPr>
              <w:p w14:paraId="492C15A6" w14:textId="77777777" w:rsidR="002639DE" w:rsidRPr="00CF7C7D" w:rsidRDefault="002639DE" w:rsidP="00D90192">
                <w:pPr>
                  <w:spacing w:line="360" w:lineRule="auto"/>
                  <w:rPr>
                    <w:rFonts w:ascii="Aptos" w:eastAsiaTheme="majorEastAsia" w:hAnsi="Aptos" w:cstheme="majorBidi"/>
                    <w:b/>
                    <w:bCs/>
                    <w:color w:val="000000" w:themeColor="text1"/>
                    <w:sz w:val="24"/>
                    <w:szCs w:val="24"/>
                    <w:lang w:bidi="ar-JO"/>
                  </w:rPr>
                </w:pPr>
                <w:r w:rsidRPr="00CF7C7D">
                  <w:rPr>
                    <w:rFonts w:ascii="Aptos" w:eastAsiaTheme="majorEastAsia" w:hAnsi="Aptos" w:cstheme="majorBidi"/>
                    <w:b/>
                    <w:bCs/>
                    <w:color w:val="000000" w:themeColor="text1"/>
                    <w:sz w:val="24"/>
                    <w:szCs w:val="24"/>
                    <w:lang w:bidi="ar-JO"/>
                  </w:rPr>
                  <w:t>Abbreviation</w:t>
                </w:r>
              </w:p>
            </w:tc>
            <w:tc>
              <w:tcPr>
                <w:tcW w:w="2611" w:type="pct"/>
                <w:vAlign w:val="center"/>
                <w:hideMark/>
              </w:tcPr>
              <w:p w14:paraId="3B476689" w14:textId="77777777" w:rsidR="002639DE" w:rsidRPr="00CF7C7D" w:rsidRDefault="002639DE" w:rsidP="00D90192">
                <w:pPr>
                  <w:spacing w:line="360" w:lineRule="auto"/>
                  <w:rPr>
                    <w:rFonts w:ascii="Aptos" w:eastAsiaTheme="majorEastAsia" w:hAnsi="Aptos" w:cstheme="majorBidi"/>
                    <w:b/>
                    <w:bCs/>
                    <w:color w:val="000000" w:themeColor="text1"/>
                    <w:sz w:val="24"/>
                    <w:szCs w:val="24"/>
                    <w:lang w:bidi="ar-JO"/>
                  </w:rPr>
                </w:pPr>
                <w:r w:rsidRPr="00CF7C7D">
                  <w:rPr>
                    <w:rFonts w:ascii="Aptos" w:eastAsiaTheme="majorEastAsia" w:hAnsi="Aptos" w:cstheme="majorBidi"/>
                    <w:b/>
                    <w:bCs/>
                    <w:color w:val="000000" w:themeColor="text1"/>
                    <w:sz w:val="24"/>
                    <w:szCs w:val="24"/>
                    <w:lang w:bidi="ar-JO"/>
                  </w:rPr>
                  <w:t>Full Term</w:t>
                </w:r>
              </w:p>
            </w:tc>
          </w:tr>
          <w:tr w:rsidR="0002199F" w:rsidRPr="00CF7C7D" w14:paraId="7C3B9A05" w14:textId="77777777" w:rsidTr="00D90192">
            <w:trPr>
              <w:jc w:val="center"/>
            </w:trPr>
            <w:tc>
              <w:tcPr>
                <w:tcW w:w="2389" w:type="pct"/>
                <w:vAlign w:val="center"/>
              </w:tcPr>
              <w:p w14:paraId="2C054B4D" w14:textId="185E9C41" w:rsidR="0002199F" w:rsidRPr="0002199F" w:rsidRDefault="0002199F" w:rsidP="00D90192">
                <w:pPr>
                  <w:spacing w:line="360" w:lineRule="auto"/>
                  <w:rPr>
                    <w:rFonts w:ascii="Aptos" w:eastAsiaTheme="majorEastAsia" w:hAnsi="Aptos" w:cstheme="majorBidi"/>
                    <w:color w:val="000000" w:themeColor="text1"/>
                    <w:sz w:val="24"/>
                    <w:szCs w:val="24"/>
                    <w:lang w:bidi="ar-JO"/>
                  </w:rPr>
                </w:pPr>
                <w:r w:rsidRPr="0002199F">
                  <w:rPr>
                    <w:rFonts w:ascii="Aptos" w:eastAsiaTheme="majorEastAsia" w:hAnsi="Aptos" w:cstheme="majorBidi"/>
                    <w:color w:val="000000" w:themeColor="text1"/>
                    <w:sz w:val="24"/>
                    <w:szCs w:val="24"/>
                    <w:lang w:bidi="ar-JO"/>
                  </w:rPr>
                  <w:t>EDM</w:t>
                </w:r>
              </w:p>
            </w:tc>
            <w:tc>
              <w:tcPr>
                <w:tcW w:w="2611" w:type="pct"/>
                <w:vAlign w:val="center"/>
              </w:tcPr>
              <w:p w14:paraId="62268EA7" w14:textId="0040D63D" w:rsidR="0002199F" w:rsidRPr="0002199F" w:rsidRDefault="0002199F" w:rsidP="00D90192">
                <w:pPr>
                  <w:spacing w:line="360" w:lineRule="auto"/>
                  <w:rPr>
                    <w:rFonts w:ascii="Aptos" w:eastAsiaTheme="majorEastAsia" w:hAnsi="Aptos" w:cstheme="majorBidi"/>
                    <w:i/>
                    <w:iCs/>
                    <w:color w:val="000000" w:themeColor="text1"/>
                    <w:sz w:val="24"/>
                    <w:szCs w:val="24"/>
                    <w:lang w:bidi="ar-JO"/>
                  </w:rPr>
                </w:pPr>
                <w:r w:rsidRPr="0002199F">
                  <w:rPr>
                    <w:rFonts w:ascii="Aptos" w:eastAsiaTheme="majorEastAsia" w:hAnsi="Aptos" w:cstheme="majorBidi"/>
                    <w:i/>
                    <w:iCs/>
                    <w:color w:val="000000" w:themeColor="text1"/>
                    <w:sz w:val="24"/>
                    <w:szCs w:val="24"/>
                    <w:lang w:bidi="ar-JO"/>
                  </w:rPr>
                  <w:t>Every Drop Matters</w:t>
                </w:r>
              </w:p>
            </w:tc>
          </w:tr>
          <w:tr w:rsidR="002639DE" w:rsidRPr="00CF7C7D" w14:paraId="19E17AFF" w14:textId="77777777" w:rsidTr="00D90192">
            <w:trPr>
              <w:jc w:val="center"/>
            </w:trPr>
            <w:tc>
              <w:tcPr>
                <w:tcW w:w="2389" w:type="pct"/>
                <w:vAlign w:val="center"/>
                <w:hideMark/>
              </w:tcPr>
              <w:p w14:paraId="428F4D4E" w14:textId="77777777" w:rsidR="002639DE" w:rsidRPr="00CF7C7D" w:rsidRDefault="002639DE" w:rsidP="00D90192">
                <w:pPr>
                  <w:spacing w:line="360" w:lineRule="auto"/>
                  <w:rPr>
                    <w:rFonts w:ascii="Aptos" w:eastAsiaTheme="majorEastAsia" w:hAnsi="Aptos" w:cstheme="majorBidi"/>
                    <w:color w:val="000000" w:themeColor="text1"/>
                    <w:sz w:val="24"/>
                    <w:szCs w:val="24"/>
                    <w:lang w:bidi="ar-JO"/>
                  </w:rPr>
                </w:pPr>
                <w:r w:rsidRPr="00CF7C7D">
                  <w:rPr>
                    <w:rFonts w:ascii="Aptos" w:eastAsiaTheme="majorEastAsia" w:hAnsi="Aptos" w:cstheme="majorBidi"/>
                    <w:color w:val="000000" w:themeColor="text1"/>
                    <w:sz w:val="24"/>
                    <w:szCs w:val="24"/>
                    <w:lang w:bidi="ar-JO"/>
                  </w:rPr>
                  <w:t>NRW</w:t>
                </w:r>
              </w:p>
            </w:tc>
            <w:tc>
              <w:tcPr>
                <w:tcW w:w="2611" w:type="pct"/>
                <w:vAlign w:val="center"/>
                <w:hideMark/>
              </w:tcPr>
              <w:p w14:paraId="0E958A26" w14:textId="77777777" w:rsidR="002639DE" w:rsidRPr="00CF7C7D" w:rsidRDefault="002639DE" w:rsidP="00D90192">
                <w:pPr>
                  <w:spacing w:line="360" w:lineRule="auto"/>
                  <w:rPr>
                    <w:rFonts w:ascii="Aptos" w:eastAsiaTheme="majorEastAsia" w:hAnsi="Aptos" w:cstheme="majorBidi"/>
                    <w:i/>
                    <w:iCs/>
                    <w:color w:val="000000" w:themeColor="text1"/>
                    <w:sz w:val="24"/>
                    <w:szCs w:val="24"/>
                    <w:lang w:bidi="ar-JO"/>
                  </w:rPr>
                </w:pPr>
                <w:r w:rsidRPr="00CF7C7D">
                  <w:rPr>
                    <w:rFonts w:ascii="Aptos" w:eastAsiaTheme="majorEastAsia" w:hAnsi="Aptos" w:cstheme="majorBidi"/>
                    <w:i/>
                    <w:iCs/>
                    <w:color w:val="000000" w:themeColor="text1"/>
                    <w:sz w:val="24"/>
                    <w:szCs w:val="24"/>
                    <w:lang w:bidi="ar-JO"/>
                  </w:rPr>
                  <w:t>Non-Revenue Water</w:t>
                </w:r>
              </w:p>
            </w:tc>
          </w:tr>
          <w:tr w:rsidR="002639DE" w:rsidRPr="00CF7C7D" w14:paraId="4CB9BED4" w14:textId="77777777" w:rsidTr="00D90192">
            <w:trPr>
              <w:jc w:val="center"/>
            </w:trPr>
            <w:tc>
              <w:tcPr>
                <w:tcW w:w="2389" w:type="pct"/>
                <w:vAlign w:val="center"/>
                <w:hideMark/>
              </w:tcPr>
              <w:p w14:paraId="7A383C09" w14:textId="77777777" w:rsidR="002639DE" w:rsidRPr="00CF7C7D" w:rsidRDefault="002639DE" w:rsidP="00D90192">
                <w:pPr>
                  <w:spacing w:line="360" w:lineRule="auto"/>
                  <w:rPr>
                    <w:rFonts w:ascii="Aptos" w:eastAsiaTheme="majorEastAsia" w:hAnsi="Aptos" w:cstheme="majorBidi"/>
                    <w:color w:val="000000" w:themeColor="text1"/>
                    <w:sz w:val="24"/>
                    <w:szCs w:val="24"/>
                    <w:lang w:bidi="ar-JO"/>
                  </w:rPr>
                </w:pPr>
                <w:r w:rsidRPr="00CF7C7D">
                  <w:rPr>
                    <w:rFonts w:ascii="Aptos" w:eastAsiaTheme="majorEastAsia" w:hAnsi="Aptos" w:cstheme="majorBidi"/>
                    <w:color w:val="000000" w:themeColor="text1"/>
                    <w:sz w:val="24"/>
                    <w:szCs w:val="24"/>
                    <w:lang w:bidi="ar-JO"/>
                  </w:rPr>
                  <w:t>IoT</w:t>
                </w:r>
              </w:p>
            </w:tc>
            <w:tc>
              <w:tcPr>
                <w:tcW w:w="2611" w:type="pct"/>
                <w:vAlign w:val="center"/>
                <w:hideMark/>
              </w:tcPr>
              <w:p w14:paraId="5A641656" w14:textId="77777777" w:rsidR="002639DE" w:rsidRPr="00CF7C7D" w:rsidRDefault="002639DE" w:rsidP="00D90192">
                <w:pPr>
                  <w:spacing w:line="360" w:lineRule="auto"/>
                  <w:rPr>
                    <w:rFonts w:ascii="Aptos" w:eastAsiaTheme="majorEastAsia" w:hAnsi="Aptos" w:cstheme="majorBidi"/>
                    <w:i/>
                    <w:iCs/>
                    <w:color w:val="000000" w:themeColor="text1"/>
                    <w:sz w:val="24"/>
                    <w:szCs w:val="24"/>
                    <w:lang w:bidi="ar-JO"/>
                  </w:rPr>
                </w:pPr>
                <w:r w:rsidRPr="00CF7C7D">
                  <w:rPr>
                    <w:rFonts w:ascii="Aptos" w:eastAsiaTheme="majorEastAsia" w:hAnsi="Aptos" w:cstheme="majorBidi"/>
                    <w:i/>
                    <w:iCs/>
                    <w:color w:val="000000" w:themeColor="text1"/>
                    <w:sz w:val="24"/>
                    <w:szCs w:val="24"/>
                    <w:lang w:bidi="ar-JO"/>
                  </w:rPr>
                  <w:t>Internet of Things</w:t>
                </w:r>
              </w:p>
            </w:tc>
          </w:tr>
          <w:tr w:rsidR="002639DE" w:rsidRPr="00CF7C7D" w14:paraId="432CF526" w14:textId="77777777" w:rsidTr="00D90192">
            <w:trPr>
              <w:jc w:val="center"/>
            </w:trPr>
            <w:tc>
              <w:tcPr>
                <w:tcW w:w="2389" w:type="pct"/>
                <w:vAlign w:val="center"/>
                <w:hideMark/>
              </w:tcPr>
              <w:p w14:paraId="0CDA9FD7" w14:textId="77777777" w:rsidR="002639DE" w:rsidRPr="00CF7C7D" w:rsidRDefault="002639DE" w:rsidP="00D90192">
                <w:pPr>
                  <w:spacing w:line="360" w:lineRule="auto"/>
                  <w:rPr>
                    <w:rFonts w:ascii="Aptos" w:eastAsiaTheme="majorEastAsia" w:hAnsi="Aptos" w:cstheme="majorBidi"/>
                    <w:color w:val="000000" w:themeColor="text1"/>
                    <w:sz w:val="24"/>
                    <w:szCs w:val="24"/>
                    <w:lang w:bidi="ar-JO"/>
                  </w:rPr>
                </w:pPr>
                <w:r w:rsidRPr="00CF7C7D">
                  <w:rPr>
                    <w:rFonts w:ascii="Aptos" w:eastAsiaTheme="majorEastAsia" w:hAnsi="Aptos" w:cstheme="majorBidi"/>
                    <w:color w:val="000000" w:themeColor="text1"/>
                    <w:sz w:val="24"/>
                    <w:szCs w:val="24"/>
                    <w:lang w:bidi="ar-JO"/>
                  </w:rPr>
                  <w:t>UFM</w:t>
                </w:r>
              </w:p>
            </w:tc>
            <w:tc>
              <w:tcPr>
                <w:tcW w:w="2611" w:type="pct"/>
                <w:vAlign w:val="center"/>
                <w:hideMark/>
              </w:tcPr>
              <w:p w14:paraId="3A329FE5" w14:textId="77777777" w:rsidR="002639DE" w:rsidRPr="00CF7C7D" w:rsidRDefault="002639DE" w:rsidP="00D90192">
                <w:pPr>
                  <w:spacing w:line="360" w:lineRule="auto"/>
                  <w:rPr>
                    <w:rFonts w:ascii="Aptos" w:eastAsiaTheme="majorEastAsia" w:hAnsi="Aptos" w:cstheme="majorBidi"/>
                    <w:i/>
                    <w:iCs/>
                    <w:color w:val="000000" w:themeColor="text1"/>
                    <w:sz w:val="24"/>
                    <w:szCs w:val="24"/>
                    <w:lang w:bidi="ar-JO"/>
                  </w:rPr>
                </w:pPr>
                <w:r w:rsidRPr="00CF7C7D">
                  <w:rPr>
                    <w:rFonts w:ascii="Aptos" w:eastAsiaTheme="majorEastAsia" w:hAnsi="Aptos" w:cstheme="majorBidi"/>
                    <w:i/>
                    <w:iCs/>
                    <w:color w:val="000000" w:themeColor="text1"/>
                    <w:sz w:val="24"/>
                    <w:szCs w:val="24"/>
                    <w:lang w:bidi="ar-JO"/>
                  </w:rPr>
                  <w:t>Ultrasonic Flow Meter</w:t>
                </w:r>
              </w:p>
            </w:tc>
          </w:tr>
          <w:tr w:rsidR="002639DE" w:rsidRPr="00CF7C7D" w14:paraId="09EDE506" w14:textId="77777777" w:rsidTr="00D90192">
            <w:trPr>
              <w:jc w:val="center"/>
            </w:trPr>
            <w:tc>
              <w:tcPr>
                <w:tcW w:w="2389" w:type="pct"/>
                <w:vAlign w:val="center"/>
                <w:hideMark/>
              </w:tcPr>
              <w:p w14:paraId="2EC58E4B" w14:textId="77777777" w:rsidR="002639DE" w:rsidRPr="00CF7C7D" w:rsidRDefault="002639DE" w:rsidP="00D90192">
                <w:pPr>
                  <w:spacing w:line="360" w:lineRule="auto"/>
                  <w:rPr>
                    <w:rFonts w:ascii="Aptos" w:eastAsiaTheme="majorEastAsia" w:hAnsi="Aptos" w:cstheme="majorBidi"/>
                    <w:color w:val="000000" w:themeColor="text1"/>
                    <w:sz w:val="24"/>
                    <w:szCs w:val="24"/>
                    <w:lang w:bidi="ar-JO"/>
                  </w:rPr>
                </w:pPr>
                <w:r w:rsidRPr="00CF7C7D">
                  <w:rPr>
                    <w:rFonts w:ascii="Aptos" w:eastAsiaTheme="majorEastAsia" w:hAnsi="Aptos" w:cstheme="majorBidi"/>
                    <w:color w:val="000000" w:themeColor="text1"/>
                    <w:sz w:val="24"/>
                    <w:szCs w:val="24"/>
                    <w:lang w:bidi="ar-JO"/>
                  </w:rPr>
                  <w:t>WSRC</w:t>
                </w:r>
              </w:p>
            </w:tc>
            <w:tc>
              <w:tcPr>
                <w:tcW w:w="2611" w:type="pct"/>
                <w:vAlign w:val="center"/>
                <w:hideMark/>
              </w:tcPr>
              <w:p w14:paraId="6BF0A4C4" w14:textId="77777777" w:rsidR="002639DE" w:rsidRPr="00CF7C7D" w:rsidRDefault="002639DE" w:rsidP="00D90192">
                <w:pPr>
                  <w:spacing w:line="360" w:lineRule="auto"/>
                  <w:rPr>
                    <w:rFonts w:ascii="Aptos" w:eastAsiaTheme="majorEastAsia" w:hAnsi="Aptos" w:cstheme="majorBidi"/>
                    <w:i/>
                    <w:iCs/>
                    <w:color w:val="000000" w:themeColor="text1"/>
                    <w:sz w:val="24"/>
                    <w:szCs w:val="24"/>
                    <w:lang w:bidi="ar-JO"/>
                  </w:rPr>
                </w:pPr>
                <w:r w:rsidRPr="00CF7C7D">
                  <w:rPr>
                    <w:rFonts w:ascii="Aptos" w:eastAsiaTheme="majorEastAsia" w:hAnsi="Aptos" w:cstheme="majorBidi"/>
                    <w:i/>
                    <w:iCs/>
                    <w:color w:val="000000" w:themeColor="text1"/>
                    <w:sz w:val="24"/>
                    <w:szCs w:val="24"/>
                    <w:lang w:bidi="ar-JO"/>
                  </w:rPr>
                  <w:t>Water Sector Regulatory Council</w:t>
                </w:r>
              </w:p>
            </w:tc>
          </w:tr>
          <w:tr w:rsidR="002639DE" w:rsidRPr="00CF7C7D" w14:paraId="61BE7F97" w14:textId="77777777" w:rsidTr="00D90192">
            <w:trPr>
              <w:jc w:val="center"/>
            </w:trPr>
            <w:tc>
              <w:tcPr>
                <w:tcW w:w="2389" w:type="pct"/>
                <w:vAlign w:val="center"/>
                <w:hideMark/>
              </w:tcPr>
              <w:p w14:paraId="0677C75D" w14:textId="77777777" w:rsidR="002639DE" w:rsidRPr="00CF7C7D" w:rsidRDefault="002639DE" w:rsidP="00D90192">
                <w:pPr>
                  <w:spacing w:line="360" w:lineRule="auto"/>
                  <w:rPr>
                    <w:rFonts w:ascii="Aptos" w:eastAsiaTheme="majorEastAsia" w:hAnsi="Aptos" w:cstheme="majorBidi"/>
                    <w:color w:val="000000" w:themeColor="text1"/>
                    <w:sz w:val="24"/>
                    <w:szCs w:val="24"/>
                    <w:lang w:bidi="ar-JO"/>
                  </w:rPr>
                </w:pPr>
                <w:r w:rsidRPr="00CF7C7D">
                  <w:rPr>
                    <w:rFonts w:ascii="Aptos" w:eastAsiaTheme="majorEastAsia" w:hAnsi="Aptos" w:cstheme="majorBidi"/>
                    <w:color w:val="000000" w:themeColor="text1"/>
                    <w:sz w:val="24"/>
                    <w:szCs w:val="24"/>
                    <w:lang w:bidi="ar-JO"/>
                  </w:rPr>
                  <w:t>AI</w:t>
                </w:r>
              </w:p>
            </w:tc>
            <w:tc>
              <w:tcPr>
                <w:tcW w:w="2611" w:type="pct"/>
                <w:vAlign w:val="center"/>
                <w:hideMark/>
              </w:tcPr>
              <w:p w14:paraId="3C27E665" w14:textId="77777777" w:rsidR="002639DE" w:rsidRPr="00CF7C7D" w:rsidRDefault="002639DE" w:rsidP="00D90192">
                <w:pPr>
                  <w:spacing w:line="360" w:lineRule="auto"/>
                  <w:rPr>
                    <w:rFonts w:ascii="Aptos" w:eastAsiaTheme="majorEastAsia" w:hAnsi="Aptos" w:cstheme="majorBidi"/>
                    <w:i/>
                    <w:iCs/>
                    <w:color w:val="000000" w:themeColor="text1"/>
                    <w:sz w:val="24"/>
                    <w:szCs w:val="24"/>
                    <w:lang w:bidi="ar-JO"/>
                  </w:rPr>
                </w:pPr>
                <w:r w:rsidRPr="00CF7C7D">
                  <w:rPr>
                    <w:rFonts w:ascii="Aptos" w:eastAsiaTheme="majorEastAsia" w:hAnsi="Aptos" w:cstheme="majorBidi"/>
                    <w:i/>
                    <w:iCs/>
                    <w:color w:val="000000" w:themeColor="text1"/>
                    <w:sz w:val="24"/>
                    <w:szCs w:val="24"/>
                    <w:lang w:bidi="ar-JO"/>
                  </w:rPr>
                  <w:t>Artificial Intelligence</w:t>
                </w:r>
              </w:p>
            </w:tc>
          </w:tr>
          <w:tr w:rsidR="002639DE" w:rsidRPr="00CF7C7D" w14:paraId="47B272A7" w14:textId="77777777" w:rsidTr="00D90192">
            <w:trPr>
              <w:jc w:val="center"/>
            </w:trPr>
            <w:tc>
              <w:tcPr>
                <w:tcW w:w="2389" w:type="pct"/>
                <w:vAlign w:val="center"/>
                <w:hideMark/>
              </w:tcPr>
              <w:p w14:paraId="6431A7F5" w14:textId="77777777" w:rsidR="002639DE" w:rsidRPr="00CF7C7D" w:rsidRDefault="002639DE" w:rsidP="00D90192">
                <w:pPr>
                  <w:spacing w:line="360" w:lineRule="auto"/>
                  <w:rPr>
                    <w:rFonts w:ascii="Aptos" w:eastAsiaTheme="majorEastAsia" w:hAnsi="Aptos" w:cstheme="majorBidi"/>
                    <w:color w:val="000000" w:themeColor="text1"/>
                    <w:sz w:val="24"/>
                    <w:szCs w:val="24"/>
                    <w:lang w:bidi="ar-JO"/>
                  </w:rPr>
                </w:pPr>
                <w:r w:rsidRPr="00CF7C7D">
                  <w:rPr>
                    <w:rFonts w:ascii="Aptos" w:eastAsiaTheme="majorEastAsia" w:hAnsi="Aptos" w:cstheme="majorBidi"/>
                    <w:color w:val="000000" w:themeColor="text1"/>
                    <w:sz w:val="24"/>
                    <w:szCs w:val="24"/>
                    <w:lang w:bidi="ar-JO"/>
                  </w:rPr>
                  <w:t>IPv4</w:t>
                </w:r>
              </w:p>
            </w:tc>
            <w:tc>
              <w:tcPr>
                <w:tcW w:w="2611" w:type="pct"/>
                <w:vAlign w:val="center"/>
                <w:hideMark/>
              </w:tcPr>
              <w:p w14:paraId="6005559E" w14:textId="77777777" w:rsidR="002639DE" w:rsidRPr="00CF7C7D" w:rsidRDefault="002639DE" w:rsidP="00D90192">
                <w:pPr>
                  <w:spacing w:line="360" w:lineRule="auto"/>
                  <w:rPr>
                    <w:rFonts w:ascii="Aptos" w:eastAsiaTheme="majorEastAsia" w:hAnsi="Aptos" w:cstheme="majorBidi"/>
                    <w:i/>
                    <w:iCs/>
                    <w:color w:val="000000" w:themeColor="text1"/>
                    <w:sz w:val="24"/>
                    <w:szCs w:val="24"/>
                    <w:lang w:bidi="ar-JO"/>
                  </w:rPr>
                </w:pPr>
                <w:r w:rsidRPr="00CF7C7D">
                  <w:rPr>
                    <w:rFonts w:ascii="Aptos" w:eastAsiaTheme="majorEastAsia" w:hAnsi="Aptos" w:cstheme="majorBidi"/>
                    <w:i/>
                    <w:iCs/>
                    <w:color w:val="000000" w:themeColor="text1"/>
                    <w:sz w:val="24"/>
                    <w:szCs w:val="24"/>
                    <w:lang w:bidi="ar-JO"/>
                  </w:rPr>
                  <w:t>Internet Protocol Version 4</w:t>
                </w:r>
              </w:p>
            </w:tc>
          </w:tr>
        </w:tbl>
        <w:p w14:paraId="7660ED6A" w14:textId="6083FDD6" w:rsidR="00CF7C7D" w:rsidRPr="00CF7C7D" w:rsidRDefault="00CF7C7D" w:rsidP="00CF7C7D">
          <w:pPr>
            <w:spacing w:before="240"/>
            <w:rPr>
              <w:rFonts w:ascii="Aptos" w:hAnsi="Aptos"/>
              <w:noProof/>
              <w:sz w:val="24"/>
              <w:szCs w:val="24"/>
            </w:rPr>
          </w:pPr>
          <w:r w:rsidRPr="00CF7C7D">
            <w:rPr>
              <w:rFonts w:ascii="Aptos" w:eastAsiaTheme="majorEastAsia" w:hAnsi="Aptos" w:cstheme="majorBidi"/>
              <w:b/>
              <w:bCs/>
              <w:color w:val="365F91" w:themeColor="accent1" w:themeShade="BF"/>
              <w:sz w:val="24"/>
              <w:szCs w:val="24"/>
              <w:lang w:bidi="ar-JO"/>
            </w:rPr>
            <w:t>List of Tables</w:t>
          </w:r>
          <w:r w:rsidRPr="00CF7C7D">
            <w:rPr>
              <w:rFonts w:ascii="Aptos" w:eastAsiaTheme="majorEastAsia" w:hAnsi="Aptos" w:cstheme="majorBidi"/>
              <w:b/>
              <w:bCs/>
              <w:color w:val="365F91" w:themeColor="accent1" w:themeShade="BF"/>
              <w:sz w:val="24"/>
              <w:szCs w:val="24"/>
              <w:lang w:bidi="ar-JO"/>
            </w:rPr>
            <w:fldChar w:fldCharType="begin"/>
          </w:r>
          <w:r w:rsidRPr="00CF7C7D">
            <w:rPr>
              <w:rFonts w:ascii="Aptos" w:eastAsiaTheme="majorEastAsia" w:hAnsi="Aptos" w:cstheme="majorBidi"/>
              <w:b/>
              <w:bCs/>
              <w:color w:val="365F91" w:themeColor="accent1" w:themeShade="BF"/>
              <w:sz w:val="24"/>
              <w:szCs w:val="24"/>
              <w:lang w:bidi="ar-JO"/>
            </w:rPr>
            <w:instrText xml:space="preserve"> TOC \h \z \c "Table" </w:instrText>
          </w:r>
          <w:r w:rsidRPr="00CF7C7D">
            <w:rPr>
              <w:rFonts w:ascii="Aptos" w:eastAsiaTheme="majorEastAsia" w:hAnsi="Aptos" w:cstheme="majorBidi"/>
              <w:b/>
              <w:bCs/>
              <w:color w:val="365F91" w:themeColor="accent1" w:themeShade="BF"/>
              <w:sz w:val="24"/>
              <w:szCs w:val="24"/>
              <w:lang w:bidi="ar-JO"/>
            </w:rPr>
            <w:fldChar w:fldCharType="separate"/>
          </w:r>
        </w:p>
        <w:p w14:paraId="7F810440" w14:textId="1309EF49" w:rsidR="00CF7C7D" w:rsidRPr="00CF7C7D" w:rsidRDefault="00CF7C7D">
          <w:pPr>
            <w:pStyle w:val="TableofFigures"/>
            <w:tabs>
              <w:tab w:val="right" w:leader="dot" w:pos="9394"/>
            </w:tabs>
            <w:rPr>
              <w:rFonts w:ascii="Aptos" w:hAnsi="Aptos"/>
              <w:noProof/>
              <w:sz w:val="24"/>
              <w:szCs w:val="24"/>
            </w:rPr>
          </w:pPr>
          <w:hyperlink w:anchor="_Toc200617225" w:history="1">
            <w:r w:rsidRPr="00CF7C7D">
              <w:rPr>
                <w:rStyle w:val="Hyperlink"/>
                <w:rFonts w:ascii="Aptos" w:hAnsi="Aptos"/>
                <w:noProof/>
                <w:sz w:val="24"/>
                <w:szCs w:val="24"/>
              </w:rPr>
              <w:t>Table 1: Timeline of Research.</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_Toc200617225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8</w:t>
            </w:r>
            <w:r w:rsidRPr="00CF7C7D">
              <w:rPr>
                <w:rFonts w:ascii="Aptos" w:hAnsi="Aptos"/>
                <w:noProof/>
                <w:webHidden/>
                <w:sz w:val="24"/>
                <w:szCs w:val="24"/>
              </w:rPr>
              <w:fldChar w:fldCharType="end"/>
            </w:r>
          </w:hyperlink>
        </w:p>
        <w:p w14:paraId="138CF820" w14:textId="13F87BC9" w:rsidR="00CF7C7D" w:rsidRPr="00CF7C7D" w:rsidRDefault="00CF7C7D">
          <w:pPr>
            <w:pStyle w:val="TableofFigures"/>
            <w:tabs>
              <w:tab w:val="right" w:leader="dot" w:pos="9394"/>
            </w:tabs>
            <w:rPr>
              <w:rFonts w:ascii="Aptos" w:hAnsi="Aptos"/>
              <w:noProof/>
              <w:sz w:val="24"/>
              <w:szCs w:val="24"/>
            </w:rPr>
          </w:pPr>
          <w:hyperlink w:anchor="_Toc200617226" w:history="1">
            <w:r w:rsidRPr="00CF7C7D">
              <w:rPr>
                <w:rStyle w:val="Hyperlink"/>
                <w:rFonts w:ascii="Aptos" w:hAnsi="Aptos"/>
                <w:noProof/>
                <w:sz w:val="24"/>
                <w:szCs w:val="24"/>
              </w:rPr>
              <w:t>Table 2:Comparison Between Results of Different Sensors.</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_Toc200617226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13</w:t>
            </w:r>
            <w:r w:rsidRPr="00CF7C7D">
              <w:rPr>
                <w:rFonts w:ascii="Aptos" w:hAnsi="Aptos"/>
                <w:noProof/>
                <w:webHidden/>
                <w:sz w:val="24"/>
                <w:szCs w:val="24"/>
              </w:rPr>
              <w:fldChar w:fldCharType="end"/>
            </w:r>
          </w:hyperlink>
        </w:p>
        <w:p w14:paraId="2213C7A5" w14:textId="19747E0D" w:rsidR="00CF7C7D" w:rsidRPr="00CF7C7D" w:rsidRDefault="00CF7C7D" w:rsidP="00CF7C7D">
          <w:pPr>
            <w:spacing w:before="240"/>
            <w:rPr>
              <w:rFonts w:ascii="Aptos" w:hAnsi="Aptos"/>
              <w:noProof/>
              <w:sz w:val="24"/>
              <w:szCs w:val="24"/>
            </w:rPr>
          </w:pPr>
          <w:r w:rsidRPr="00CF7C7D">
            <w:rPr>
              <w:rFonts w:ascii="Aptos" w:eastAsiaTheme="majorEastAsia" w:hAnsi="Aptos" w:cstheme="majorBidi"/>
              <w:b/>
              <w:bCs/>
              <w:color w:val="365F91" w:themeColor="accent1" w:themeShade="BF"/>
              <w:sz w:val="24"/>
              <w:szCs w:val="24"/>
              <w:lang w:bidi="ar-JO"/>
            </w:rPr>
            <w:fldChar w:fldCharType="end"/>
          </w:r>
          <w:r w:rsidRPr="00CF7C7D">
            <w:rPr>
              <w:rFonts w:ascii="Aptos" w:eastAsiaTheme="majorEastAsia" w:hAnsi="Aptos" w:cstheme="majorBidi"/>
              <w:b/>
              <w:bCs/>
              <w:color w:val="365F91" w:themeColor="accent1" w:themeShade="BF"/>
              <w:sz w:val="24"/>
              <w:szCs w:val="24"/>
              <w:lang w:bidi="ar-JO"/>
            </w:rPr>
            <w:t xml:space="preserve">List of Figures </w:t>
          </w:r>
          <w:r w:rsidRPr="00CF7C7D">
            <w:rPr>
              <w:rFonts w:ascii="Aptos" w:eastAsiaTheme="majorEastAsia" w:hAnsi="Aptos" w:cstheme="majorBidi"/>
              <w:b/>
              <w:bCs/>
              <w:color w:val="365F91" w:themeColor="accent1" w:themeShade="BF"/>
              <w:sz w:val="24"/>
              <w:szCs w:val="24"/>
              <w:lang w:bidi="ar-JO"/>
            </w:rPr>
            <w:fldChar w:fldCharType="begin"/>
          </w:r>
          <w:r w:rsidRPr="00CF7C7D">
            <w:rPr>
              <w:rFonts w:ascii="Aptos" w:eastAsiaTheme="majorEastAsia" w:hAnsi="Aptos" w:cstheme="majorBidi"/>
              <w:b/>
              <w:bCs/>
              <w:color w:val="365F91" w:themeColor="accent1" w:themeShade="BF"/>
              <w:sz w:val="24"/>
              <w:szCs w:val="24"/>
              <w:lang w:bidi="ar-JO"/>
            </w:rPr>
            <w:instrText xml:space="preserve"> TOC \h \z \c "Figure" </w:instrText>
          </w:r>
          <w:r w:rsidRPr="00CF7C7D">
            <w:rPr>
              <w:rFonts w:ascii="Aptos" w:eastAsiaTheme="majorEastAsia" w:hAnsi="Aptos" w:cstheme="majorBidi"/>
              <w:b/>
              <w:bCs/>
              <w:color w:val="365F91" w:themeColor="accent1" w:themeShade="BF"/>
              <w:sz w:val="24"/>
              <w:szCs w:val="24"/>
              <w:lang w:bidi="ar-JO"/>
            </w:rPr>
            <w:fldChar w:fldCharType="separate"/>
          </w:r>
        </w:p>
        <w:p w14:paraId="6BDEBF75" w14:textId="3D69139A" w:rsidR="00CF7C7D" w:rsidRPr="00CF7C7D" w:rsidRDefault="00CF7C7D">
          <w:pPr>
            <w:pStyle w:val="TableofFigures"/>
            <w:tabs>
              <w:tab w:val="right" w:leader="dot" w:pos="9394"/>
            </w:tabs>
            <w:rPr>
              <w:rFonts w:ascii="Aptos" w:hAnsi="Aptos"/>
              <w:noProof/>
              <w:kern w:val="2"/>
              <w:sz w:val="24"/>
              <w:szCs w:val="24"/>
              <w14:ligatures w14:val="standardContextual"/>
            </w:rPr>
          </w:pPr>
          <w:hyperlink w:anchor="_Toc200617239" w:history="1">
            <w:r w:rsidRPr="00CF7C7D">
              <w:rPr>
                <w:rStyle w:val="Hyperlink"/>
                <w:rFonts w:ascii="Aptos" w:hAnsi="Aptos"/>
                <w:noProof/>
                <w:sz w:val="24"/>
                <w:szCs w:val="24"/>
              </w:rPr>
              <w:t>Figure 1: Prototype Design Phase.</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_Toc200617239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10</w:t>
            </w:r>
            <w:r w:rsidRPr="00CF7C7D">
              <w:rPr>
                <w:rFonts w:ascii="Aptos" w:hAnsi="Aptos"/>
                <w:noProof/>
                <w:webHidden/>
                <w:sz w:val="24"/>
                <w:szCs w:val="24"/>
              </w:rPr>
              <w:fldChar w:fldCharType="end"/>
            </w:r>
          </w:hyperlink>
        </w:p>
        <w:p w14:paraId="5B63E663" w14:textId="3FA76194" w:rsidR="00CF7C7D" w:rsidRPr="00CF7C7D" w:rsidRDefault="00CF7C7D">
          <w:pPr>
            <w:pStyle w:val="TableofFigures"/>
            <w:tabs>
              <w:tab w:val="right" w:leader="dot" w:pos="9394"/>
            </w:tabs>
            <w:rPr>
              <w:rFonts w:ascii="Aptos" w:hAnsi="Aptos"/>
              <w:noProof/>
              <w:kern w:val="2"/>
              <w:sz w:val="24"/>
              <w:szCs w:val="24"/>
              <w14:ligatures w14:val="standardContextual"/>
            </w:rPr>
          </w:pPr>
          <w:hyperlink w:anchor="_Toc200617240" w:history="1">
            <w:r w:rsidRPr="00CF7C7D">
              <w:rPr>
                <w:rStyle w:val="Hyperlink"/>
                <w:rFonts w:ascii="Aptos" w:hAnsi="Aptos"/>
                <w:noProof/>
                <w:sz w:val="24"/>
                <w:szCs w:val="24"/>
              </w:rPr>
              <w:t>Figure 2: Prototype Programming Phase.</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_Toc200617240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10</w:t>
            </w:r>
            <w:r w:rsidRPr="00CF7C7D">
              <w:rPr>
                <w:rFonts w:ascii="Aptos" w:hAnsi="Aptos"/>
                <w:noProof/>
                <w:webHidden/>
                <w:sz w:val="24"/>
                <w:szCs w:val="24"/>
              </w:rPr>
              <w:fldChar w:fldCharType="end"/>
            </w:r>
          </w:hyperlink>
        </w:p>
        <w:p w14:paraId="228A399C" w14:textId="457C7589" w:rsidR="00CF7C7D" w:rsidRPr="00CF7C7D" w:rsidRDefault="00CF7C7D">
          <w:pPr>
            <w:pStyle w:val="TableofFigures"/>
            <w:tabs>
              <w:tab w:val="right" w:leader="dot" w:pos="9394"/>
            </w:tabs>
            <w:rPr>
              <w:rFonts w:ascii="Aptos" w:hAnsi="Aptos"/>
              <w:noProof/>
              <w:kern w:val="2"/>
              <w:sz w:val="24"/>
              <w:szCs w:val="24"/>
              <w14:ligatures w14:val="standardContextual"/>
            </w:rPr>
          </w:pPr>
          <w:hyperlink w:anchor="_Toc200617241" w:history="1">
            <w:r w:rsidRPr="00CF7C7D">
              <w:rPr>
                <w:rStyle w:val="Hyperlink"/>
                <w:rFonts w:ascii="Aptos" w:hAnsi="Aptos"/>
                <w:noProof/>
                <w:sz w:val="24"/>
                <w:szCs w:val="24"/>
              </w:rPr>
              <w:t>Figure 3: A Point in the Fixed Leak Detection System.</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_Toc200617241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11</w:t>
            </w:r>
            <w:r w:rsidRPr="00CF7C7D">
              <w:rPr>
                <w:rFonts w:ascii="Aptos" w:hAnsi="Aptos"/>
                <w:noProof/>
                <w:webHidden/>
                <w:sz w:val="24"/>
                <w:szCs w:val="24"/>
              </w:rPr>
              <w:fldChar w:fldCharType="end"/>
            </w:r>
          </w:hyperlink>
        </w:p>
        <w:p w14:paraId="2BD0E0C0" w14:textId="0D90242A" w:rsidR="00CF7C7D" w:rsidRPr="00CF7C7D" w:rsidRDefault="00CF7C7D">
          <w:pPr>
            <w:pStyle w:val="TableofFigures"/>
            <w:tabs>
              <w:tab w:val="right" w:leader="dot" w:pos="9394"/>
            </w:tabs>
            <w:rPr>
              <w:rFonts w:ascii="Aptos" w:hAnsi="Aptos"/>
              <w:noProof/>
              <w:kern w:val="2"/>
              <w:sz w:val="24"/>
              <w:szCs w:val="24"/>
              <w14:ligatures w14:val="standardContextual"/>
            </w:rPr>
          </w:pPr>
          <w:hyperlink w:anchor="_Toc200617242" w:history="1">
            <w:r w:rsidRPr="00CF7C7D">
              <w:rPr>
                <w:rStyle w:val="Hyperlink"/>
                <w:rFonts w:ascii="Aptos" w:hAnsi="Aptos"/>
                <w:noProof/>
                <w:sz w:val="24"/>
                <w:szCs w:val="24"/>
              </w:rPr>
              <w:t>Figure 4: The Mobile Robot.</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_Toc200617242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11</w:t>
            </w:r>
            <w:r w:rsidRPr="00CF7C7D">
              <w:rPr>
                <w:rFonts w:ascii="Aptos" w:hAnsi="Aptos"/>
                <w:noProof/>
                <w:webHidden/>
                <w:sz w:val="24"/>
                <w:szCs w:val="24"/>
              </w:rPr>
              <w:fldChar w:fldCharType="end"/>
            </w:r>
          </w:hyperlink>
        </w:p>
        <w:p w14:paraId="074AFFBE" w14:textId="73B7A392" w:rsidR="00CF7C7D" w:rsidRPr="00CF7C7D" w:rsidRDefault="00CF7C7D">
          <w:pPr>
            <w:pStyle w:val="TableofFigures"/>
            <w:tabs>
              <w:tab w:val="right" w:leader="dot" w:pos="9394"/>
            </w:tabs>
            <w:rPr>
              <w:rFonts w:ascii="Aptos" w:hAnsi="Aptos"/>
              <w:noProof/>
              <w:kern w:val="2"/>
              <w:sz w:val="24"/>
              <w:szCs w:val="24"/>
              <w14:ligatures w14:val="standardContextual"/>
            </w:rPr>
          </w:pPr>
          <w:hyperlink w:anchor="_Toc200617243" w:history="1">
            <w:r w:rsidRPr="00CF7C7D">
              <w:rPr>
                <w:rStyle w:val="Hyperlink"/>
                <w:rFonts w:ascii="Aptos" w:hAnsi="Aptos"/>
                <w:noProof/>
                <w:sz w:val="24"/>
                <w:szCs w:val="24"/>
              </w:rPr>
              <w:t>Figure 5: Results from the Data Analysis</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_Toc200617243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11</w:t>
            </w:r>
            <w:r w:rsidRPr="00CF7C7D">
              <w:rPr>
                <w:rFonts w:ascii="Aptos" w:hAnsi="Aptos"/>
                <w:noProof/>
                <w:webHidden/>
                <w:sz w:val="24"/>
                <w:szCs w:val="24"/>
              </w:rPr>
              <w:fldChar w:fldCharType="end"/>
            </w:r>
          </w:hyperlink>
        </w:p>
        <w:p w14:paraId="6341D544" w14:textId="56ED0E94" w:rsidR="00CF7C7D" w:rsidRPr="00CF7C7D" w:rsidRDefault="00CF7C7D">
          <w:pPr>
            <w:pStyle w:val="TableofFigures"/>
            <w:tabs>
              <w:tab w:val="right" w:leader="dot" w:pos="9394"/>
            </w:tabs>
            <w:rPr>
              <w:rFonts w:ascii="Aptos" w:hAnsi="Aptos"/>
              <w:noProof/>
              <w:kern w:val="2"/>
              <w:sz w:val="24"/>
              <w:szCs w:val="24"/>
              <w14:ligatures w14:val="standardContextual"/>
            </w:rPr>
          </w:pPr>
          <w:hyperlink w:anchor="_Toc200617244" w:history="1">
            <w:r w:rsidRPr="00CF7C7D">
              <w:rPr>
                <w:rStyle w:val="Hyperlink"/>
                <w:rFonts w:ascii="Aptos" w:hAnsi="Aptos"/>
                <w:noProof/>
                <w:sz w:val="24"/>
                <w:szCs w:val="24"/>
              </w:rPr>
              <w:t>Figure 6: Robot success rate.</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_Toc200617244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11</w:t>
            </w:r>
            <w:r w:rsidRPr="00CF7C7D">
              <w:rPr>
                <w:rFonts w:ascii="Aptos" w:hAnsi="Aptos"/>
                <w:noProof/>
                <w:webHidden/>
                <w:sz w:val="24"/>
                <w:szCs w:val="24"/>
              </w:rPr>
              <w:fldChar w:fldCharType="end"/>
            </w:r>
          </w:hyperlink>
        </w:p>
        <w:p w14:paraId="6F9F8936" w14:textId="3D9D7E0C" w:rsidR="00CF7C7D" w:rsidRPr="00CF7C7D" w:rsidRDefault="00CF7C7D">
          <w:pPr>
            <w:pStyle w:val="TableofFigures"/>
            <w:tabs>
              <w:tab w:val="right" w:leader="dot" w:pos="9394"/>
            </w:tabs>
            <w:rPr>
              <w:rFonts w:ascii="Aptos" w:hAnsi="Aptos"/>
              <w:noProof/>
              <w:kern w:val="2"/>
              <w:sz w:val="24"/>
              <w:szCs w:val="24"/>
              <w14:ligatures w14:val="standardContextual"/>
            </w:rPr>
          </w:pPr>
          <w:hyperlink w:anchor="_Toc200617245" w:history="1">
            <w:r w:rsidRPr="00CF7C7D">
              <w:rPr>
                <w:rStyle w:val="Hyperlink"/>
                <w:rFonts w:ascii="Aptos" w:hAnsi="Aptos"/>
                <w:noProof/>
                <w:sz w:val="24"/>
                <w:szCs w:val="24"/>
              </w:rPr>
              <w:t>Figure 7: The percentage of robot need in our town.</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_Toc200617245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11</w:t>
            </w:r>
            <w:r w:rsidRPr="00CF7C7D">
              <w:rPr>
                <w:rFonts w:ascii="Aptos" w:hAnsi="Aptos"/>
                <w:noProof/>
                <w:webHidden/>
                <w:sz w:val="24"/>
                <w:szCs w:val="24"/>
              </w:rPr>
              <w:fldChar w:fldCharType="end"/>
            </w:r>
          </w:hyperlink>
        </w:p>
        <w:p w14:paraId="565FD1F4" w14:textId="2A689434" w:rsidR="00CF7C7D" w:rsidRPr="00CF7C7D" w:rsidRDefault="00CF7C7D">
          <w:pPr>
            <w:pStyle w:val="TableofFigures"/>
            <w:tabs>
              <w:tab w:val="right" w:leader="dot" w:pos="9394"/>
            </w:tabs>
            <w:rPr>
              <w:rFonts w:ascii="Aptos" w:hAnsi="Aptos"/>
              <w:noProof/>
              <w:kern w:val="2"/>
              <w:sz w:val="24"/>
              <w:szCs w:val="24"/>
              <w14:ligatures w14:val="standardContextual"/>
            </w:rPr>
          </w:pPr>
          <w:hyperlink w:anchor="_Toc200617246" w:history="1">
            <w:r w:rsidRPr="00CF7C7D">
              <w:rPr>
                <w:rStyle w:val="Hyperlink"/>
                <w:rFonts w:ascii="Aptos" w:hAnsi="Aptos"/>
                <w:noProof/>
                <w:sz w:val="24"/>
                <w:szCs w:val="24"/>
              </w:rPr>
              <w:t>Figure 8: Percentage of water loss that the robot will save</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_Toc200617246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12</w:t>
            </w:r>
            <w:r w:rsidRPr="00CF7C7D">
              <w:rPr>
                <w:rFonts w:ascii="Aptos" w:hAnsi="Aptos"/>
                <w:noProof/>
                <w:webHidden/>
                <w:sz w:val="24"/>
                <w:szCs w:val="24"/>
              </w:rPr>
              <w:fldChar w:fldCharType="end"/>
            </w:r>
          </w:hyperlink>
        </w:p>
        <w:p w14:paraId="350668DD" w14:textId="2FBE2F23" w:rsidR="00CF7C7D" w:rsidRPr="00CF7C7D" w:rsidRDefault="00CF7C7D">
          <w:pPr>
            <w:pStyle w:val="TableofFigures"/>
            <w:tabs>
              <w:tab w:val="right" w:leader="dot" w:pos="9394"/>
            </w:tabs>
            <w:rPr>
              <w:rFonts w:ascii="Aptos" w:hAnsi="Aptos"/>
              <w:noProof/>
              <w:kern w:val="2"/>
              <w:sz w:val="24"/>
              <w:szCs w:val="24"/>
              <w14:ligatures w14:val="standardContextual"/>
            </w:rPr>
          </w:pPr>
          <w:hyperlink w:anchor="_Toc200617247" w:history="1">
            <w:r w:rsidRPr="00CF7C7D">
              <w:rPr>
                <w:rStyle w:val="Hyperlink"/>
                <w:rFonts w:ascii="Aptos" w:hAnsi="Aptos"/>
                <w:noProof/>
                <w:sz w:val="24"/>
                <w:szCs w:val="24"/>
              </w:rPr>
              <w:t>Figure 9: Percentage of maintenance operations reduced after using the robot.</w:t>
            </w:r>
            <w:r w:rsidRPr="00CF7C7D">
              <w:rPr>
                <w:rFonts w:ascii="Aptos" w:hAnsi="Aptos"/>
                <w:noProof/>
                <w:webHidden/>
                <w:sz w:val="24"/>
                <w:szCs w:val="24"/>
              </w:rPr>
              <w:tab/>
            </w:r>
            <w:r w:rsidRPr="00CF7C7D">
              <w:rPr>
                <w:rFonts w:ascii="Aptos" w:hAnsi="Aptos"/>
                <w:noProof/>
                <w:webHidden/>
                <w:sz w:val="24"/>
                <w:szCs w:val="24"/>
              </w:rPr>
              <w:fldChar w:fldCharType="begin"/>
            </w:r>
            <w:r w:rsidRPr="00CF7C7D">
              <w:rPr>
                <w:rFonts w:ascii="Aptos" w:hAnsi="Aptos"/>
                <w:noProof/>
                <w:webHidden/>
                <w:sz w:val="24"/>
                <w:szCs w:val="24"/>
              </w:rPr>
              <w:instrText xml:space="preserve"> PAGEREF _Toc200617247 \h </w:instrText>
            </w:r>
            <w:r w:rsidRPr="00CF7C7D">
              <w:rPr>
                <w:rFonts w:ascii="Aptos" w:hAnsi="Aptos"/>
                <w:noProof/>
                <w:webHidden/>
                <w:sz w:val="24"/>
                <w:szCs w:val="24"/>
              </w:rPr>
            </w:r>
            <w:r w:rsidRPr="00CF7C7D">
              <w:rPr>
                <w:rFonts w:ascii="Aptos" w:hAnsi="Aptos"/>
                <w:noProof/>
                <w:webHidden/>
                <w:sz w:val="24"/>
                <w:szCs w:val="24"/>
              </w:rPr>
              <w:fldChar w:fldCharType="separate"/>
            </w:r>
            <w:r w:rsidRPr="00CF7C7D">
              <w:rPr>
                <w:rFonts w:ascii="Aptos" w:hAnsi="Aptos"/>
                <w:noProof/>
                <w:webHidden/>
                <w:sz w:val="24"/>
                <w:szCs w:val="24"/>
              </w:rPr>
              <w:t>12</w:t>
            </w:r>
            <w:r w:rsidRPr="00CF7C7D">
              <w:rPr>
                <w:rFonts w:ascii="Aptos" w:hAnsi="Aptos"/>
                <w:noProof/>
                <w:webHidden/>
                <w:sz w:val="24"/>
                <w:szCs w:val="24"/>
              </w:rPr>
              <w:fldChar w:fldCharType="end"/>
            </w:r>
          </w:hyperlink>
        </w:p>
        <w:p w14:paraId="16ACC138" w14:textId="6BF44EA2" w:rsidR="00CF7C7D" w:rsidRPr="00CF7C7D" w:rsidRDefault="00CF7C7D" w:rsidP="00DE3E44">
          <w:pPr>
            <w:rPr>
              <w:rFonts w:ascii="Aptos" w:eastAsiaTheme="majorEastAsia" w:hAnsi="Aptos" w:cstheme="majorBidi"/>
              <w:b/>
              <w:bCs/>
              <w:color w:val="365F91" w:themeColor="accent1" w:themeShade="BF"/>
              <w:sz w:val="24"/>
              <w:szCs w:val="24"/>
              <w:rtl/>
              <w:lang w:bidi="ar-JO"/>
            </w:rPr>
          </w:pPr>
          <w:r w:rsidRPr="00CF7C7D">
            <w:rPr>
              <w:rFonts w:ascii="Aptos" w:eastAsiaTheme="majorEastAsia" w:hAnsi="Aptos" w:cstheme="majorBidi"/>
              <w:b/>
              <w:bCs/>
              <w:color w:val="365F91" w:themeColor="accent1" w:themeShade="BF"/>
              <w:sz w:val="24"/>
              <w:szCs w:val="24"/>
              <w:lang w:bidi="ar-JO"/>
            </w:rPr>
            <w:fldChar w:fldCharType="end"/>
          </w:r>
          <w:r w:rsidR="00DE3E44">
            <w:rPr>
              <w:rFonts w:ascii="Aptos" w:eastAsiaTheme="majorEastAsia" w:hAnsi="Aptos" w:cstheme="majorBidi"/>
              <w:b/>
              <w:bCs/>
              <w:color w:val="365F91" w:themeColor="accent1" w:themeShade="BF"/>
              <w:sz w:val="24"/>
              <w:szCs w:val="24"/>
              <w:lang w:bidi="ar-JO"/>
            </w:rPr>
            <w:br w:type="page"/>
          </w:r>
        </w:p>
        <w:sdt>
          <w:sdtPr>
            <w:rPr>
              <w:rFonts w:asciiTheme="minorHAnsi" w:eastAsiaTheme="minorEastAsia" w:hAnsiTheme="minorHAnsi" w:cstheme="minorBidi"/>
              <w:b w:val="0"/>
              <w:bCs w:val="0"/>
              <w:color w:val="auto"/>
              <w:sz w:val="22"/>
              <w:szCs w:val="22"/>
            </w:rPr>
            <w:id w:val="1283544780"/>
            <w:docPartObj>
              <w:docPartGallery w:val="Table of Contents"/>
              <w:docPartUnique/>
            </w:docPartObj>
          </w:sdtPr>
          <w:sdtEndPr>
            <w:rPr>
              <w:noProof/>
            </w:rPr>
          </w:sdtEndPr>
          <w:sdtContent>
            <w:p w14:paraId="7A983A94" w14:textId="0B21AEF2" w:rsidR="00CF7C7D" w:rsidRDefault="00CF7C7D">
              <w:pPr>
                <w:pStyle w:val="TOCHeading"/>
              </w:pPr>
              <w:r>
                <w:t>Table of Contents</w:t>
              </w:r>
            </w:p>
            <w:p w14:paraId="2890FF0A" w14:textId="7DE83677" w:rsidR="00CF7C7D" w:rsidRDefault="00CF7C7D" w:rsidP="00CF7C7D">
              <w:pPr>
                <w:pStyle w:val="TOC1"/>
                <w:rPr>
                  <w:noProof/>
                  <w:kern w:val="2"/>
                  <w:sz w:val="24"/>
                  <w:szCs w:val="24"/>
                  <w14:ligatures w14:val="standardContextual"/>
                </w:rPr>
              </w:pPr>
              <w:r>
                <w:fldChar w:fldCharType="begin"/>
              </w:r>
              <w:r>
                <w:instrText xml:space="preserve"> TOC \o "1-3" \h \z \u </w:instrText>
              </w:r>
              <w:r>
                <w:fldChar w:fldCharType="separate"/>
              </w:r>
            </w:p>
            <w:p w14:paraId="5D94EB89" w14:textId="176E346E" w:rsidR="00CF7C7D" w:rsidRDefault="00CF7C7D">
              <w:pPr>
                <w:pStyle w:val="TOC1"/>
                <w:tabs>
                  <w:tab w:val="left" w:pos="440"/>
                </w:tabs>
                <w:rPr>
                  <w:noProof/>
                  <w:kern w:val="2"/>
                  <w:sz w:val="24"/>
                  <w:szCs w:val="24"/>
                  <w14:ligatures w14:val="standardContextual"/>
                </w:rPr>
              </w:pPr>
              <w:hyperlink w:anchor="_Toc200617352" w:history="1">
                <w:r w:rsidRPr="00475F24">
                  <w:rPr>
                    <w:rStyle w:val="Hyperlink"/>
                    <w:rFonts w:ascii="Aptos" w:hAnsi="Aptos"/>
                    <w:noProof/>
                  </w:rPr>
                  <w:t>1.</w:t>
                </w:r>
                <w:r>
                  <w:rPr>
                    <w:noProof/>
                    <w:kern w:val="2"/>
                    <w:sz w:val="24"/>
                    <w:szCs w:val="24"/>
                    <w14:ligatures w14:val="standardContextual"/>
                  </w:rPr>
                  <w:tab/>
                </w:r>
                <w:r w:rsidRPr="00475F24">
                  <w:rPr>
                    <w:rStyle w:val="Hyperlink"/>
                    <w:rFonts w:ascii="Aptos" w:hAnsi="Aptos"/>
                    <w:noProof/>
                  </w:rPr>
                  <w:t>Abstract</w:t>
                </w:r>
                <w:r>
                  <w:rPr>
                    <w:noProof/>
                    <w:webHidden/>
                  </w:rPr>
                  <w:tab/>
                </w:r>
                <w:r>
                  <w:rPr>
                    <w:noProof/>
                    <w:webHidden/>
                  </w:rPr>
                  <w:fldChar w:fldCharType="begin"/>
                </w:r>
                <w:r>
                  <w:rPr>
                    <w:noProof/>
                    <w:webHidden/>
                  </w:rPr>
                  <w:instrText xml:space="preserve"> PAGEREF _Toc200617352 \h </w:instrText>
                </w:r>
                <w:r>
                  <w:rPr>
                    <w:noProof/>
                    <w:webHidden/>
                  </w:rPr>
                </w:r>
                <w:r>
                  <w:rPr>
                    <w:noProof/>
                    <w:webHidden/>
                  </w:rPr>
                  <w:fldChar w:fldCharType="separate"/>
                </w:r>
                <w:r>
                  <w:rPr>
                    <w:noProof/>
                    <w:webHidden/>
                  </w:rPr>
                  <w:t>3</w:t>
                </w:r>
                <w:r>
                  <w:rPr>
                    <w:noProof/>
                    <w:webHidden/>
                  </w:rPr>
                  <w:fldChar w:fldCharType="end"/>
                </w:r>
              </w:hyperlink>
            </w:p>
            <w:p w14:paraId="351CDCDC" w14:textId="7ECE8945" w:rsidR="00CF7C7D" w:rsidRDefault="00CF7C7D">
              <w:pPr>
                <w:pStyle w:val="TOC1"/>
                <w:tabs>
                  <w:tab w:val="left" w:pos="440"/>
                </w:tabs>
                <w:rPr>
                  <w:noProof/>
                  <w:kern w:val="2"/>
                  <w:sz w:val="24"/>
                  <w:szCs w:val="24"/>
                  <w14:ligatures w14:val="standardContextual"/>
                </w:rPr>
              </w:pPr>
              <w:hyperlink w:anchor="_Toc200617353" w:history="1">
                <w:r w:rsidRPr="00475F24">
                  <w:rPr>
                    <w:rStyle w:val="Hyperlink"/>
                    <w:rFonts w:ascii="Aptos" w:hAnsi="Aptos"/>
                    <w:noProof/>
                    <w:lang w:bidi="ar-KW"/>
                  </w:rPr>
                  <w:t>2.</w:t>
                </w:r>
                <w:r>
                  <w:rPr>
                    <w:noProof/>
                    <w:kern w:val="2"/>
                    <w:sz w:val="24"/>
                    <w:szCs w:val="24"/>
                    <w14:ligatures w14:val="standardContextual"/>
                  </w:rPr>
                  <w:tab/>
                </w:r>
                <w:r w:rsidRPr="00475F24">
                  <w:rPr>
                    <w:rStyle w:val="Hyperlink"/>
                    <w:rFonts w:ascii="Aptos" w:hAnsi="Aptos"/>
                    <w:noProof/>
                  </w:rPr>
                  <w:t>Problem</w:t>
                </w:r>
                <w:r>
                  <w:rPr>
                    <w:noProof/>
                    <w:webHidden/>
                  </w:rPr>
                  <w:tab/>
                </w:r>
                <w:r>
                  <w:rPr>
                    <w:noProof/>
                    <w:webHidden/>
                  </w:rPr>
                  <w:fldChar w:fldCharType="begin"/>
                </w:r>
                <w:r>
                  <w:rPr>
                    <w:noProof/>
                    <w:webHidden/>
                  </w:rPr>
                  <w:instrText xml:space="preserve"> PAGEREF _Toc200617353 \h </w:instrText>
                </w:r>
                <w:r>
                  <w:rPr>
                    <w:noProof/>
                    <w:webHidden/>
                  </w:rPr>
                </w:r>
                <w:r>
                  <w:rPr>
                    <w:noProof/>
                    <w:webHidden/>
                  </w:rPr>
                  <w:fldChar w:fldCharType="separate"/>
                </w:r>
                <w:r>
                  <w:rPr>
                    <w:noProof/>
                    <w:webHidden/>
                  </w:rPr>
                  <w:t>4</w:t>
                </w:r>
                <w:r>
                  <w:rPr>
                    <w:noProof/>
                    <w:webHidden/>
                  </w:rPr>
                  <w:fldChar w:fldCharType="end"/>
                </w:r>
              </w:hyperlink>
            </w:p>
            <w:p w14:paraId="2F51A197" w14:textId="0E2D70F7" w:rsidR="00CF7C7D" w:rsidRDefault="00CF7C7D">
              <w:pPr>
                <w:pStyle w:val="TOC1"/>
                <w:tabs>
                  <w:tab w:val="left" w:pos="440"/>
                </w:tabs>
                <w:rPr>
                  <w:noProof/>
                  <w:kern w:val="2"/>
                  <w:sz w:val="24"/>
                  <w:szCs w:val="24"/>
                  <w14:ligatures w14:val="standardContextual"/>
                </w:rPr>
              </w:pPr>
              <w:hyperlink w:anchor="_Toc200617354" w:history="1">
                <w:r w:rsidRPr="00475F24">
                  <w:rPr>
                    <w:rStyle w:val="Hyperlink"/>
                    <w:rFonts w:ascii="Aptos" w:hAnsi="Aptos"/>
                    <w:noProof/>
                    <w:rtl/>
                    <w:lang w:bidi="ar-JO"/>
                  </w:rPr>
                  <w:t>3.</w:t>
                </w:r>
                <w:r>
                  <w:rPr>
                    <w:noProof/>
                    <w:kern w:val="2"/>
                    <w:sz w:val="24"/>
                    <w:szCs w:val="24"/>
                    <w14:ligatures w14:val="standardContextual"/>
                  </w:rPr>
                  <w:tab/>
                </w:r>
                <w:r w:rsidRPr="00475F24">
                  <w:rPr>
                    <w:rStyle w:val="Hyperlink"/>
                    <w:rFonts w:ascii="Aptos" w:hAnsi="Aptos"/>
                    <w:noProof/>
                  </w:rPr>
                  <w:t>Objectives</w:t>
                </w:r>
                <w:r>
                  <w:rPr>
                    <w:noProof/>
                    <w:webHidden/>
                  </w:rPr>
                  <w:tab/>
                </w:r>
                <w:r>
                  <w:rPr>
                    <w:noProof/>
                    <w:webHidden/>
                  </w:rPr>
                  <w:fldChar w:fldCharType="begin"/>
                </w:r>
                <w:r>
                  <w:rPr>
                    <w:noProof/>
                    <w:webHidden/>
                  </w:rPr>
                  <w:instrText xml:space="preserve"> PAGEREF _Toc200617354 \h </w:instrText>
                </w:r>
                <w:r>
                  <w:rPr>
                    <w:noProof/>
                    <w:webHidden/>
                  </w:rPr>
                </w:r>
                <w:r>
                  <w:rPr>
                    <w:noProof/>
                    <w:webHidden/>
                  </w:rPr>
                  <w:fldChar w:fldCharType="separate"/>
                </w:r>
                <w:r>
                  <w:rPr>
                    <w:noProof/>
                    <w:webHidden/>
                  </w:rPr>
                  <w:t>5</w:t>
                </w:r>
                <w:r>
                  <w:rPr>
                    <w:noProof/>
                    <w:webHidden/>
                  </w:rPr>
                  <w:fldChar w:fldCharType="end"/>
                </w:r>
              </w:hyperlink>
            </w:p>
            <w:p w14:paraId="69B0E423" w14:textId="241BE757" w:rsidR="00CF7C7D" w:rsidRDefault="00CF7C7D">
              <w:pPr>
                <w:pStyle w:val="TOC1"/>
                <w:tabs>
                  <w:tab w:val="left" w:pos="440"/>
                </w:tabs>
                <w:rPr>
                  <w:noProof/>
                  <w:kern w:val="2"/>
                  <w:sz w:val="24"/>
                  <w:szCs w:val="24"/>
                  <w14:ligatures w14:val="standardContextual"/>
                </w:rPr>
              </w:pPr>
              <w:hyperlink w:anchor="_Toc200617355" w:history="1">
                <w:r w:rsidRPr="00475F24">
                  <w:rPr>
                    <w:rStyle w:val="Hyperlink"/>
                    <w:rFonts w:ascii="Aptos" w:hAnsi="Aptos"/>
                    <w:noProof/>
                  </w:rPr>
                  <w:t>4.</w:t>
                </w:r>
                <w:r>
                  <w:rPr>
                    <w:noProof/>
                    <w:kern w:val="2"/>
                    <w:sz w:val="24"/>
                    <w:szCs w:val="24"/>
                    <w14:ligatures w14:val="standardContextual"/>
                  </w:rPr>
                  <w:tab/>
                </w:r>
                <w:r w:rsidRPr="00475F24">
                  <w:rPr>
                    <w:rStyle w:val="Hyperlink"/>
                    <w:rFonts w:ascii="Aptos" w:hAnsi="Aptos"/>
                    <w:noProof/>
                  </w:rPr>
                  <w:t>Scientific Background</w:t>
                </w:r>
                <w:r>
                  <w:rPr>
                    <w:noProof/>
                    <w:webHidden/>
                  </w:rPr>
                  <w:tab/>
                </w:r>
                <w:r>
                  <w:rPr>
                    <w:noProof/>
                    <w:webHidden/>
                  </w:rPr>
                  <w:fldChar w:fldCharType="begin"/>
                </w:r>
                <w:r>
                  <w:rPr>
                    <w:noProof/>
                    <w:webHidden/>
                  </w:rPr>
                  <w:instrText xml:space="preserve"> PAGEREF _Toc200617355 \h </w:instrText>
                </w:r>
                <w:r>
                  <w:rPr>
                    <w:noProof/>
                    <w:webHidden/>
                  </w:rPr>
                </w:r>
                <w:r>
                  <w:rPr>
                    <w:noProof/>
                    <w:webHidden/>
                  </w:rPr>
                  <w:fldChar w:fldCharType="separate"/>
                </w:r>
                <w:r>
                  <w:rPr>
                    <w:noProof/>
                    <w:webHidden/>
                  </w:rPr>
                  <w:t>5</w:t>
                </w:r>
                <w:r>
                  <w:rPr>
                    <w:noProof/>
                    <w:webHidden/>
                  </w:rPr>
                  <w:fldChar w:fldCharType="end"/>
                </w:r>
              </w:hyperlink>
            </w:p>
            <w:p w14:paraId="422CFB17" w14:textId="12F1808A" w:rsidR="00CF7C7D" w:rsidRDefault="00CF7C7D">
              <w:pPr>
                <w:pStyle w:val="TOC1"/>
                <w:tabs>
                  <w:tab w:val="left" w:pos="440"/>
                </w:tabs>
                <w:rPr>
                  <w:noProof/>
                  <w:kern w:val="2"/>
                  <w:sz w:val="24"/>
                  <w:szCs w:val="24"/>
                  <w14:ligatures w14:val="standardContextual"/>
                </w:rPr>
              </w:pPr>
              <w:hyperlink w:anchor="_Toc200617356" w:history="1">
                <w:r w:rsidRPr="00475F24">
                  <w:rPr>
                    <w:rStyle w:val="Hyperlink"/>
                    <w:rFonts w:ascii="Aptos" w:hAnsi="Aptos"/>
                    <w:noProof/>
                    <w:rtl/>
                  </w:rPr>
                  <w:t>5.</w:t>
                </w:r>
                <w:r>
                  <w:rPr>
                    <w:noProof/>
                    <w:kern w:val="2"/>
                    <w:sz w:val="24"/>
                    <w:szCs w:val="24"/>
                    <w14:ligatures w14:val="standardContextual"/>
                  </w:rPr>
                  <w:tab/>
                </w:r>
                <w:r w:rsidRPr="00475F24">
                  <w:rPr>
                    <w:rStyle w:val="Hyperlink"/>
                    <w:rFonts w:ascii="Aptos" w:hAnsi="Aptos"/>
                    <w:noProof/>
                    <w:lang w:bidi="ar-KW"/>
                  </w:rPr>
                  <w:t>List of Materials</w:t>
                </w:r>
                <w:r>
                  <w:rPr>
                    <w:noProof/>
                    <w:webHidden/>
                  </w:rPr>
                  <w:tab/>
                </w:r>
                <w:r>
                  <w:rPr>
                    <w:noProof/>
                    <w:webHidden/>
                  </w:rPr>
                  <w:fldChar w:fldCharType="begin"/>
                </w:r>
                <w:r>
                  <w:rPr>
                    <w:noProof/>
                    <w:webHidden/>
                  </w:rPr>
                  <w:instrText xml:space="preserve"> PAGEREF _Toc200617356 \h </w:instrText>
                </w:r>
                <w:r>
                  <w:rPr>
                    <w:noProof/>
                    <w:webHidden/>
                  </w:rPr>
                </w:r>
                <w:r>
                  <w:rPr>
                    <w:noProof/>
                    <w:webHidden/>
                  </w:rPr>
                  <w:fldChar w:fldCharType="separate"/>
                </w:r>
                <w:r>
                  <w:rPr>
                    <w:noProof/>
                    <w:webHidden/>
                  </w:rPr>
                  <w:t>7</w:t>
                </w:r>
                <w:r>
                  <w:rPr>
                    <w:noProof/>
                    <w:webHidden/>
                  </w:rPr>
                  <w:fldChar w:fldCharType="end"/>
                </w:r>
              </w:hyperlink>
            </w:p>
            <w:p w14:paraId="52A97C2B" w14:textId="4FB6222C" w:rsidR="00CF7C7D" w:rsidRDefault="00CF7C7D">
              <w:pPr>
                <w:pStyle w:val="TOC1"/>
                <w:tabs>
                  <w:tab w:val="left" w:pos="440"/>
                </w:tabs>
                <w:rPr>
                  <w:noProof/>
                  <w:kern w:val="2"/>
                  <w:sz w:val="24"/>
                  <w:szCs w:val="24"/>
                  <w14:ligatures w14:val="standardContextual"/>
                </w:rPr>
              </w:pPr>
              <w:hyperlink w:anchor="_Toc200617357" w:history="1">
                <w:r w:rsidRPr="00475F24">
                  <w:rPr>
                    <w:rStyle w:val="Hyperlink"/>
                    <w:rFonts w:ascii="Aptos" w:hAnsi="Aptos"/>
                    <w:noProof/>
                  </w:rPr>
                  <w:t>6.</w:t>
                </w:r>
                <w:r>
                  <w:rPr>
                    <w:noProof/>
                    <w:kern w:val="2"/>
                    <w:sz w:val="24"/>
                    <w:szCs w:val="24"/>
                    <w14:ligatures w14:val="standardContextual"/>
                  </w:rPr>
                  <w:tab/>
                </w:r>
                <w:r w:rsidRPr="00475F24">
                  <w:rPr>
                    <w:rStyle w:val="Hyperlink"/>
                    <w:rFonts w:ascii="Aptos" w:hAnsi="Aptos"/>
                    <w:noProof/>
                  </w:rPr>
                  <w:t>Procedures\Preliminary Designs</w:t>
                </w:r>
                <w:r>
                  <w:rPr>
                    <w:noProof/>
                    <w:webHidden/>
                  </w:rPr>
                  <w:tab/>
                </w:r>
                <w:r>
                  <w:rPr>
                    <w:noProof/>
                    <w:webHidden/>
                  </w:rPr>
                  <w:fldChar w:fldCharType="begin"/>
                </w:r>
                <w:r>
                  <w:rPr>
                    <w:noProof/>
                    <w:webHidden/>
                  </w:rPr>
                  <w:instrText xml:space="preserve"> PAGEREF _Toc200617357 \h </w:instrText>
                </w:r>
                <w:r>
                  <w:rPr>
                    <w:noProof/>
                    <w:webHidden/>
                  </w:rPr>
                </w:r>
                <w:r>
                  <w:rPr>
                    <w:noProof/>
                    <w:webHidden/>
                  </w:rPr>
                  <w:fldChar w:fldCharType="separate"/>
                </w:r>
                <w:r>
                  <w:rPr>
                    <w:noProof/>
                    <w:webHidden/>
                  </w:rPr>
                  <w:t>7</w:t>
                </w:r>
                <w:r>
                  <w:rPr>
                    <w:noProof/>
                    <w:webHidden/>
                  </w:rPr>
                  <w:fldChar w:fldCharType="end"/>
                </w:r>
              </w:hyperlink>
            </w:p>
            <w:p w14:paraId="4B0D5D28" w14:textId="2C8C9C8F" w:rsidR="00CF7C7D" w:rsidRDefault="00CF7C7D">
              <w:pPr>
                <w:pStyle w:val="TOC1"/>
                <w:tabs>
                  <w:tab w:val="left" w:pos="440"/>
                </w:tabs>
                <w:rPr>
                  <w:noProof/>
                  <w:kern w:val="2"/>
                  <w:sz w:val="24"/>
                  <w:szCs w:val="24"/>
                  <w14:ligatures w14:val="standardContextual"/>
                </w:rPr>
              </w:pPr>
              <w:hyperlink w:anchor="_Toc200617358" w:history="1">
                <w:r w:rsidRPr="00475F24">
                  <w:rPr>
                    <w:rStyle w:val="Hyperlink"/>
                    <w:rFonts w:ascii="Aptos" w:hAnsi="Aptos"/>
                    <w:noProof/>
                  </w:rPr>
                  <w:t>7.</w:t>
                </w:r>
                <w:r>
                  <w:rPr>
                    <w:noProof/>
                    <w:kern w:val="2"/>
                    <w:sz w:val="24"/>
                    <w:szCs w:val="24"/>
                    <w14:ligatures w14:val="standardContextual"/>
                  </w:rPr>
                  <w:tab/>
                </w:r>
                <w:r w:rsidRPr="00475F24">
                  <w:rPr>
                    <w:rStyle w:val="Hyperlink"/>
                    <w:rFonts w:ascii="Aptos" w:hAnsi="Aptos"/>
                    <w:noProof/>
                  </w:rPr>
                  <w:t>Build &amp; Test a Prototype</w:t>
                </w:r>
                <w:r>
                  <w:rPr>
                    <w:noProof/>
                    <w:webHidden/>
                  </w:rPr>
                  <w:tab/>
                </w:r>
                <w:r>
                  <w:rPr>
                    <w:noProof/>
                    <w:webHidden/>
                  </w:rPr>
                  <w:fldChar w:fldCharType="begin"/>
                </w:r>
                <w:r>
                  <w:rPr>
                    <w:noProof/>
                    <w:webHidden/>
                  </w:rPr>
                  <w:instrText xml:space="preserve"> PAGEREF _Toc200617358 \h </w:instrText>
                </w:r>
                <w:r>
                  <w:rPr>
                    <w:noProof/>
                    <w:webHidden/>
                  </w:rPr>
                </w:r>
                <w:r>
                  <w:rPr>
                    <w:noProof/>
                    <w:webHidden/>
                  </w:rPr>
                  <w:fldChar w:fldCharType="separate"/>
                </w:r>
                <w:r>
                  <w:rPr>
                    <w:noProof/>
                    <w:webHidden/>
                  </w:rPr>
                  <w:t>9</w:t>
                </w:r>
                <w:r>
                  <w:rPr>
                    <w:noProof/>
                    <w:webHidden/>
                  </w:rPr>
                  <w:fldChar w:fldCharType="end"/>
                </w:r>
              </w:hyperlink>
            </w:p>
            <w:p w14:paraId="5ABB91B5" w14:textId="06CE3B7E" w:rsidR="00CF7C7D" w:rsidRDefault="00CF7C7D">
              <w:pPr>
                <w:pStyle w:val="TOC2"/>
                <w:tabs>
                  <w:tab w:val="right" w:leader="dot" w:pos="9394"/>
                </w:tabs>
                <w:rPr>
                  <w:noProof/>
                  <w:kern w:val="2"/>
                  <w:sz w:val="24"/>
                  <w:szCs w:val="24"/>
                  <w14:ligatures w14:val="standardContextual"/>
                </w:rPr>
              </w:pPr>
              <w:hyperlink w:anchor="_Toc200617359" w:history="1">
                <w:r w:rsidRPr="00475F24">
                  <w:rPr>
                    <w:rStyle w:val="Hyperlink"/>
                    <w:rFonts w:ascii="Aptos" w:hAnsi="Aptos"/>
                    <w:noProof/>
                  </w:rPr>
                  <w:t>Prototype:</w:t>
                </w:r>
                <w:r>
                  <w:rPr>
                    <w:noProof/>
                    <w:webHidden/>
                  </w:rPr>
                  <w:tab/>
                </w:r>
                <w:r>
                  <w:rPr>
                    <w:noProof/>
                    <w:webHidden/>
                  </w:rPr>
                  <w:fldChar w:fldCharType="begin"/>
                </w:r>
                <w:r>
                  <w:rPr>
                    <w:noProof/>
                    <w:webHidden/>
                  </w:rPr>
                  <w:instrText xml:space="preserve"> PAGEREF _Toc200617359 \h </w:instrText>
                </w:r>
                <w:r>
                  <w:rPr>
                    <w:noProof/>
                    <w:webHidden/>
                  </w:rPr>
                </w:r>
                <w:r>
                  <w:rPr>
                    <w:noProof/>
                    <w:webHidden/>
                  </w:rPr>
                  <w:fldChar w:fldCharType="separate"/>
                </w:r>
                <w:r>
                  <w:rPr>
                    <w:noProof/>
                    <w:webHidden/>
                  </w:rPr>
                  <w:t>9</w:t>
                </w:r>
                <w:r>
                  <w:rPr>
                    <w:noProof/>
                    <w:webHidden/>
                  </w:rPr>
                  <w:fldChar w:fldCharType="end"/>
                </w:r>
              </w:hyperlink>
            </w:p>
            <w:p w14:paraId="68D1C636" w14:textId="46D39D3E" w:rsidR="00CF7C7D" w:rsidRDefault="00CF7C7D">
              <w:pPr>
                <w:pStyle w:val="TOC1"/>
                <w:tabs>
                  <w:tab w:val="left" w:pos="440"/>
                </w:tabs>
                <w:rPr>
                  <w:noProof/>
                  <w:kern w:val="2"/>
                  <w:sz w:val="24"/>
                  <w:szCs w:val="24"/>
                  <w14:ligatures w14:val="standardContextual"/>
                </w:rPr>
              </w:pPr>
              <w:hyperlink w:anchor="_Toc200617360" w:history="1">
                <w:r w:rsidRPr="00475F24">
                  <w:rPr>
                    <w:rStyle w:val="Hyperlink"/>
                    <w:rFonts w:ascii="Aptos" w:hAnsi="Aptos"/>
                    <w:noProof/>
                  </w:rPr>
                  <w:t>8.</w:t>
                </w:r>
                <w:r>
                  <w:rPr>
                    <w:noProof/>
                    <w:kern w:val="2"/>
                    <w:sz w:val="24"/>
                    <w:szCs w:val="24"/>
                    <w14:ligatures w14:val="standardContextual"/>
                  </w:rPr>
                  <w:tab/>
                </w:r>
                <w:r w:rsidRPr="00475F24">
                  <w:rPr>
                    <w:rStyle w:val="Hyperlink"/>
                    <w:rFonts w:ascii="Aptos" w:hAnsi="Aptos"/>
                    <w:noProof/>
                  </w:rPr>
                  <w:t>Redesign &amp; Retest</w:t>
                </w:r>
                <w:r>
                  <w:rPr>
                    <w:noProof/>
                    <w:webHidden/>
                  </w:rPr>
                  <w:tab/>
                </w:r>
                <w:r>
                  <w:rPr>
                    <w:noProof/>
                    <w:webHidden/>
                  </w:rPr>
                  <w:fldChar w:fldCharType="begin"/>
                </w:r>
                <w:r>
                  <w:rPr>
                    <w:noProof/>
                    <w:webHidden/>
                  </w:rPr>
                  <w:instrText xml:space="preserve"> PAGEREF _Toc200617360 \h </w:instrText>
                </w:r>
                <w:r>
                  <w:rPr>
                    <w:noProof/>
                    <w:webHidden/>
                  </w:rPr>
                </w:r>
                <w:r>
                  <w:rPr>
                    <w:noProof/>
                    <w:webHidden/>
                  </w:rPr>
                  <w:fldChar w:fldCharType="separate"/>
                </w:r>
                <w:r>
                  <w:rPr>
                    <w:noProof/>
                    <w:webHidden/>
                  </w:rPr>
                  <w:t>10</w:t>
                </w:r>
                <w:r>
                  <w:rPr>
                    <w:noProof/>
                    <w:webHidden/>
                  </w:rPr>
                  <w:fldChar w:fldCharType="end"/>
                </w:r>
              </w:hyperlink>
            </w:p>
            <w:p w14:paraId="52ADF050" w14:textId="5BA48965" w:rsidR="00CF7C7D" w:rsidRDefault="00CF7C7D">
              <w:pPr>
                <w:pStyle w:val="TOC2"/>
                <w:tabs>
                  <w:tab w:val="right" w:leader="dot" w:pos="9394"/>
                </w:tabs>
                <w:rPr>
                  <w:noProof/>
                  <w:kern w:val="2"/>
                  <w:sz w:val="24"/>
                  <w:szCs w:val="24"/>
                  <w14:ligatures w14:val="standardContextual"/>
                </w:rPr>
              </w:pPr>
              <w:hyperlink w:anchor="_Toc200617361" w:history="1">
                <w:r w:rsidRPr="00475F24">
                  <w:rPr>
                    <w:rStyle w:val="Hyperlink"/>
                    <w:rFonts w:ascii="Aptos" w:hAnsi="Aptos"/>
                    <w:noProof/>
                  </w:rPr>
                  <w:t>Current Prototype</w:t>
                </w:r>
                <w:r>
                  <w:rPr>
                    <w:noProof/>
                    <w:webHidden/>
                  </w:rPr>
                  <w:tab/>
                </w:r>
                <w:r>
                  <w:rPr>
                    <w:noProof/>
                    <w:webHidden/>
                  </w:rPr>
                  <w:fldChar w:fldCharType="begin"/>
                </w:r>
                <w:r>
                  <w:rPr>
                    <w:noProof/>
                    <w:webHidden/>
                  </w:rPr>
                  <w:instrText xml:space="preserve"> PAGEREF _Toc200617361 \h </w:instrText>
                </w:r>
                <w:r>
                  <w:rPr>
                    <w:noProof/>
                    <w:webHidden/>
                  </w:rPr>
                </w:r>
                <w:r>
                  <w:rPr>
                    <w:noProof/>
                    <w:webHidden/>
                  </w:rPr>
                  <w:fldChar w:fldCharType="separate"/>
                </w:r>
                <w:r>
                  <w:rPr>
                    <w:noProof/>
                    <w:webHidden/>
                  </w:rPr>
                  <w:t>10</w:t>
                </w:r>
                <w:r>
                  <w:rPr>
                    <w:noProof/>
                    <w:webHidden/>
                  </w:rPr>
                  <w:fldChar w:fldCharType="end"/>
                </w:r>
              </w:hyperlink>
            </w:p>
            <w:p w14:paraId="75E92013" w14:textId="19595720" w:rsidR="00CF7C7D" w:rsidRDefault="00CF7C7D">
              <w:pPr>
                <w:pStyle w:val="TOC1"/>
                <w:tabs>
                  <w:tab w:val="left" w:pos="440"/>
                </w:tabs>
                <w:rPr>
                  <w:noProof/>
                  <w:kern w:val="2"/>
                  <w:sz w:val="24"/>
                  <w:szCs w:val="24"/>
                  <w14:ligatures w14:val="standardContextual"/>
                </w:rPr>
              </w:pPr>
              <w:hyperlink w:anchor="_Toc200617362" w:history="1">
                <w:r w:rsidRPr="00475F24">
                  <w:rPr>
                    <w:rStyle w:val="Hyperlink"/>
                    <w:rFonts w:ascii="Aptos" w:hAnsi="Aptos"/>
                    <w:noProof/>
                  </w:rPr>
                  <w:t>9.</w:t>
                </w:r>
                <w:r>
                  <w:rPr>
                    <w:noProof/>
                    <w:kern w:val="2"/>
                    <w:sz w:val="24"/>
                    <w:szCs w:val="24"/>
                    <w14:ligatures w14:val="standardContextual"/>
                  </w:rPr>
                  <w:tab/>
                </w:r>
                <w:r w:rsidRPr="00475F24">
                  <w:rPr>
                    <w:rStyle w:val="Hyperlink"/>
                    <w:rFonts w:ascii="Aptos" w:hAnsi="Aptos"/>
                    <w:noProof/>
                  </w:rPr>
                  <w:t>Data Analysis</w:t>
                </w:r>
                <w:r>
                  <w:rPr>
                    <w:noProof/>
                    <w:webHidden/>
                  </w:rPr>
                  <w:tab/>
                </w:r>
                <w:r>
                  <w:rPr>
                    <w:noProof/>
                    <w:webHidden/>
                  </w:rPr>
                  <w:fldChar w:fldCharType="begin"/>
                </w:r>
                <w:r>
                  <w:rPr>
                    <w:noProof/>
                    <w:webHidden/>
                  </w:rPr>
                  <w:instrText xml:space="preserve"> PAGEREF _Toc200617362 \h </w:instrText>
                </w:r>
                <w:r>
                  <w:rPr>
                    <w:noProof/>
                    <w:webHidden/>
                  </w:rPr>
                </w:r>
                <w:r>
                  <w:rPr>
                    <w:noProof/>
                    <w:webHidden/>
                  </w:rPr>
                  <w:fldChar w:fldCharType="separate"/>
                </w:r>
                <w:r>
                  <w:rPr>
                    <w:noProof/>
                    <w:webHidden/>
                  </w:rPr>
                  <w:t>11</w:t>
                </w:r>
                <w:r>
                  <w:rPr>
                    <w:noProof/>
                    <w:webHidden/>
                  </w:rPr>
                  <w:fldChar w:fldCharType="end"/>
                </w:r>
              </w:hyperlink>
            </w:p>
            <w:p w14:paraId="0B807224" w14:textId="695CF080" w:rsidR="00CF7C7D" w:rsidRDefault="00CF7C7D">
              <w:pPr>
                <w:pStyle w:val="TOC1"/>
                <w:tabs>
                  <w:tab w:val="left" w:pos="720"/>
                </w:tabs>
                <w:rPr>
                  <w:noProof/>
                  <w:kern w:val="2"/>
                  <w:sz w:val="24"/>
                  <w:szCs w:val="24"/>
                  <w14:ligatures w14:val="standardContextual"/>
                </w:rPr>
              </w:pPr>
              <w:hyperlink w:anchor="_Toc200617363" w:history="1">
                <w:r w:rsidRPr="00475F24">
                  <w:rPr>
                    <w:rStyle w:val="Hyperlink"/>
                    <w:rFonts w:ascii="Aptos" w:hAnsi="Aptos"/>
                    <w:noProof/>
                  </w:rPr>
                  <w:t>10.</w:t>
                </w:r>
                <w:r>
                  <w:rPr>
                    <w:noProof/>
                    <w:kern w:val="2"/>
                    <w:sz w:val="24"/>
                    <w:szCs w:val="24"/>
                    <w14:ligatures w14:val="standardContextual"/>
                  </w:rPr>
                  <w:tab/>
                </w:r>
                <w:r w:rsidRPr="00475F24">
                  <w:rPr>
                    <w:rStyle w:val="Hyperlink"/>
                    <w:rFonts w:ascii="Aptos" w:hAnsi="Aptos"/>
                    <w:noProof/>
                  </w:rPr>
                  <w:t>Results</w:t>
                </w:r>
                <w:r>
                  <w:rPr>
                    <w:noProof/>
                    <w:webHidden/>
                  </w:rPr>
                  <w:tab/>
                </w:r>
                <w:r>
                  <w:rPr>
                    <w:noProof/>
                    <w:webHidden/>
                  </w:rPr>
                  <w:fldChar w:fldCharType="begin"/>
                </w:r>
                <w:r>
                  <w:rPr>
                    <w:noProof/>
                    <w:webHidden/>
                  </w:rPr>
                  <w:instrText xml:space="preserve"> PAGEREF _Toc200617363 \h </w:instrText>
                </w:r>
                <w:r>
                  <w:rPr>
                    <w:noProof/>
                    <w:webHidden/>
                  </w:rPr>
                </w:r>
                <w:r>
                  <w:rPr>
                    <w:noProof/>
                    <w:webHidden/>
                  </w:rPr>
                  <w:fldChar w:fldCharType="separate"/>
                </w:r>
                <w:r>
                  <w:rPr>
                    <w:noProof/>
                    <w:webHidden/>
                  </w:rPr>
                  <w:t>13</w:t>
                </w:r>
                <w:r>
                  <w:rPr>
                    <w:noProof/>
                    <w:webHidden/>
                  </w:rPr>
                  <w:fldChar w:fldCharType="end"/>
                </w:r>
              </w:hyperlink>
            </w:p>
            <w:p w14:paraId="59A77EA8" w14:textId="5C9DF740" w:rsidR="00CF7C7D" w:rsidRDefault="00CF7C7D">
              <w:pPr>
                <w:pStyle w:val="TOC1"/>
                <w:tabs>
                  <w:tab w:val="left" w:pos="720"/>
                </w:tabs>
                <w:rPr>
                  <w:noProof/>
                  <w:kern w:val="2"/>
                  <w:sz w:val="24"/>
                  <w:szCs w:val="24"/>
                  <w14:ligatures w14:val="standardContextual"/>
                </w:rPr>
              </w:pPr>
              <w:hyperlink w:anchor="_Toc200617364" w:history="1">
                <w:r w:rsidRPr="00475F24">
                  <w:rPr>
                    <w:rStyle w:val="Hyperlink"/>
                    <w:rFonts w:ascii="Aptos" w:hAnsi="Aptos"/>
                    <w:noProof/>
                  </w:rPr>
                  <w:t>11.</w:t>
                </w:r>
                <w:r>
                  <w:rPr>
                    <w:noProof/>
                    <w:kern w:val="2"/>
                    <w:sz w:val="24"/>
                    <w:szCs w:val="24"/>
                    <w14:ligatures w14:val="standardContextual"/>
                  </w:rPr>
                  <w:tab/>
                </w:r>
                <w:r w:rsidRPr="00475F24">
                  <w:rPr>
                    <w:rStyle w:val="Hyperlink"/>
                    <w:rFonts w:ascii="Aptos" w:hAnsi="Aptos"/>
                    <w:noProof/>
                    <w:lang w:bidi="ar-KW"/>
                  </w:rPr>
                  <w:t>Applications</w:t>
                </w:r>
                <w:r>
                  <w:rPr>
                    <w:noProof/>
                    <w:webHidden/>
                  </w:rPr>
                  <w:tab/>
                </w:r>
                <w:r>
                  <w:rPr>
                    <w:noProof/>
                    <w:webHidden/>
                  </w:rPr>
                  <w:fldChar w:fldCharType="begin"/>
                </w:r>
                <w:r>
                  <w:rPr>
                    <w:noProof/>
                    <w:webHidden/>
                  </w:rPr>
                  <w:instrText xml:space="preserve"> PAGEREF _Toc200617364 \h </w:instrText>
                </w:r>
                <w:r>
                  <w:rPr>
                    <w:noProof/>
                    <w:webHidden/>
                  </w:rPr>
                </w:r>
                <w:r>
                  <w:rPr>
                    <w:noProof/>
                    <w:webHidden/>
                  </w:rPr>
                  <w:fldChar w:fldCharType="separate"/>
                </w:r>
                <w:r>
                  <w:rPr>
                    <w:noProof/>
                    <w:webHidden/>
                  </w:rPr>
                  <w:t>13</w:t>
                </w:r>
                <w:r>
                  <w:rPr>
                    <w:noProof/>
                    <w:webHidden/>
                  </w:rPr>
                  <w:fldChar w:fldCharType="end"/>
                </w:r>
              </w:hyperlink>
            </w:p>
            <w:p w14:paraId="09B2D9FD" w14:textId="2EA7E01F" w:rsidR="00CF7C7D" w:rsidRDefault="00CF7C7D">
              <w:pPr>
                <w:pStyle w:val="TOC1"/>
                <w:tabs>
                  <w:tab w:val="left" w:pos="720"/>
                </w:tabs>
                <w:rPr>
                  <w:noProof/>
                  <w:kern w:val="2"/>
                  <w:sz w:val="24"/>
                  <w:szCs w:val="24"/>
                  <w14:ligatures w14:val="standardContextual"/>
                </w:rPr>
              </w:pPr>
              <w:hyperlink w:anchor="_Toc200617365" w:history="1">
                <w:r w:rsidRPr="00475F24">
                  <w:rPr>
                    <w:rStyle w:val="Hyperlink"/>
                    <w:rFonts w:ascii="Aptos" w:hAnsi="Aptos"/>
                    <w:noProof/>
                  </w:rPr>
                  <w:t>12.</w:t>
                </w:r>
                <w:r>
                  <w:rPr>
                    <w:noProof/>
                    <w:kern w:val="2"/>
                    <w:sz w:val="24"/>
                    <w:szCs w:val="24"/>
                    <w14:ligatures w14:val="standardContextual"/>
                  </w:rPr>
                  <w:tab/>
                </w:r>
                <w:r w:rsidRPr="00475F24">
                  <w:rPr>
                    <w:rStyle w:val="Hyperlink"/>
                    <w:rFonts w:ascii="Aptos" w:hAnsi="Aptos"/>
                    <w:noProof/>
                  </w:rPr>
                  <w:t>Future work</w:t>
                </w:r>
                <w:r>
                  <w:rPr>
                    <w:noProof/>
                    <w:webHidden/>
                  </w:rPr>
                  <w:tab/>
                </w:r>
                <w:r>
                  <w:rPr>
                    <w:noProof/>
                    <w:webHidden/>
                  </w:rPr>
                  <w:fldChar w:fldCharType="begin"/>
                </w:r>
                <w:r>
                  <w:rPr>
                    <w:noProof/>
                    <w:webHidden/>
                  </w:rPr>
                  <w:instrText xml:space="preserve"> PAGEREF _Toc200617365 \h </w:instrText>
                </w:r>
                <w:r>
                  <w:rPr>
                    <w:noProof/>
                    <w:webHidden/>
                  </w:rPr>
                </w:r>
                <w:r>
                  <w:rPr>
                    <w:noProof/>
                    <w:webHidden/>
                  </w:rPr>
                  <w:fldChar w:fldCharType="separate"/>
                </w:r>
                <w:r>
                  <w:rPr>
                    <w:noProof/>
                    <w:webHidden/>
                  </w:rPr>
                  <w:t>14</w:t>
                </w:r>
                <w:r>
                  <w:rPr>
                    <w:noProof/>
                    <w:webHidden/>
                  </w:rPr>
                  <w:fldChar w:fldCharType="end"/>
                </w:r>
              </w:hyperlink>
            </w:p>
            <w:p w14:paraId="2D61620E" w14:textId="2FF1703F" w:rsidR="00CF7C7D" w:rsidRDefault="00CF7C7D">
              <w:pPr>
                <w:pStyle w:val="TOC1"/>
                <w:tabs>
                  <w:tab w:val="left" w:pos="720"/>
                </w:tabs>
                <w:rPr>
                  <w:noProof/>
                  <w:kern w:val="2"/>
                  <w:sz w:val="24"/>
                  <w:szCs w:val="24"/>
                  <w14:ligatures w14:val="standardContextual"/>
                </w:rPr>
              </w:pPr>
              <w:hyperlink w:anchor="_Toc200617366" w:history="1">
                <w:r w:rsidRPr="00475F24">
                  <w:rPr>
                    <w:rStyle w:val="Hyperlink"/>
                    <w:rFonts w:ascii="Aptos" w:hAnsi="Aptos"/>
                    <w:noProof/>
                  </w:rPr>
                  <w:t>13.</w:t>
                </w:r>
                <w:r>
                  <w:rPr>
                    <w:noProof/>
                    <w:kern w:val="2"/>
                    <w:sz w:val="24"/>
                    <w:szCs w:val="24"/>
                    <w14:ligatures w14:val="standardContextual"/>
                  </w:rPr>
                  <w:tab/>
                </w:r>
                <w:r w:rsidRPr="00475F24">
                  <w:rPr>
                    <w:rStyle w:val="Hyperlink"/>
                    <w:rFonts w:ascii="Aptos" w:hAnsi="Aptos"/>
                    <w:noProof/>
                  </w:rPr>
                  <w:t>List of References</w:t>
                </w:r>
                <w:r>
                  <w:rPr>
                    <w:noProof/>
                    <w:webHidden/>
                  </w:rPr>
                  <w:tab/>
                </w:r>
                <w:r>
                  <w:rPr>
                    <w:noProof/>
                    <w:webHidden/>
                  </w:rPr>
                  <w:fldChar w:fldCharType="begin"/>
                </w:r>
                <w:r>
                  <w:rPr>
                    <w:noProof/>
                    <w:webHidden/>
                  </w:rPr>
                  <w:instrText xml:space="preserve"> PAGEREF _Toc200617366 \h </w:instrText>
                </w:r>
                <w:r>
                  <w:rPr>
                    <w:noProof/>
                    <w:webHidden/>
                  </w:rPr>
                </w:r>
                <w:r>
                  <w:rPr>
                    <w:noProof/>
                    <w:webHidden/>
                  </w:rPr>
                  <w:fldChar w:fldCharType="separate"/>
                </w:r>
                <w:r>
                  <w:rPr>
                    <w:noProof/>
                    <w:webHidden/>
                  </w:rPr>
                  <w:t>14</w:t>
                </w:r>
                <w:r>
                  <w:rPr>
                    <w:noProof/>
                    <w:webHidden/>
                  </w:rPr>
                  <w:fldChar w:fldCharType="end"/>
                </w:r>
              </w:hyperlink>
            </w:p>
            <w:p w14:paraId="564CAD0A" w14:textId="56974F8B" w:rsidR="00DE3E44" w:rsidRPr="00DE3E44" w:rsidRDefault="00CF7C7D" w:rsidP="00DE3E44">
              <w:pPr>
                <w:sectPr w:rsidR="00DE3E44" w:rsidRPr="00DE3E44" w:rsidSect="00A22FC6">
                  <w:footerReference w:type="default" r:id="rId10"/>
                  <w:pgSz w:w="12240" w:h="15840"/>
                  <w:pgMar w:top="1418" w:right="1418" w:bottom="1418" w:left="1418" w:header="720" w:footer="720" w:gutter="0"/>
                  <w:pgNumType w:start="1"/>
                  <w:cols w:space="720"/>
                  <w:docGrid w:linePitch="360"/>
                </w:sectPr>
              </w:pPr>
              <w:r>
                <w:rPr>
                  <w:b/>
                  <w:bCs/>
                  <w:noProof/>
                </w:rPr>
                <w:fldChar w:fldCharType="end"/>
              </w:r>
            </w:p>
          </w:sdtContent>
        </w:sdt>
        <w:p w14:paraId="65A17081" w14:textId="2BD4597B" w:rsidR="00BC727E" w:rsidRPr="00BC727E" w:rsidRDefault="00BB11B0" w:rsidP="00CF7C7D">
          <w:pPr>
            <w:rPr>
              <w:rFonts w:asciiTheme="majorHAnsi" w:eastAsiaTheme="majorEastAsia" w:hAnsiTheme="majorHAnsi" w:cstheme="majorBidi"/>
              <w:b/>
              <w:bCs/>
              <w:color w:val="365F91" w:themeColor="accent1" w:themeShade="BF"/>
              <w:sz w:val="28"/>
              <w:szCs w:val="28"/>
              <w:lang w:bidi="ar-JO"/>
            </w:rPr>
          </w:pPr>
        </w:p>
      </w:sdtContent>
    </w:sdt>
    <w:p w14:paraId="21A40451" w14:textId="06D625AB" w:rsidR="00D83DD8" w:rsidRPr="0042172C" w:rsidRDefault="00D83DD8" w:rsidP="00CF7C7D">
      <w:pPr>
        <w:pStyle w:val="Heading1"/>
        <w:numPr>
          <w:ilvl w:val="0"/>
          <w:numId w:val="26"/>
        </w:numPr>
        <w:spacing w:after="240"/>
        <w:rPr>
          <w:rFonts w:ascii="Aptos" w:hAnsi="Aptos"/>
          <w:sz w:val="24"/>
          <w:szCs w:val="24"/>
        </w:rPr>
      </w:pPr>
      <w:bookmarkStart w:id="7" w:name="_Toc200617352"/>
      <w:r w:rsidRPr="0042172C">
        <w:rPr>
          <w:rFonts w:ascii="Aptos" w:hAnsi="Aptos"/>
          <w:sz w:val="24"/>
          <w:szCs w:val="24"/>
        </w:rPr>
        <w:t>Abstract</w:t>
      </w:r>
      <w:bookmarkEnd w:id="7"/>
    </w:p>
    <w:p w14:paraId="6CC2C4BF" w14:textId="17D91272" w:rsidR="00CD43C2" w:rsidRDefault="00553858" w:rsidP="00CF7C7D">
      <w:pPr>
        <w:spacing w:line="360" w:lineRule="auto"/>
        <w:ind w:firstLine="720"/>
        <w:rPr>
          <w:rFonts w:ascii="Aptos" w:hAnsi="Aptos"/>
          <w:sz w:val="24"/>
          <w:szCs w:val="24"/>
          <w:rtl/>
        </w:rPr>
      </w:pPr>
      <w:r w:rsidRPr="00CD43C2">
        <w:rPr>
          <w:rFonts w:ascii="Aptos" w:hAnsi="Aptos"/>
          <w:sz w:val="24"/>
          <w:szCs w:val="24"/>
        </w:rPr>
        <w:t xml:space="preserve">Water faces numerous threats, and water leakage has driven us to search for innovative solutions. Statistics in our town of Anabta indicate a 40% loss of water due to a leak (Anabta Municipality - 2021), where a leak went undetected for 20 years, leading to street collapse. In the West Bank, Anata recorded the highest percentage of non-revenue water at 62%, followed by Jenin, </w:t>
      </w:r>
      <w:proofErr w:type="spellStart"/>
      <w:r w:rsidRPr="00CD43C2">
        <w:rPr>
          <w:rFonts w:ascii="Aptos" w:hAnsi="Aptos"/>
          <w:sz w:val="24"/>
          <w:szCs w:val="24"/>
        </w:rPr>
        <w:t>Bal’a</w:t>
      </w:r>
      <w:proofErr w:type="spellEnd"/>
      <w:r w:rsidRPr="00CD43C2">
        <w:rPr>
          <w:rFonts w:ascii="Aptos" w:hAnsi="Aptos"/>
          <w:sz w:val="24"/>
          <w:szCs w:val="24"/>
        </w:rPr>
        <w:t xml:space="preserve">, and East </w:t>
      </w:r>
      <w:proofErr w:type="spellStart"/>
      <w:r w:rsidRPr="00CD43C2">
        <w:rPr>
          <w:rFonts w:ascii="Aptos" w:hAnsi="Aptos"/>
          <w:sz w:val="24"/>
          <w:szCs w:val="24"/>
        </w:rPr>
        <w:t>Sawahra</w:t>
      </w:r>
      <w:proofErr w:type="spellEnd"/>
      <w:r w:rsidRPr="00CD43C2">
        <w:rPr>
          <w:rFonts w:ascii="Aptos" w:hAnsi="Aptos"/>
          <w:sz w:val="24"/>
          <w:szCs w:val="24"/>
        </w:rPr>
        <w:t xml:space="preserve"> at 51%, 54%, and 55%, respectively. The reasons behind these figures vary: in Anata, illegal connections are the primary cause, while in Jenin, network losses and leaks are the main contributors. In Gaza, the highest loss rate was recorded in Al-</w:t>
      </w:r>
      <w:proofErr w:type="spellStart"/>
      <w:r w:rsidRPr="00CD43C2">
        <w:rPr>
          <w:rFonts w:ascii="Aptos" w:hAnsi="Aptos"/>
          <w:sz w:val="24"/>
          <w:szCs w:val="24"/>
        </w:rPr>
        <w:t>Maghraqa</w:t>
      </w:r>
      <w:proofErr w:type="spellEnd"/>
      <w:r w:rsidRPr="00CD43C2">
        <w:rPr>
          <w:rFonts w:ascii="Aptos" w:hAnsi="Aptos"/>
          <w:sz w:val="24"/>
          <w:szCs w:val="24"/>
        </w:rPr>
        <w:t xml:space="preserve"> at 58%, followed by Deir Al-Balah, Beit Lahia, and Beit Hanoun at 56%, 55%, and 54%, respectively (WSRC, 2020). Globally, Bangalore loses 360 million liters daily due to leaks, and Tokyo faces leakage issues that affect drinking water levels and lead to waste.</w:t>
      </w:r>
      <w:r w:rsidRPr="00CD43C2">
        <w:rPr>
          <w:rFonts w:ascii="Aptos" w:hAnsi="Aptos"/>
          <w:sz w:val="24"/>
          <w:szCs w:val="24"/>
        </w:rPr>
        <w:br/>
      </w:r>
      <w:r w:rsidRPr="00CD43C2">
        <w:rPr>
          <w:rFonts w:ascii="Aptos" w:hAnsi="Aptos"/>
          <w:sz w:val="24"/>
          <w:szCs w:val="24"/>
        </w:rPr>
        <w:br/>
      </w:r>
      <w:r w:rsidR="00771079">
        <w:rPr>
          <w:rFonts w:ascii="Aptos" w:hAnsi="Aptos"/>
          <w:sz w:val="24"/>
          <w:szCs w:val="24"/>
        </w:rPr>
        <w:t xml:space="preserve">      </w:t>
      </w:r>
      <w:r w:rsidRPr="00CD43C2">
        <w:rPr>
          <w:rFonts w:ascii="Aptos" w:hAnsi="Aptos"/>
          <w:sz w:val="24"/>
          <w:szCs w:val="24"/>
        </w:rPr>
        <w:t>Our robot</w:t>
      </w:r>
      <w:r w:rsidR="0002199F">
        <w:rPr>
          <w:rFonts w:ascii="Aptos" w:hAnsi="Aptos"/>
          <w:sz w:val="24"/>
          <w:szCs w:val="24"/>
        </w:rPr>
        <w:t>, EDM</w:t>
      </w:r>
      <w:r w:rsidRPr="00CD43C2">
        <w:rPr>
          <w:rFonts w:ascii="Aptos" w:hAnsi="Aptos"/>
          <w:sz w:val="24"/>
          <w:szCs w:val="24"/>
        </w:rPr>
        <w:t xml:space="preserve">, is a system consisting of sensors controlled by an Arduino </w:t>
      </w:r>
      <w:proofErr w:type="spellStart"/>
      <w:r w:rsidRPr="00CD43C2">
        <w:rPr>
          <w:rFonts w:ascii="Aptos" w:hAnsi="Aptos"/>
          <w:sz w:val="24"/>
          <w:szCs w:val="24"/>
        </w:rPr>
        <w:t>WeMos</w:t>
      </w:r>
      <w:proofErr w:type="spellEnd"/>
      <w:r w:rsidRPr="00CD43C2">
        <w:rPr>
          <w:rFonts w:ascii="Aptos" w:hAnsi="Aptos"/>
          <w:sz w:val="24"/>
          <w:szCs w:val="24"/>
        </w:rPr>
        <w:t xml:space="preserve"> D1, distributed at specific points along underground water pipelines. A mobile robot controlled by a Raspberry Pi 4 Model B moves along a path to detect harmful plant roots using a Raspberry Pi Camera Module, then removes them using a </w:t>
      </w:r>
      <w:proofErr w:type="spellStart"/>
      <w:r w:rsidRPr="00CD43C2">
        <w:rPr>
          <w:rFonts w:ascii="Aptos" w:hAnsi="Aptos"/>
          <w:sz w:val="24"/>
          <w:szCs w:val="24"/>
        </w:rPr>
        <w:t>TowerPro</w:t>
      </w:r>
      <w:proofErr w:type="spellEnd"/>
      <w:r w:rsidRPr="00CD43C2">
        <w:rPr>
          <w:rFonts w:ascii="Aptos" w:hAnsi="Aptos"/>
          <w:sz w:val="24"/>
          <w:szCs w:val="24"/>
        </w:rPr>
        <w:t xml:space="preserve"> MG946R Servo. Both the Raspberry Pi and Arduino are connected to the same network. The Arduino sends data via the Raspberry Pi’s IPv4 address to the relevant authorities. If a leak is detected, the pump (the water source) is automatically shut off to prevent further water loss.</w:t>
      </w:r>
    </w:p>
    <w:p w14:paraId="3FCAC8EF" w14:textId="0622A9E8" w:rsidR="00EB5852" w:rsidRPr="00CF7C7D" w:rsidRDefault="00553858" w:rsidP="00CF7C7D">
      <w:pPr>
        <w:spacing w:line="360" w:lineRule="auto"/>
        <w:ind w:firstLine="360"/>
        <w:rPr>
          <w:rFonts w:ascii="Aptos" w:hAnsi="Aptos"/>
          <w:sz w:val="24"/>
          <w:szCs w:val="24"/>
        </w:rPr>
      </w:pPr>
      <w:r w:rsidRPr="004606E3">
        <w:rPr>
          <w:rFonts w:ascii="Aptos" w:hAnsi="Aptos"/>
          <w:sz w:val="24"/>
          <w:szCs w:val="24"/>
        </w:rPr>
        <w:t xml:space="preserve">Through this project, </w:t>
      </w:r>
      <w:r w:rsidR="00214347">
        <w:rPr>
          <w:rFonts w:ascii="Aptos" w:hAnsi="Aptos"/>
          <w:sz w:val="24"/>
          <w:szCs w:val="24"/>
        </w:rPr>
        <w:t>w</w:t>
      </w:r>
      <w:r w:rsidR="00214347" w:rsidRPr="00214347">
        <w:rPr>
          <w:rFonts w:ascii="Aptos" w:hAnsi="Aptos"/>
          <w:sz w:val="24"/>
          <w:szCs w:val="24"/>
        </w:rPr>
        <w:t xml:space="preserve">e </w:t>
      </w:r>
      <w:r w:rsidR="00CF7C7D">
        <w:rPr>
          <w:rFonts w:ascii="Aptos" w:hAnsi="Aptos"/>
          <w:sz w:val="24"/>
          <w:szCs w:val="24"/>
        </w:rPr>
        <w:t>contribute to the localization of</w:t>
      </w:r>
      <w:r w:rsidR="00214347" w:rsidRPr="00214347">
        <w:rPr>
          <w:rFonts w:ascii="Aptos" w:hAnsi="Aptos"/>
          <w:sz w:val="24"/>
          <w:szCs w:val="24"/>
        </w:rPr>
        <w:t xml:space="preserve"> </w:t>
      </w:r>
      <w:r w:rsidR="00214347">
        <w:rPr>
          <w:rFonts w:ascii="Aptos" w:hAnsi="Aptos"/>
          <w:sz w:val="24"/>
          <w:szCs w:val="24"/>
        </w:rPr>
        <w:t>S</w:t>
      </w:r>
      <w:r w:rsidR="00214347" w:rsidRPr="00214347">
        <w:rPr>
          <w:rFonts w:ascii="Aptos" w:hAnsi="Aptos"/>
          <w:sz w:val="24"/>
          <w:szCs w:val="24"/>
        </w:rPr>
        <w:t xml:space="preserve">ustainable </w:t>
      </w:r>
      <w:r w:rsidR="00214347">
        <w:rPr>
          <w:rFonts w:ascii="Aptos" w:hAnsi="Aptos"/>
          <w:sz w:val="24"/>
          <w:szCs w:val="24"/>
        </w:rPr>
        <w:t>D</w:t>
      </w:r>
      <w:r w:rsidR="00214347" w:rsidRPr="00214347">
        <w:rPr>
          <w:rFonts w:ascii="Aptos" w:hAnsi="Aptos"/>
          <w:sz w:val="24"/>
          <w:szCs w:val="24"/>
        </w:rPr>
        <w:t xml:space="preserve">evelopment </w:t>
      </w:r>
      <w:r w:rsidR="00214347">
        <w:rPr>
          <w:rFonts w:ascii="Aptos" w:hAnsi="Aptos"/>
          <w:sz w:val="24"/>
          <w:szCs w:val="24"/>
        </w:rPr>
        <w:t>G</w:t>
      </w:r>
      <w:r w:rsidR="00214347" w:rsidRPr="00214347">
        <w:rPr>
          <w:rFonts w:ascii="Aptos" w:hAnsi="Aptos"/>
          <w:sz w:val="24"/>
          <w:szCs w:val="24"/>
        </w:rPr>
        <w:t>oals</w:t>
      </w:r>
      <w:r w:rsidR="00CF7C7D">
        <w:rPr>
          <w:rFonts w:ascii="Aptos" w:hAnsi="Aptos"/>
          <w:sz w:val="24"/>
          <w:szCs w:val="24"/>
        </w:rPr>
        <w:t xml:space="preserve"> in Palestine, mainly </w:t>
      </w:r>
      <w:r w:rsidR="00CF7C7D" w:rsidRPr="00CF7C7D">
        <w:rPr>
          <w:rFonts w:ascii="Aptos" w:hAnsi="Aptos"/>
          <w:i/>
          <w:iCs/>
          <w:sz w:val="24"/>
          <w:szCs w:val="24"/>
        </w:rPr>
        <w:t xml:space="preserve">SDG </w:t>
      </w:r>
      <w:r w:rsidR="00EB5852" w:rsidRPr="00CF7C7D">
        <w:rPr>
          <w:rFonts w:ascii="Aptos" w:hAnsi="Aptos"/>
          <w:i/>
          <w:iCs/>
          <w:sz w:val="24"/>
          <w:szCs w:val="24"/>
        </w:rPr>
        <w:t>(6) Clean Water and Sanitation</w:t>
      </w:r>
      <w:r w:rsidR="00CF7C7D">
        <w:rPr>
          <w:rFonts w:ascii="Aptos" w:hAnsi="Aptos"/>
          <w:sz w:val="24"/>
          <w:szCs w:val="24"/>
        </w:rPr>
        <w:t xml:space="preserve"> and </w:t>
      </w:r>
      <w:r w:rsidR="00CF7C7D" w:rsidRPr="00CF7C7D">
        <w:rPr>
          <w:rFonts w:ascii="Aptos" w:hAnsi="Aptos"/>
          <w:i/>
          <w:iCs/>
          <w:sz w:val="24"/>
          <w:szCs w:val="24"/>
        </w:rPr>
        <w:t xml:space="preserve">SDG </w:t>
      </w:r>
      <w:r w:rsidR="00EB5852" w:rsidRPr="00CF7C7D">
        <w:rPr>
          <w:rFonts w:ascii="Aptos" w:hAnsi="Aptos"/>
          <w:i/>
          <w:iCs/>
          <w:sz w:val="24"/>
          <w:szCs w:val="24"/>
        </w:rPr>
        <w:t>(11) Sustainable Cities and Communities</w:t>
      </w:r>
      <w:r w:rsidR="00EB5852" w:rsidRPr="00CF7C7D">
        <w:rPr>
          <w:rFonts w:ascii="Aptos" w:hAnsi="Aptos"/>
          <w:i/>
          <w:iCs/>
          <w:sz w:val="24"/>
          <w:szCs w:val="24"/>
          <w:rtl/>
        </w:rPr>
        <w:t>.</w:t>
      </w:r>
    </w:p>
    <w:p w14:paraId="3315E6C2" w14:textId="765ED3A0" w:rsidR="005437F8" w:rsidRPr="0042172C" w:rsidRDefault="00D83DD8" w:rsidP="00CF7C7D">
      <w:pPr>
        <w:pStyle w:val="Heading1"/>
        <w:numPr>
          <w:ilvl w:val="0"/>
          <w:numId w:val="26"/>
        </w:numPr>
        <w:spacing w:after="240"/>
        <w:rPr>
          <w:rFonts w:ascii="Aptos" w:hAnsi="Aptos"/>
          <w:sz w:val="24"/>
          <w:szCs w:val="24"/>
          <w:lang w:bidi="ar-KW"/>
        </w:rPr>
      </w:pPr>
      <w:bookmarkStart w:id="8" w:name="_Toc200617353"/>
      <w:r w:rsidRPr="0042172C">
        <w:rPr>
          <w:rFonts w:ascii="Aptos" w:hAnsi="Aptos"/>
          <w:sz w:val="24"/>
          <w:szCs w:val="24"/>
        </w:rPr>
        <w:lastRenderedPageBreak/>
        <w:t>Problem</w:t>
      </w:r>
      <w:bookmarkEnd w:id="8"/>
    </w:p>
    <w:p w14:paraId="05605349" w14:textId="77777777" w:rsidR="005437F8" w:rsidRPr="005437F8" w:rsidRDefault="005437F8" w:rsidP="00CF7C7D">
      <w:pPr>
        <w:ind w:firstLine="720"/>
        <w:rPr>
          <w:rFonts w:ascii="Aptos" w:hAnsi="Aptos"/>
          <w:sz w:val="24"/>
          <w:szCs w:val="24"/>
        </w:rPr>
      </w:pPr>
      <w:r w:rsidRPr="005437F8">
        <w:rPr>
          <w:rFonts w:ascii="Aptos" w:hAnsi="Aptos"/>
          <w:sz w:val="24"/>
          <w:szCs w:val="24"/>
        </w:rPr>
        <w:t>Water is a vital natural resource that faces significant challenges due to increasing demand driven by population growth, urban expansion, and climate change. Effective water management is crucial to reducing losses and ensuring resource sustainability.</w:t>
      </w:r>
    </w:p>
    <w:p w14:paraId="5B67C407" w14:textId="77777777" w:rsidR="005437F8" w:rsidRPr="005437F8" w:rsidRDefault="005437F8" w:rsidP="00CF7C7D">
      <w:pPr>
        <w:ind w:firstLine="720"/>
        <w:rPr>
          <w:rFonts w:ascii="Aptos" w:hAnsi="Aptos"/>
          <w:sz w:val="24"/>
          <w:szCs w:val="24"/>
        </w:rPr>
      </w:pPr>
      <w:r w:rsidRPr="005437F8">
        <w:rPr>
          <w:rFonts w:ascii="Aptos" w:hAnsi="Aptos"/>
          <w:sz w:val="24"/>
          <w:szCs w:val="24"/>
        </w:rPr>
        <w:t>Locally, reports from the World Bank and the Palestinian Central Bureau of Statistics indicate that water distribution networks in the West Bank suffer from losses ranging between 30% and 35% of the total distributed water. In the Gaza Strip, the loss rate reaches approximately 40% to 45%, mainly due to deteriorating infrastructure and escalating economic and political pressures. Unfortunately, most of these leaks occur within the distribution networks, leading to substantial water losses before reaching consumers.</w:t>
      </w:r>
    </w:p>
    <w:p w14:paraId="36D81656" w14:textId="77777777" w:rsidR="005437F8" w:rsidRPr="005437F8" w:rsidRDefault="005437F8" w:rsidP="00CF7C7D">
      <w:pPr>
        <w:ind w:firstLine="720"/>
        <w:rPr>
          <w:rFonts w:ascii="Aptos" w:hAnsi="Aptos"/>
          <w:sz w:val="24"/>
          <w:szCs w:val="24"/>
        </w:rPr>
      </w:pPr>
      <w:r w:rsidRPr="005437F8">
        <w:rPr>
          <w:rFonts w:ascii="Aptos" w:hAnsi="Aptos"/>
          <w:sz w:val="24"/>
          <w:szCs w:val="24"/>
        </w:rPr>
        <w:t>This issue is not limited to Palestine but is a global challenge faced by many countries. For example, in Iran, around 8.4 billion cubic meters of clean drinking water were supplied in 2020, but approximately 2.3 billion cubic meters were lost. About 60% of these losses were due to leaks in transmission lines, reservoirs, valves, and pipelines (Iran Water and Wastewater Company, 2023).</w:t>
      </w:r>
    </w:p>
    <w:p w14:paraId="1ADDBA42" w14:textId="77777777" w:rsidR="005437F8" w:rsidRPr="005437F8" w:rsidRDefault="005437F8" w:rsidP="00CF7C7D">
      <w:pPr>
        <w:ind w:firstLine="720"/>
        <w:rPr>
          <w:rFonts w:ascii="Aptos" w:hAnsi="Aptos"/>
          <w:sz w:val="24"/>
          <w:szCs w:val="24"/>
        </w:rPr>
      </w:pPr>
      <w:r w:rsidRPr="005437F8">
        <w:rPr>
          <w:rFonts w:ascii="Aptos" w:hAnsi="Aptos"/>
          <w:sz w:val="24"/>
          <w:szCs w:val="24"/>
        </w:rPr>
        <w:t>In Malaysia, studies show that non-revenue water (NRW) loss rates have ranged between 35% and 45% of total water supply over the past decade (See &amp; Ma, 2018). This is linked to technological decline, resulting in a 0.72% annual drop in the efficiency of converting resources into services.</w:t>
      </w:r>
    </w:p>
    <w:p w14:paraId="473F47B9" w14:textId="77777777" w:rsidR="005437F8" w:rsidRPr="005437F8" w:rsidRDefault="005437F8" w:rsidP="00CF7C7D">
      <w:pPr>
        <w:ind w:firstLine="720"/>
        <w:rPr>
          <w:rFonts w:ascii="Aptos" w:hAnsi="Aptos"/>
          <w:sz w:val="24"/>
          <w:szCs w:val="24"/>
        </w:rPr>
      </w:pPr>
      <w:r w:rsidRPr="005437F8">
        <w:rPr>
          <w:rFonts w:ascii="Aptos" w:hAnsi="Aptos"/>
          <w:sz w:val="24"/>
          <w:szCs w:val="24"/>
        </w:rPr>
        <w:t>In the United States, specifically in California, a study revealed a negative correlation between network length, connection density, and net revenue per cubic meter of water sold, and the amount of non-revenue water. It also confirmed a positive correlation between the number of leaks and the volume of lost water (Güngör-Demirci et al., 2018).</w:t>
      </w:r>
    </w:p>
    <w:p w14:paraId="3D06675A" w14:textId="37F745EE" w:rsidR="00B53131" w:rsidRDefault="005437F8" w:rsidP="00CF7C7D">
      <w:pPr>
        <w:ind w:firstLine="720"/>
        <w:rPr>
          <w:rFonts w:ascii="Aptos" w:hAnsi="Aptos"/>
          <w:sz w:val="24"/>
          <w:szCs w:val="24"/>
          <w:rtl/>
        </w:rPr>
      </w:pPr>
      <w:r w:rsidRPr="005437F8">
        <w:rPr>
          <w:rFonts w:ascii="Aptos" w:hAnsi="Aptos"/>
          <w:sz w:val="24"/>
          <w:szCs w:val="24"/>
        </w:rPr>
        <w:t>Based on these findings, this experiment aims to demonstrate the efficiency of using robots in detecting water leaks and minimizing the resulting waste. Through precise monitoring, these advanced technologies can contribute to improving water management efficiency, reducing losses, and mitigating the economic and environmental impacts of water leakage—both locally and globally.</w:t>
      </w:r>
    </w:p>
    <w:p w14:paraId="2B0A29C4" w14:textId="2797D7B1" w:rsidR="00B53131" w:rsidRPr="0042172C" w:rsidRDefault="00B53131" w:rsidP="00CF7C7D">
      <w:pPr>
        <w:pStyle w:val="Heading1"/>
        <w:numPr>
          <w:ilvl w:val="0"/>
          <w:numId w:val="26"/>
        </w:numPr>
        <w:spacing w:after="240"/>
        <w:rPr>
          <w:rFonts w:ascii="Aptos" w:hAnsi="Aptos"/>
          <w:sz w:val="24"/>
          <w:szCs w:val="24"/>
          <w:rtl/>
          <w:lang w:bidi="ar-JO"/>
        </w:rPr>
      </w:pPr>
      <w:bookmarkStart w:id="9" w:name="_Toc200617354"/>
      <w:r w:rsidRPr="0042172C">
        <w:rPr>
          <w:rFonts w:ascii="Aptos" w:hAnsi="Aptos"/>
          <w:sz w:val="24"/>
          <w:szCs w:val="24"/>
        </w:rPr>
        <w:lastRenderedPageBreak/>
        <w:t>Objectives</w:t>
      </w:r>
      <w:bookmarkEnd w:id="9"/>
      <w:r w:rsidRPr="0042172C">
        <w:rPr>
          <w:rFonts w:ascii="Aptos" w:hAnsi="Aptos"/>
          <w:sz w:val="24"/>
          <w:szCs w:val="24"/>
        </w:rPr>
        <w:t xml:space="preserve"> </w:t>
      </w:r>
    </w:p>
    <w:p w14:paraId="4449BE18" w14:textId="627D2B1D" w:rsidR="00B53131" w:rsidRPr="00B53131" w:rsidRDefault="00B53131" w:rsidP="00CF7C7D">
      <w:pPr>
        <w:pStyle w:val="ListParagraph"/>
        <w:numPr>
          <w:ilvl w:val="0"/>
          <w:numId w:val="22"/>
        </w:numPr>
        <w:spacing w:line="360" w:lineRule="auto"/>
        <w:rPr>
          <w:rFonts w:ascii="Aptos" w:hAnsi="Aptos"/>
          <w:sz w:val="24"/>
          <w:szCs w:val="24"/>
        </w:rPr>
      </w:pPr>
      <w:r w:rsidRPr="00B53131">
        <w:rPr>
          <w:rFonts w:ascii="Aptos" w:hAnsi="Aptos"/>
          <w:sz w:val="24"/>
          <w:szCs w:val="24"/>
        </w:rPr>
        <w:t xml:space="preserve">Accurately identify leakage locations using sensors connected to the </w:t>
      </w:r>
      <w:r w:rsidR="00CF7C7D" w:rsidRPr="00B53131">
        <w:rPr>
          <w:rFonts w:ascii="Aptos" w:hAnsi="Aptos"/>
          <w:sz w:val="24"/>
          <w:szCs w:val="24"/>
        </w:rPr>
        <w:t>robot and</w:t>
      </w:r>
      <w:r w:rsidRPr="00B53131">
        <w:rPr>
          <w:rFonts w:ascii="Aptos" w:hAnsi="Aptos"/>
          <w:sz w:val="24"/>
          <w:szCs w:val="24"/>
        </w:rPr>
        <w:t xml:space="preserve"> reduce water loss by detecting leaks immediately upon occurrence, accelerating the detection process compared to traditional methods.</w:t>
      </w:r>
    </w:p>
    <w:p w14:paraId="59603840" w14:textId="02782D8F" w:rsidR="00B53131" w:rsidRPr="00B53131" w:rsidRDefault="00B53131" w:rsidP="00CF7C7D">
      <w:pPr>
        <w:pStyle w:val="ListParagraph"/>
        <w:numPr>
          <w:ilvl w:val="0"/>
          <w:numId w:val="22"/>
        </w:numPr>
        <w:spacing w:line="360" w:lineRule="auto"/>
        <w:rPr>
          <w:rFonts w:ascii="Aptos" w:hAnsi="Aptos"/>
          <w:sz w:val="24"/>
          <w:szCs w:val="24"/>
        </w:rPr>
      </w:pPr>
      <w:r w:rsidRPr="00B53131">
        <w:rPr>
          <w:rFonts w:ascii="Aptos" w:hAnsi="Aptos"/>
          <w:sz w:val="24"/>
          <w:szCs w:val="24"/>
        </w:rPr>
        <w:t>Provide accurate data to support maintenance decision-making, reduce repair and maintenance costs in the long term by preventing water leaks from worsening.</w:t>
      </w:r>
    </w:p>
    <w:p w14:paraId="31E50078" w14:textId="6D81EDCD" w:rsidR="00D83DD8" w:rsidRPr="0042172C" w:rsidRDefault="00D83DD8" w:rsidP="00CF7C7D">
      <w:pPr>
        <w:pStyle w:val="Heading1"/>
        <w:numPr>
          <w:ilvl w:val="0"/>
          <w:numId w:val="26"/>
        </w:numPr>
        <w:spacing w:after="240"/>
        <w:rPr>
          <w:rFonts w:ascii="Aptos" w:hAnsi="Aptos"/>
          <w:sz w:val="24"/>
          <w:szCs w:val="24"/>
        </w:rPr>
      </w:pPr>
      <w:bookmarkStart w:id="10" w:name="_Toc200617355"/>
      <w:r w:rsidRPr="0042172C">
        <w:rPr>
          <w:rFonts w:ascii="Aptos" w:hAnsi="Aptos"/>
          <w:sz w:val="24"/>
          <w:szCs w:val="24"/>
        </w:rPr>
        <w:t>Scientific Background</w:t>
      </w:r>
      <w:bookmarkEnd w:id="10"/>
    </w:p>
    <w:p w14:paraId="394FD416" w14:textId="77777777" w:rsidR="00D83DD8" w:rsidRPr="00CD43C2" w:rsidRDefault="00D83DD8" w:rsidP="00CF7C7D">
      <w:pPr>
        <w:spacing w:line="360" w:lineRule="auto"/>
        <w:ind w:firstLine="720"/>
        <w:rPr>
          <w:rFonts w:ascii="Aptos" w:hAnsi="Aptos"/>
          <w:sz w:val="24"/>
          <w:szCs w:val="24"/>
        </w:rPr>
      </w:pPr>
      <w:r w:rsidRPr="00CD43C2">
        <w:rPr>
          <w:rFonts w:ascii="Aptos" w:hAnsi="Aptos"/>
          <w:sz w:val="24"/>
          <w:szCs w:val="24"/>
        </w:rPr>
        <w:t>The reviewed sources address a highly significant topic: the management of water leakage in distribution networks—a challenge faced by many cities and countries around the world. These sources include experimental studies, theoretical analyses, evaluations of leak detection techniques, and research recommendations.</w:t>
      </w:r>
    </w:p>
    <w:p w14:paraId="46881753" w14:textId="77777777" w:rsidR="00D83DD8" w:rsidRPr="00CD43C2" w:rsidRDefault="00D83DD8" w:rsidP="00CF7C7D">
      <w:pPr>
        <w:spacing w:line="360" w:lineRule="auto"/>
        <w:ind w:firstLine="720"/>
        <w:rPr>
          <w:rFonts w:ascii="Aptos" w:hAnsi="Aptos"/>
          <w:sz w:val="24"/>
          <w:szCs w:val="24"/>
        </w:rPr>
      </w:pPr>
      <w:r w:rsidRPr="00CD43C2">
        <w:rPr>
          <w:rFonts w:ascii="Aptos" w:hAnsi="Aptos"/>
          <w:sz w:val="24"/>
          <w:szCs w:val="24"/>
        </w:rPr>
        <w:t xml:space="preserve">The study titled “An Innovative Hybrid Technique for Water Pipeline Monitoring and Leakage Detection Using IoT” by Bolu Kehinde &amp; Sola </w:t>
      </w:r>
      <w:proofErr w:type="spellStart"/>
      <w:r w:rsidRPr="00CD43C2">
        <w:rPr>
          <w:rFonts w:ascii="Aptos" w:hAnsi="Aptos"/>
          <w:sz w:val="24"/>
          <w:szCs w:val="24"/>
        </w:rPr>
        <w:t>Glroy</w:t>
      </w:r>
      <w:proofErr w:type="spellEnd"/>
      <w:r w:rsidRPr="00CD43C2">
        <w:rPr>
          <w:rFonts w:ascii="Aptos" w:hAnsi="Aptos"/>
          <w:sz w:val="24"/>
          <w:szCs w:val="24"/>
        </w:rPr>
        <w:t xml:space="preserve"> (2025) discusses the issue of water leakage in pipeline networks, which leads to water waste and increased operational costs. Traditional leak detection methods are considered ineffective, as they rely on manual inspection and routine maintenance, which delays the detection of faults.</w:t>
      </w:r>
    </w:p>
    <w:p w14:paraId="6DF3A1FE" w14:textId="77777777" w:rsidR="00D83DD8" w:rsidRPr="00CD43C2" w:rsidRDefault="00D83DD8" w:rsidP="00CF7C7D">
      <w:pPr>
        <w:spacing w:line="360" w:lineRule="auto"/>
        <w:ind w:firstLine="360"/>
        <w:rPr>
          <w:rFonts w:ascii="Aptos" w:hAnsi="Aptos"/>
          <w:sz w:val="24"/>
          <w:szCs w:val="24"/>
        </w:rPr>
      </w:pPr>
      <w:r w:rsidRPr="00CD43C2">
        <w:rPr>
          <w:rFonts w:ascii="Aptos" w:hAnsi="Aptos"/>
          <w:sz w:val="24"/>
          <w:szCs w:val="24"/>
        </w:rPr>
        <w:t xml:space="preserve">The research proposes a hybrid technique based on IoT sensors, which we applied in our project using the controllers Arduino </w:t>
      </w:r>
      <w:proofErr w:type="spellStart"/>
      <w:r w:rsidRPr="00CD43C2">
        <w:rPr>
          <w:rFonts w:ascii="Aptos" w:hAnsi="Aptos"/>
          <w:sz w:val="24"/>
          <w:szCs w:val="24"/>
        </w:rPr>
        <w:t>WeMos</w:t>
      </w:r>
      <w:proofErr w:type="spellEnd"/>
      <w:r w:rsidRPr="00CD43C2">
        <w:rPr>
          <w:rFonts w:ascii="Aptos" w:hAnsi="Aptos"/>
          <w:sz w:val="24"/>
          <w:szCs w:val="24"/>
        </w:rPr>
        <w:t xml:space="preserve"> D1 and Raspberry Pi 4 Model B, along with supporting sensors to detect water leaks early. However, our implementation differs from other experiments and studies in that we integrated a vibration sensor with machine learning algorithms to analyze data—specifically the images captured by the Raspberry Pi camera. Based on these images, the robot decides whether to:</w:t>
      </w:r>
    </w:p>
    <w:p w14:paraId="369A7B1F" w14:textId="27526A01" w:rsidR="00D83DD8" w:rsidRPr="00CD43C2" w:rsidRDefault="00D83DD8" w:rsidP="00CF7C7D">
      <w:pPr>
        <w:pStyle w:val="ListParagraph"/>
        <w:numPr>
          <w:ilvl w:val="0"/>
          <w:numId w:val="28"/>
        </w:numPr>
        <w:spacing w:line="360" w:lineRule="auto"/>
        <w:rPr>
          <w:rFonts w:ascii="Aptos" w:hAnsi="Aptos"/>
          <w:sz w:val="24"/>
          <w:szCs w:val="24"/>
        </w:rPr>
      </w:pPr>
      <w:r w:rsidRPr="00CD43C2">
        <w:rPr>
          <w:rFonts w:ascii="Aptos" w:hAnsi="Aptos"/>
          <w:sz w:val="24"/>
          <w:szCs w:val="24"/>
        </w:rPr>
        <w:t>Remove small plants if roots are present,</w:t>
      </w:r>
    </w:p>
    <w:p w14:paraId="5F7212D3" w14:textId="6719C47A" w:rsidR="00D83DD8" w:rsidRPr="00CD43C2" w:rsidRDefault="00D83DD8" w:rsidP="00CF7C7D">
      <w:pPr>
        <w:pStyle w:val="ListParagraph"/>
        <w:numPr>
          <w:ilvl w:val="0"/>
          <w:numId w:val="28"/>
        </w:numPr>
        <w:spacing w:line="360" w:lineRule="auto"/>
        <w:rPr>
          <w:rFonts w:ascii="Aptos" w:hAnsi="Aptos"/>
          <w:sz w:val="24"/>
          <w:szCs w:val="24"/>
        </w:rPr>
      </w:pPr>
      <w:r w:rsidRPr="00CD43C2">
        <w:rPr>
          <w:rFonts w:ascii="Aptos" w:hAnsi="Aptos"/>
          <w:sz w:val="24"/>
          <w:szCs w:val="24"/>
        </w:rPr>
        <w:t>Continue moving forward if it detects a clear path or road,</w:t>
      </w:r>
    </w:p>
    <w:p w14:paraId="36491C31" w14:textId="6293588E" w:rsidR="00D83DD8" w:rsidRPr="00CD43C2" w:rsidRDefault="00D83DD8" w:rsidP="00CF7C7D">
      <w:pPr>
        <w:pStyle w:val="ListParagraph"/>
        <w:numPr>
          <w:ilvl w:val="0"/>
          <w:numId w:val="28"/>
        </w:numPr>
        <w:spacing w:line="360" w:lineRule="auto"/>
        <w:rPr>
          <w:rFonts w:ascii="Aptos" w:hAnsi="Aptos"/>
          <w:sz w:val="24"/>
          <w:szCs w:val="24"/>
        </w:rPr>
      </w:pPr>
      <w:r w:rsidRPr="00CD43C2">
        <w:rPr>
          <w:rFonts w:ascii="Aptos" w:hAnsi="Aptos"/>
          <w:sz w:val="24"/>
          <w:szCs w:val="24"/>
        </w:rPr>
        <w:t>Or stop completely when encountering a stop signal.</w:t>
      </w:r>
    </w:p>
    <w:p w14:paraId="2DCB6117" w14:textId="77777777" w:rsidR="00D83DD8" w:rsidRPr="00CD43C2" w:rsidRDefault="00D83DD8" w:rsidP="00CF7C7D">
      <w:pPr>
        <w:spacing w:line="360" w:lineRule="auto"/>
        <w:rPr>
          <w:rFonts w:ascii="Aptos" w:hAnsi="Aptos"/>
          <w:sz w:val="24"/>
          <w:szCs w:val="24"/>
        </w:rPr>
      </w:pPr>
      <w:r w:rsidRPr="00CD43C2">
        <w:rPr>
          <w:rFonts w:ascii="Aptos" w:hAnsi="Aptos"/>
          <w:sz w:val="24"/>
          <w:szCs w:val="24"/>
        </w:rPr>
        <w:t>This approach contributes to:</w:t>
      </w:r>
    </w:p>
    <w:p w14:paraId="6E58684C" w14:textId="49B9306D" w:rsidR="00D83DD8" w:rsidRPr="00CD43C2" w:rsidRDefault="00D83DD8" w:rsidP="00CF7C7D">
      <w:pPr>
        <w:pStyle w:val="ListParagraph"/>
        <w:numPr>
          <w:ilvl w:val="0"/>
          <w:numId w:val="27"/>
        </w:numPr>
        <w:spacing w:line="360" w:lineRule="auto"/>
        <w:rPr>
          <w:rFonts w:ascii="Aptos" w:hAnsi="Aptos"/>
          <w:sz w:val="24"/>
          <w:szCs w:val="24"/>
        </w:rPr>
      </w:pPr>
      <w:r w:rsidRPr="00CD43C2">
        <w:rPr>
          <w:rFonts w:ascii="Aptos" w:hAnsi="Aptos"/>
          <w:sz w:val="24"/>
          <w:szCs w:val="24"/>
        </w:rPr>
        <w:lastRenderedPageBreak/>
        <w:t>Improving leak detection accuracy,</w:t>
      </w:r>
    </w:p>
    <w:p w14:paraId="50A62D9C" w14:textId="6083B491" w:rsidR="00D83DD8" w:rsidRPr="00CD43C2" w:rsidRDefault="00D83DD8" w:rsidP="00CF7C7D">
      <w:pPr>
        <w:pStyle w:val="ListParagraph"/>
        <w:numPr>
          <w:ilvl w:val="0"/>
          <w:numId w:val="27"/>
        </w:numPr>
        <w:spacing w:line="360" w:lineRule="auto"/>
        <w:rPr>
          <w:rFonts w:ascii="Aptos" w:hAnsi="Aptos"/>
          <w:sz w:val="24"/>
          <w:szCs w:val="24"/>
        </w:rPr>
      </w:pPr>
      <w:r w:rsidRPr="00CD43C2">
        <w:rPr>
          <w:rFonts w:ascii="Aptos" w:hAnsi="Aptos"/>
          <w:sz w:val="24"/>
          <w:szCs w:val="24"/>
        </w:rPr>
        <w:t>Reducing response time to faults,</w:t>
      </w:r>
    </w:p>
    <w:p w14:paraId="12309935" w14:textId="21C463EC" w:rsidR="00D83DD8" w:rsidRPr="00CD43C2" w:rsidRDefault="00D83DD8" w:rsidP="00CF7C7D">
      <w:pPr>
        <w:pStyle w:val="ListParagraph"/>
        <w:numPr>
          <w:ilvl w:val="0"/>
          <w:numId w:val="27"/>
        </w:numPr>
        <w:spacing w:line="360" w:lineRule="auto"/>
        <w:rPr>
          <w:rFonts w:ascii="Aptos" w:hAnsi="Aptos"/>
          <w:sz w:val="24"/>
          <w:szCs w:val="24"/>
        </w:rPr>
      </w:pPr>
      <w:r w:rsidRPr="00CD43C2">
        <w:rPr>
          <w:rFonts w:ascii="Aptos" w:hAnsi="Aptos"/>
          <w:sz w:val="24"/>
          <w:szCs w:val="24"/>
        </w:rPr>
        <w:t xml:space="preserve">Minimizing water </w:t>
      </w:r>
      <w:r w:rsidR="00B53131">
        <w:rPr>
          <w:rFonts w:ascii="Aptos" w:hAnsi="Aptos"/>
          <w:sz w:val="24"/>
          <w:szCs w:val="24"/>
        </w:rPr>
        <w:t>demand</w:t>
      </w:r>
      <w:r w:rsidRPr="00CD43C2">
        <w:rPr>
          <w:rFonts w:ascii="Aptos" w:hAnsi="Aptos"/>
          <w:sz w:val="24"/>
          <w:szCs w:val="24"/>
        </w:rPr>
        <w:t xml:space="preserve"> and operational costs.</w:t>
      </w:r>
    </w:p>
    <w:p w14:paraId="0A89B02E" w14:textId="5C9D9E82" w:rsidR="00D76345" w:rsidRPr="001111EC" w:rsidRDefault="00D83DD8" w:rsidP="00CF7C7D">
      <w:pPr>
        <w:spacing w:line="360" w:lineRule="auto"/>
        <w:ind w:firstLine="360"/>
        <w:rPr>
          <w:rFonts w:ascii="Aptos" w:hAnsi="Aptos"/>
          <w:sz w:val="24"/>
          <w:szCs w:val="24"/>
        </w:rPr>
      </w:pPr>
      <w:r w:rsidRPr="00CD43C2">
        <w:rPr>
          <w:rFonts w:ascii="Aptos" w:hAnsi="Aptos"/>
          <w:sz w:val="24"/>
          <w:szCs w:val="24"/>
        </w:rPr>
        <w:t>Addressing issues such as the impact of plant roots on pipelines is a major challenge, especially in urban areas where aggressive roots grow near pipe networks and negatively affect infrastructure. These roots can penetrate pipes or exert abnormal pressure, causing cracks and leading to high water loss, increased maintenance costs, and more frequent service interruptions.</w:t>
      </w:r>
    </w:p>
    <w:p w14:paraId="57FF44A5" w14:textId="6B006E05" w:rsidR="00D83DD8" w:rsidRPr="00CD43C2" w:rsidRDefault="00D83DD8" w:rsidP="00CF7C7D">
      <w:pPr>
        <w:spacing w:line="360" w:lineRule="auto"/>
        <w:ind w:firstLine="360"/>
        <w:rPr>
          <w:rFonts w:ascii="Aptos" w:hAnsi="Aptos"/>
          <w:sz w:val="24"/>
          <w:szCs w:val="24"/>
        </w:rPr>
      </w:pPr>
      <w:r w:rsidRPr="00CD43C2">
        <w:rPr>
          <w:rFonts w:ascii="Aptos" w:hAnsi="Aptos"/>
          <w:sz w:val="24"/>
          <w:szCs w:val="24"/>
        </w:rPr>
        <w:t>Additionally, a study by Smith and Brown (2018) titled “The impact of herbaceous plant roots on underground water pipelines” discussed the phenomenon of root infiltration into pipes that have fine cracks. It showed that small roots have a high ability to penetrate these small openings, which negatively affects underground networks.</w:t>
      </w:r>
    </w:p>
    <w:p w14:paraId="76F9418F" w14:textId="77777777" w:rsidR="00D83DD8" w:rsidRPr="00CD43C2" w:rsidRDefault="00D83DD8" w:rsidP="00CF7C7D">
      <w:pPr>
        <w:spacing w:line="360" w:lineRule="auto"/>
        <w:ind w:firstLine="360"/>
        <w:rPr>
          <w:rFonts w:ascii="Aptos" w:hAnsi="Aptos"/>
          <w:sz w:val="24"/>
          <w:szCs w:val="24"/>
        </w:rPr>
      </w:pPr>
      <w:r w:rsidRPr="00CD43C2">
        <w:rPr>
          <w:rFonts w:ascii="Aptos" w:hAnsi="Aptos"/>
          <w:sz w:val="24"/>
          <w:szCs w:val="24"/>
        </w:rPr>
        <w:t>Further research published in the Urban Forestry &amp; Urban Greening journal—such as Costello and Jones (2003), in their study titled “Root growth and its impact on underground infrastructure”—also highlights the impact of small plants on pipelines in urban communities and explains how roots interact with pipes in such environments.</w:t>
      </w:r>
    </w:p>
    <w:p w14:paraId="53550010" w14:textId="77777777" w:rsidR="00D83DD8" w:rsidRPr="00CD43C2" w:rsidRDefault="00D83DD8" w:rsidP="00CF7C7D">
      <w:pPr>
        <w:spacing w:line="360" w:lineRule="auto"/>
        <w:ind w:firstLine="360"/>
        <w:rPr>
          <w:rFonts w:ascii="Aptos" w:hAnsi="Aptos"/>
          <w:sz w:val="24"/>
          <w:szCs w:val="24"/>
        </w:rPr>
      </w:pPr>
      <w:r w:rsidRPr="00CD43C2">
        <w:rPr>
          <w:rFonts w:ascii="Aptos" w:hAnsi="Aptos"/>
          <w:sz w:val="24"/>
          <w:szCs w:val="24"/>
        </w:rPr>
        <w:t>Our integrated system is uniquely designed to consist of two coordinated electronic subsystems: one above ground and the other underground. This synchronization between both subsystems is novel, as such integration has not been implemented before. While underground systems have previously been developed using different sensors and controllers—some of which may be more advanced or more expensive, such as pressure sensors, temperature sensors, or ultrasonic flow meters (UFM)—our project aims to reduce the cost of water leakage detection systems and make them accessible to poorer countries. These nations often suffer from water loss issues or have weak infrastructure and outdated pipelines.</w:t>
      </w:r>
    </w:p>
    <w:p w14:paraId="613CC18C" w14:textId="097959F6" w:rsidR="00D83DD8" w:rsidRPr="00CD43C2" w:rsidRDefault="00D83DD8" w:rsidP="00CF7C7D">
      <w:pPr>
        <w:spacing w:line="360" w:lineRule="auto"/>
        <w:ind w:firstLine="360"/>
        <w:rPr>
          <w:rFonts w:ascii="Aptos" w:hAnsi="Aptos"/>
          <w:sz w:val="24"/>
          <w:szCs w:val="24"/>
        </w:rPr>
      </w:pPr>
      <w:r w:rsidRPr="00CD43C2">
        <w:rPr>
          <w:rFonts w:ascii="Aptos" w:hAnsi="Aptos"/>
          <w:sz w:val="24"/>
          <w:szCs w:val="24"/>
        </w:rPr>
        <w:t xml:space="preserve">We chose to adopt smart electronic systems to solve the problems mentioned in the “Problem” section, as the world increasingly relies on such technology for its efficiency, </w:t>
      </w:r>
      <w:r w:rsidRPr="00CD43C2">
        <w:rPr>
          <w:rFonts w:ascii="Aptos" w:hAnsi="Aptos"/>
          <w:sz w:val="24"/>
          <w:szCs w:val="24"/>
        </w:rPr>
        <w:lastRenderedPageBreak/>
        <w:t>time-saving capabilities, and productivity enhancement. Our system will enable water department workers and engineers to manage leak detection with ease and accuracy using real-time data. Its high precision will also improve leak detection quality and address one of the primary causes: invasive plant roots.</w:t>
      </w:r>
    </w:p>
    <w:p w14:paraId="68DCF1F0" w14:textId="19111BBD" w:rsidR="00553858" w:rsidRPr="0042172C" w:rsidRDefault="00250B4C" w:rsidP="00CF7C7D">
      <w:pPr>
        <w:pStyle w:val="Heading1"/>
        <w:numPr>
          <w:ilvl w:val="0"/>
          <w:numId w:val="26"/>
        </w:numPr>
        <w:spacing w:after="240"/>
        <w:rPr>
          <w:rFonts w:ascii="Aptos" w:hAnsi="Aptos"/>
          <w:sz w:val="24"/>
          <w:szCs w:val="24"/>
          <w:rtl/>
        </w:rPr>
      </w:pPr>
      <w:bookmarkStart w:id="11" w:name="_Toc200617356"/>
      <w:r>
        <w:rPr>
          <w:rFonts w:ascii="Aptos" w:hAnsi="Aptos"/>
          <w:sz w:val="24"/>
          <w:szCs w:val="24"/>
          <w:lang w:bidi="ar-KW"/>
        </w:rPr>
        <w:t xml:space="preserve">List of </w:t>
      </w:r>
      <w:r w:rsidR="00D83DD8" w:rsidRPr="0042172C">
        <w:rPr>
          <w:rFonts w:ascii="Aptos" w:hAnsi="Aptos"/>
          <w:sz w:val="24"/>
          <w:szCs w:val="24"/>
          <w:lang w:bidi="ar-KW"/>
        </w:rPr>
        <w:t>Materials</w:t>
      </w:r>
      <w:bookmarkEnd w:id="11"/>
    </w:p>
    <w:p w14:paraId="5AE2CC36" w14:textId="08DE7F13"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Robot Car (</w:t>
      </w:r>
      <w:proofErr w:type="spellStart"/>
      <w:r w:rsidRPr="00EB5852">
        <w:rPr>
          <w:rFonts w:ascii="Aptos" w:hAnsi="Aptos" w:cs="Times New Roman"/>
          <w:sz w:val="24"/>
          <w:szCs w:val="24"/>
          <w:lang w:bidi="ar-KW"/>
        </w:rPr>
        <w:t>Raspbot</w:t>
      </w:r>
      <w:proofErr w:type="spellEnd"/>
      <w:r w:rsidRPr="00EB5852">
        <w:rPr>
          <w:rFonts w:ascii="Aptos" w:hAnsi="Aptos" w:cs="Times New Roman"/>
          <w:sz w:val="24"/>
          <w:szCs w:val="24"/>
          <w:lang w:bidi="ar-KW"/>
        </w:rPr>
        <w:t xml:space="preserve">)  </w:t>
      </w:r>
    </w:p>
    <w:p w14:paraId="49C11AA5" w14:textId="7E52A06C"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 xml:space="preserve">Arduino </w:t>
      </w:r>
      <w:proofErr w:type="spellStart"/>
      <w:r w:rsidRPr="00EB5852">
        <w:rPr>
          <w:rFonts w:ascii="Aptos" w:hAnsi="Aptos" w:cs="Times New Roman"/>
          <w:sz w:val="24"/>
          <w:szCs w:val="24"/>
          <w:lang w:bidi="ar-KW"/>
        </w:rPr>
        <w:t>WeMos</w:t>
      </w:r>
      <w:proofErr w:type="spellEnd"/>
      <w:r w:rsidRPr="00EB5852">
        <w:rPr>
          <w:rFonts w:ascii="Aptos" w:hAnsi="Aptos" w:cs="Times New Roman"/>
          <w:sz w:val="24"/>
          <w:szCs w:val="24"/>
          <w:lang w:bidi="ar-KW"/>
        </w:rPr>
        <w:t xml:space="preserve"> D1  </w:t>
      </w:r>
    </w:p>
    <w:p w14:paraId="1027FC6B" w14:textId="07DEEEFD"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 xml:space="preserve">Raspberry Pi 4 Model B  </w:t>
      </w:r>
    </w:p>
    <w:p w14:paraId="690B4B7E" w14:textId="50EC3EA4"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 xml:space="preserve">DC Motor  </w:t>
      </w:r>
    </w:p>
    <w:p w14:paraId="715C0A92" w14:textId="79BD03B9"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 xml:space="preserve">Servo Motor (MG996)  </w:t>
      </w:r>
    </w:p>
    <w:p w14:paraId="730E6F28" w14:textId="1EF0BED6"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 xml:space="preserve">Moisture Sensor (YL-69)  </w:t>
      </w:r>
    </w:p>
    <w:p w14:paraId="0BCB55EF" w14:textId="7D63D336"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Water Flow Sensor (YF-S401)</w:t>
      </w:r>
      <w:r w:rsidR="00250B4C">
        <w:rPr>
          <w:rFonts w:ascii="Aptos" w:hAnsi="Aptos" w:cs="Times New Roman"/>
          <w:sz w:val="24"/>
          <w:szCs w:val="24"/>
          <w:lang w:bidi="ar-KW"/>
        </w:rPr>
        <w:t>.</w:t>
      </w:r>
    </w:p>
    <w:p w14:paraId="12AC63CE" w14:textId="1368E940"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Vibration Sensor (SW-420)</w:t>
      </w:r>
      <w:r w:rsidR="00250B4C">
        <w:rPr>
          <w:rFonts w:ascii="Aptos" w:hAnsi="Aptos" w:cs="Times New Roman"/>
          <w:sz w:val="24"/>
          <w:szCs w:val="24"/>
          <w:lang w:bidi="ar-KW"/>
        </w:rPr>
        <w:t>.</w:t>
      </w:r>
    </w:p>
    <w:p w14:paraId="7A7D8F3A" w14:textId="35917E9F" w:rsidR="00EB5852" w:rsidRPr="00EB5852" w:rsidRDefault="00250B4C"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Pump (</w:t>
      </w:r>
      <w:r w:rsidR="00B53131">
        <w:rPr>
          <w:rFonts w:ascii="Aptos" w:hAnsi="Aptos" w:cs="Times New Roman"/>
          <w:sz w:val="24"/>
          <w:szCs w:val="24"/>
          <w:lang w:bidi="ar-KW"/>
        </w:rPr>
        <w:t>5V)</w:t>
      </w:r>
      <w:r>
        <w:rPr>
          <w:rFonts w:ascii="Aptos" w:hAnsi="Aptos" w:cs="Times New Roman"/>
          <w:sz w:val="24"/>
          <w:szCs w:val="24"/>
          <w:lang w:bidi="ar-KW"/>
        </w:rPr>
        <w:t>.</w:t>
      </w:r>
    </w:p>
    <w:p w14:paraId="3DECA985" w14:textId="4A302F40"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Raspberry Pi Camera</w:t>
      </w:r>
      <w:r w:rsidR="00250B4C">
        <w:rPr>
          <w:rFonts w:ascii="Aptos" w:hAnsi="Aptos" w:cs="Times New Roman"/>
          <w:sz w:val="24"/>
          <w:szCs w:val="24"/>
          <w:lang w:bidi="ar-KW"/>
        </w:rPr>
        <w:t>.</w:t>
      </w:r>
      <w:r w:rsidRPr="00EB5852">
        <w:rPr>
          <w:rFonts w:ascii="Aptos" w:hAnsi="Aptos" w:cs="Times New Roman"/>
          <w:sz w:val="24"/>
          <w:szCs w:val="24"/>
          <w:lang w:bidi="ar-KW"/>
        </w:rPr>
        <w:t xml:space="preserve"> </w:t>
      </w:r>
    </w:p>
    <w:p w14:paraId="3B301A20" w14:textId="66A38F3F"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Raspberry Pi Display</w:t>
      </w:r>
      <w:r w:rsidR="00250B4C">
        <w:rPr>
          <w:rFonts w:ascii="Aptos" w:hAnsi="Aptos" w:cs="Times New Roman"/>
          <w:sz w:val="24"/>
          <w:szCs w:val="24"/>
          <w:lang w:bidi="ar-KW"/>
        </w:rPr>
        <w:t>.</w:t>
      </w:r>
      <w:r w:rsidRPr="00EB5852">
        <w:rPr>
          <w:rFonts w:ascii="Aptos" w:hAnsi="Aptos" w:cs="Times New Roman"/>
          <w:sz w:val="24"/>
          <w:szCs w:val="24"/>
          <w:lang w:bidi="ar-KW"/>
        </w:rPr>
        <w:t xml:space="preserve">  </w:t>
      </w:r>
    </w:p>
    <w:p w14:paraId="3F670A0D" w14:textId="4006F9A2" w:rsidR="00EB5852" w:rsidRPr="00EB5852"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Breadboard (Half-Size)</w:t>
      </w:r>
      <w:r w:rsidR="00250B4C">
        <w:rPr>
          <w:rFonts w:ascii="Aptos" w:hAnsi="Aptos" w:cs="Times New Roman"/>
          <w:sz w:val="24"/>
          <w:szCs w:val="24"/>
          <w:lang w:bidi="ar-KW"/>
        </w:rPr>
        <w:t>.</w:t>
      </w:r>
      <w:r w:rsidRPr="00EB5852">
        <w:rPr>
          <w:rFonts w:ascii="Aptos" w:hAnsi="Aptos" w:cs="Times New Roman"/>
          <w:sz w:val="24"/>
          <w:szCs w:val="24"/>
          <w:lang w:bidi="ar-KW"/>
        </w:rPr>
        <w:t xml:space="preserve">  </w:t>
      </w:r>
    </w:p>
    <w:p w14:paraId="34A7AC85" w14:textId="3C0251C0" w:rsidR="00292AC5" w:rsidRPr="00292AC5" w:rsidRDefault="00EB5852" w:rsidP="00CF7C7D">
      <w:pPr>
        <w:pStyle w:val="ListParagraph"/>
        <w:numPr>
          <w:ilvl w:val="0"/>
          <w:numId w:val="32"/>
        </w:numPr>
        <w:spacing w:line="360" w:lineRule="auto"/>
        <w:rPr>
          <w:rFonts w:ascii="Aptos" w:hAnsi="Aptos" w:cs="Times New Roman"/>
          <w:sz w:val="24"/>
          <w:szCs w:val="24"/>
          <w:lang w:bidi="ar-KW"/>
        </w:rPr>
      </w:pPr>
      <w:r w:rsidRPr="00EB5852">
        <w:rPr>
          <w:rFonts w:ascii="Aptos" w:hAnsi="Aptos" w:cs="Times New Roman"/>
          <w:sz w:val="24"/>
          <w:szCs w:val="24"/>
          <w:lang w:bidi="ar-KW"/>
        </w:rPr>
        <w:t>Male to Female / Male to Male Wires</w:t>
      </w:r>
      <w:r w:rsidR="00250B4C">
        <w:rPr>
          <w:rFonts w:ascii="Aptos" w:hAnsi="Aptos" w:cs="Times New Roman"/>
          <w:sz w:val="24"/>
          <w:szCs w:val="24"/>
          <w:lang w:bidi="ar-KW"/>
        </w:rPr>
        <w:t>.</w:t>
      </w:r>
    </w:p>
    <w:p w14:paraId="7F3A6105" w14:textId="4799F5E1" w:rsidR="00D83DD8" w:rsidRPr="0042172C" w:rsidRDefault="00553858" w:rsidP="00CF7C7D">
      <w:pPr>
        <w:pStyle w:val="Heading1"/>
        <w:numPr>
          <w:ilvl w:val="0"/>
          <w:numId w:val="26"/>
        </w:numPr>
        <w:spacing w:after="240"/>
        <w:rPr>
          <w:rStyle w:val="Heading1Char"/>
          <w:rFonts w:ascii="Aptos" w:hAnsi="Aptos"/>
          <w:b/>
          <w:bCs/>
          <w:sz w:val="24"/>
          <w:szCs w:val="24"/>
        </w:rPr>
      </w:pPr>
      <w:bookmarkStart w:id="12" w:name="_Toc200617357"/>
      <w:r w:rsidRPr="0042172C">
        <w:rPr>
          <w:rStyle w:val="Heading1Char"/>
          <w:rFonts w:ascii="Aptos" w:hAnsi="Aptos"/>
          <w:b/>
          <w:bCs/>
          <w:sz w:val="24"/>
          <w:szCs w:val="24"/>
        </w:rPr>
        <w:t>Procedures\Preliminary Designs</w:t>
      </w:r>
      <w:bookmarkEnd w:id="12"/>
    </w:p>
    <w:p w14:paraId="06D6E3B0" w14:textId="5DBC4ECA" w:rsidR="00250B4C" w:rsidRPr="00250B4C" w:rsidRDefault="00250B4C" w:rsidP="00CF7C7D">
      <w:pPr>
        <w:pStyle w:val="Caption"/>
        <w:keepNext/>
        <w:jc w:val="center"/>
        <w:rPr>
          <w:rFonts w:ascii="Aptos" w:hAnsi="Aptos"/>
          <w:b w:val="0"/>
          <w:bCs w:val="0"/>
          <w:sz w:val="20"/>
          <w:szCs w:val="20"/>
        </w:rPr>
      </w:pPr>
      <w:bookmarkStart w:id="13" w:name="_Toc200617225"/>
      <w:r w:rsidRPr="00250B4C">
        <w:rPr>
          <w:rFonts w:ascii="Aptos" w:hAnsi="Aptos"/>
          <w:b w:val="0"/>
          <w:bCs w:val="0"/>
          <w:sz w:val="20"/>
          <w:szCs w:val="20"/>
        </w:rPr>
        <w:t xml:space="preserve">Table </w:t>
      </w:r>
      <w:r w:rsidRPr="00250B4C">
        <w:rPr>
          <w:rFonts w:ascii="Aptos" w:hAnsi="Aptos"/>
          <w:b w:val="0"/>
          <w:bCs w:val="0"/>
          <w:sz w:val="20"/>
          <w:szCs w:val="20"/>
        </w:rPr>
        <w:fldChar w:fldCharType="begin"/>
      </w:r>
      <w:r w:rsidRPr="00250B4C">
        <w:rPr>
          <w:rFonts w:ascii="Aptos" w:hAnsi="Aptos"/>
          <w:b w:val="0"/>
          <w:bCs w:val="0"/>
          <w:sz w:val="20"/>
          <w:szCs w:val="20"/>
        </w:rPr>
        <w:instrText xml:space="preserve"> SEQ Table \* ARABIC </w:instrText>
      </w:r>
      <w:r w:rsidRPr="00250B4C">
        <w:rPr>
          <w:rFonts w:ascii="Aptos" w:hAnsi="Aptos"/>
          <w:b w:val="0"/>
          <w:bCs w:val="0"/>
          <w:sz w:val="20"/>
          <w:szCs w:val="20"/>
        </w:rPr>
        <w:fldChar w:fldCharType="separate"/>
      </w:r>
      <w:r w:rsidRPr="00250B4C">
        <w:rPr>
          <w:rFonts w:ascii="Aptos" w:hAnsi="Aptos"/>
          <w:b w:val="0"/>
          <w:bCs w:val="0"/>
          <w:noProof/>
          <w:sz w:val="20"/>
          <w:szCs w:val="20"/>
        </w:rPr>
        <w:t>1</w:t>
      </w:r>
      <w:r w:rsidRPr="00250B4C">
        <w:rPr>
          <w:rFonts w:ascii="Aptos" w:hAnsi="Aptos"/>
          <w:b w:val="0"/>
          <w:bCs w:val="0"/>
          <w:sz w:val="20"/>
          <w:szCs w:val="20"/>
        </w:rPr>
        <w:fldChar w:fldCharType="end"/>
      </w:r>
      <w:r w:rsidRPr="00250B4C">
        <w:rPr>
          <w:rFonts w:ascii="Aptos" w:hAnsi="Aptos"/>
          <w:b w:val="0"/>
          <w:bCs w:val="0"/>
          <w:sz w:val="20"/>
          <w:szCs w:val="20"/>
        </w:rPr>
        <w:t>: Timeline of Research.</w:t>
      </w:r>
      <w:bookmarkEnd w:id="13"/>
    </w:p>
    <w:tbl>
      <w:tblPr>
        <w:tblStyle w:val="TableGrid"/>
        <w:tblW w:w="5000" w:type="pct"/>
        <w:tblLook w:val="04A0" w:firstRow="1" w:lastRow="0" w:firstColumn="1" w:lastColumn="0" w:noHBand="0" w:noVBand="1"/>
      </w:tblPr>
      <w:tblGrid>
        <w:gridCol w:w="1711"/>
        <w:gridCol w:w="2674"/>
        <w:gridCol w:w="3587"/>
        <w:gridCol w:w="1422"/>
      </w:tblGrid>
      <w:tr w:rsidR="00A3452D" w:rsidRPr="00CD43C2" w14:paraId="780DA409" w14:textId="77777777" w:rsidTr="00D90192">
        <w:tc>
          <w:tcPr>
            <w:tcW w:w="911" w:type="pct"/>
            <w:shd w:val="clear" w:color="auto" w:fill="D9D9D9" w:themeFill="background1" w:themeFillShade="D9"/>
            <w:vAlign w:val="center"/>
          </w:tcPr>
          <w:p w14:paraId="7DA8FF0A" w14:textId="77777777" w:rsidR="00A3452D" w:rsidRPr="00250B4C" w:rsidRDefault="00A3452D" w:rsidP="00D90192">
            <w:pPr>
              <w:spacing w:line="360" w:lineRule="auto"/>
              <w:jc w:val="center"/>
              <w:rPr>
                <w:rFonts w:ascii="Aptos" w:eastAsiaTheme="majorEastAsia" w:hAnsi="Aptos" w:cstheme="majorBidi"/>
                <w:b/>
                <w:bCs/>
                <w:color w:val="365F91" w:themeColor="accent1" w:themeShade="BF"/>
                <w:sz w:val="24"/>
                <w:szCs w:val="24"/>
              </w:rPr>
            </w:pPr>
            <w:r w:rsidRPr="00250B4C">
              <w:rPr>
                <w:rFonts w:ascii="Aptos" w:eastAsiaTheme="majorEastAsia" w:hAnsi="Aptos" w:cstheme="majorBidi"/>
                <w:b/>
                <w:bCs/>
                <w:color w:val="365F91" w:themeColor="accent1" w:themeShade="BF"/>
                <w:sz w:val="24"/>
                <w:szCs w:val="24"/>
              </w:rPr>
              <w:t>Research Stage</w:t>
            </w:r>
          </w:p>
        </w:tc>
        <w:tc>
          <w:tcPr>
            <w:tcW w:w="1423" w:type="pct"/>
            <w:shd w:val="clear" w:color="auto" w:fill="D9D9D9" w:themeFill="background1" w:themeFillShade="D9"/>
            <w:vAlign w:val="center"/>
          </w:tcPr>
          <w:p w14:paraId="574D1725" w14:textId="77777777" w:rsidR="00A3452D" w:rsidRPr="00250B4C" w:rsidRDefault="00A3452D" w:rsidP="00D90192">
            <w:pPr>
              <w:spacing w:line="360" w:lineRule="auto"/>
              <w:jc w:val="center"/>
              <w:rPr>
                <w:rFonts w:ascii="Aptos" w:eastAsiaTheme="majorEastAsia" w:hAnsi="Aptos" w:cstheme="majorBidi"/>
                <w:b/>
                <w:bCs/>
                <w:color w:val="365F91" w:themeColor="accent1" w:themeShade="BF"/>
                <w:sz w:val="24"/>
                <w:szCs w:val="24"/>
              </w:rPr>
            </w:pPr>
            <w:r w:rsidRPr="00250B4C">
              <w:rPr>
                <w:rFonts w:ascii="Aptos" w:eastAsiaTheme="majorEastAsia" w:hAnsi="Aptos" w:cstheme="majorBidi"/>
                <w:b/>
                <w:bCs/>
                <w:color w:val="365F91" w:themeColor="accent1" w:themeShade="BF"/>
                <w:sz w:val="24"/>
                <w:szCs w:val="24"/>
              </w:rPr>
              <w:t>Objective</w:t>
            </w:r>
          </w:p>
        </w:tc>
        <w:tc>
          <w:tcPr>
            <w:tcW w:w="1909" w:type="pct"/>
            <w:shd w:val="clear" w:color="auto" w:fill="D9D9D9" w:themeFill="background1" w:themeFillShade="D9"/>
            <w:vAlign w:val="center"/>
          </w:tcPr>
          <w:p w14:paraId="437DD1AA" w14:textId="77777777" w:rsidR="00A3452D" w:rsidRPr="00250B4C" w:rsidRDefault="00A3452D" w:rsidP="00D90192">
            <w:pPr>
              <w:spacing w:line="360" w:lineRule="auto"/>
              <w:jc w:val="center"/>
              <w:rPr>
                <w:rFonts w:ascii="Aptos" w:eastAsiaTheme="majorEastAsia" w:hAnsi="Aptos" w:cstheme="majorBidi"/>
                <w:b/>
                <w:bCs/>
                <w:color w:val="365F91" w:themeColor="accent1" w:themeShade="BF"/>
                <w:sz w:val="24"/>
                <w:szCs w:val="24"/>
              </w:rPr>
            </w:pPr>
            <w:r w:rsidRPr="00250B4C">
              <w:rPr>
                <w:rFonts w:ascii="Aptos" w:eastAsiaTheme="majorEastAsia" w:hAnsi="Aptos" w:cstheme="majorBidi"/>
                <w:b/>
                <w:bCs/>
                <w:color w:val="365F91" w:themeColor="accent1" w:themeShade="BF"/>
                <w:sz w:val="24"/>
                <w:szCs w:val="24"/>
              </w:rPr>
              <w:t>Actions</w:t>
            </w:r>
          </w:p>
        </w:tc>
        <w:tc>
          <w:tcPr>
            <w:tcW w:w="757" w:type="pct"/>
            <w:shd w:val="clear" w:color="auto" w:fill="D9D9D9" w:themeFill="background1" w:themeFillShade="D9"/>
            <w:vAlign w:val="center"/>
          </w:tcPr>
          <w:p w14:paraId="4CE13DD3" w14:textId="77777777" w:rsidR="00A3452D" w:rsidRPr="00250B4C" w:rsidRDefault="00A3452D" w:rsidP="00D90192">
            <w:pPr>
              <w:spacing w:line="360" w:lineRule="auto"/>
              <w:jc w:val="center"/>
              <w:rPr>
                <w:rFonts w:ascii="Aptos" w:eastAsiaTheme="majorEastAsia" w:hAnsi="Aptos" w:cstheme="majorBidi"/>
                <w:b/>
                <w:bCs/>
                <w:color w:val="365F91" w:themeColor="accent1" w:themeShade="BF"/>
                <w:sz w:val="24"/>
                <w:szCs w:val="24"/>
              </w:rPr>
            </w:pPr>
            <w:r w:rsidRPr="00250B4C">
              <w:rPr>
                <w:rFonts w:ascii="Aptos" w:eastAsiaTheme="majorEastAsia" w:hAnsi="Aptos" w:cstheme="majorBidi"/>
                <w:b/>
                <w:bCs/>
                <w:color w:val="365F91" w:themeColor="accent1" w:themeShade="BF"/>
                <w:sz w:val="24"/>
                <w:szCs w:val="24"/>
              </w:rPr>
              <w:t>Time Period</w:t>
            </w:r>
          </w:p>
        </w:tc>
      </w:tr>
      <w:tr w:rsidR="00A3452D" w:rsidRPr="00CD43C2" w14:paraId="63CBE178" w14:textId="77777777" w:rsidTr="00D90192">
        <w:tc>
          <w:tcPr>
            <w:tcW w:w="911" w:type="pct"/>
            <w:vAlign w:val="center"/>
          </w:tcPr>
          <w:p w14:paraId="3E5AEC0C" w14:textId="718E1618" w:rsidR="00A3452D" w:rsidRPr="00CD43C2" w:rsidRDefault="00A3452D" w:rsidP="00CF7C7D">
            <w:pPr>
              <w:spacing w:line="360" w:lineRule="auto"/>
              <w:rPr>
                <w:rFonts w:ascii="Aptos" w:hAnsi="Aptos"/>
                <w:sz w:val="24"/>
                <w:szCs w:val="24"/>
              </w:rPr>
            </w:pPr>
            <w:r w:rsidRPr="00CD43C2">
              <w:rPr>
                <w:rFonts w:ascii="Aptos" w:hAnsi="Aptos"/>
                <w:sz w:val="24"/>
                <w:szCs w:val="24"/>
              </w:rPr>
              <w:t>Topic Selection</w:t>
            </w:r>
          </w:p>
        </w:tc>
        <w:tc>
          <w:tcPr>
            <w:tcW w:w="1423" w:type="pct"/>
            <w:vAlign w:val="center"/>
          </w:tcPr>
          <w:p w14:paraId="411E6F16"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•Selecting a main idea for the project.</w:t>
            </w:r>
          </w:p>
        </w:tc>
        <w:tc>
          <w:tcPr>
            <w:tcW w:w="1909" w:type="pct"/>
            <w:vAlign w:val="center"/>
          </w:tcPr>
          <w:p w14:paraId="479879F4"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 xml:space="preserve">•Research was conducted within the local and global community to identify an issue. One of the selected issues was </w:t>
            </w:r>
            <w:r w:rsidRPr="00CD43C2">
              <w:rPr>
                <w:rFonts w:ascii="Aptos" w:hAnsi="Aptos"/>
                <w:sz w:val="24"/>
                <w:szCs w:val="24"/>
              </w:rPr>
              <w:lastRenderedPageBreak/>
              <w:t>water leakage for our research project.</w:t>
            </w:r>
          </w:p>
        </w:tc>
        <w:tc>
          <w:tcPr>
            <w:tcW w:w="757" w:type="pct"/>
            <w:vAlign w:val="center"/>
          </w:tcPr>
          <w:p w14:paraId="3F8B731C"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lastRenderedPageBreak/>
              <w:t xml:space="preserve"> 01/07/2024</w:t>
            </w:r>
          </w:p>
        </w:tc>
      </w:tr>
      <w:tr w:rsidR="00A3452D" w:rsidRPr="00CD43C2" w14:paraId="3426F3BA" w14:textId="77777777" w:rsidTr="00D90192">
        <w:tc>
          <w:tcPr>
            <w:tcW w:w="911" w:type="pct"/>
            <w:vAlign w:val="center"/>
          </w:tcPr>
          <w:p w14:paraId="1F95B2CE" w14:textId="72F29C63" w:rsidR="00A3452D" w:rsidRPr="00CD43C2" w:rsidRDefault="00A3452D" w:rsidP="00CF7C7D">
            <w:pPr>
              <w:spacing w:line="360" w:lineRule="auto"/>
              <w:rPr>
                <w:rFonts w:ascii="Aptos" w:hAnsi="Aptos"/>
                <w:sz w:val="24"/>
                <w:szCs w:val="24"/>
              </w:rPr>
            </w:pPr>
            <w:r w:rsidRPr="00CD43C2">
              <w:rPr>
                <w:rFonts w:ascii="Aptos" w:hAnsi="Aptos"/>
                <w:sz w:val="24"/>
                <w:szCs w:val="24"/>
              </w:rPr>
              <w:t>Problem Identification</w:t>
            </w:r>
          </w:p>
        </w:tc>
        <w:tc>
          <w:tcPr>
            <w:tcW w:w="1423" w:type="pct"/>
            <w:vAlign w:val="center"/>
          </w:tcPr>
          <w:p w14:paraId="4CF94620"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•Identifying the problems related to water.</w:t>
            </w:r>
          </w:p>
        </w:tc>
        <w:tc>
          <w:tcPr>
            <w:tcW w:w="1909" w:type="pct"/>
            <w:vAlign w:val="center"/>
          </w:tcPr>
          <w:p w14:paraId="120429CC"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•Reading studies and research papers.</w:t>
            </w:r>
          </w:p>
        </w:tc>
        <w:tc>
          <w:tcPr>
            <w:tcW w:w="757" w:type="pct"/>
            <w:vAlign w:val="center"/>
          </w:tcPr>
          <w:p w14:paraId="44C4275D"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20/08/2024</w:t>
            </w:r>
          </w:p>
        </w:tc>
      </w:tr>
      <w:tr w:rsidR="00A3452D" w:rsidRPr="00CD43C2" w14:paraId="4106E141" w14:textId="77777777" w:rsidTr="00D90192">
        <w:tc>
          <w:tcPr>
            <w:tcW w:w="911" w:type="pct"/>
            <w:vAlign w:val="center"/>
          </w:tcPr>
          <w:p w14:paraId="5560F159" w14:textId="606683F7" w:rsidR="00A3452D" w:rsidRPr="00CD43C2" w:rsidRDefault="00A3452D" w:rsidP="00CF7C7D">
            <w:pPr>
              <w:spacing w:line="360" w:lineRule="auto"/>
              <w:rPr>
                <w:rFonts w:ascii="Aptos" w:hAnsi="Aptos"/>
                <w:sz w:val="24"/>
                <w:szCs w:val="24"/>
              </w:rPr>
            </w:pPr>
            <w:r w:rsidRPr="00CD43C2">
              <w:rPr>
                <w:rFonts w:ascii="Aptos" w:hAnsi="Aptos"/>
                <w:sz w:val="24"/>
                <w:szCs w:val="24"/>
              </w:rPr>
              <w:t>Data Collection</w:t>
            </w:r>
          </w:p>
        </w:tc>
        <w:tc>
          <w:tcPr>
            <w:tcW w:w="1423" w:type="pct"/>
            <w:vAlign w:val="center"/>
          </w:tcPr>
          <w:p w14:paraId="0317C7D1"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 Collecting information about water leakage, its causes, and consequences.</w:t>
            </w:r>
            <w:r w:rsidRPr="00CD43C2">
              <w:rPr>
                <w:rFonts w:ascii="Aptos" w:hAnsi="Aptos"/>
                <w:sz w:val="24"/>
                <w:szCs w:val="24"/>
              </w:rPr>
              <w:br/>
              <w:t>• Gathering information from technical and electronic perspectives.</w:t>
            </w:r>
            <w:r w:rsidRPr="00CD43C2">
              <w:rPr>
                <w:rFonts w:ascii="Aptos" w:hAnsi="Aptos"/>
                <w:sz w:val="24"/>
                <w:szCs w:val="24"/>
              </w:rPr>
              <w:br/>
              <w:t>• Conducting interviews.</w:t>
            </w:r>
          </w:p>
        </w:tc>
        <w:tc>
          <w:tcPr>
            <w:tcW w:w="1909" w:type="pct"/>
            <w:vAlign w:val="center"/>
          </w:tcPr>
          <w:p w14:paraId="4259404B"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 Reading and researching articles and previous studies related to leakage, causes, and solutions to treat this problem.</w:t>
            </w:r>
            <w:r w:rsidRPr="00CD43C2">
              <w:rPr>
                <w:rFonts w:ascii="Aptos" w:hAnsi="Aptos"/>
                <w:sz w:val="24"/>
                <w:szCs w:val="24"/>
              </w:rPr>
              <w:br/>
              <w:t>• Interviewing a technician experienced with electronic components and controllers.</w:t>
            </w:r>
          </w:p>
        </w:tc>
        <w:tc>
          <w:tcPr>
            <w:tcW w:w="757" w:type="pct"/>
            <w:vAlign w:val="center"/>
          </w:tcPr>
          <w:p w14:paraId="75044CE5"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15–25/08/2024</w:t>
            </w:r>
          </w:p>
        </w:tc>
      </w:tr>
      <w:tr w:rsidR="00A3452D" w:rsidRPr="00CD43C2" w14:paraId="5CAC6808" w14:textId="77777777" w:rsidTr="00D90192">
        <w:tc>
          <w:tcPr>
            <w:tcW w:w="911" w:type="pct"/>
            <w:vAlign w:val="center"/>
          </w:tcPr>
          <w:p w14:paraId="3FFC6264" w14:textId="57E17A43" w:rsidR="00A3452D" w:rsidRPr="00CD43C2" w:rsidRDefault="00A3452D" w:rsidP="00CF7C7D">
            <w:pPr>
              <w:spacing w:line="360" w:lineRule="auto"/>
              <w:rPr>
                <w:rFonts w:ascii="Aptos" w:hAnsi="Aptos"/>
                <w:sz w:val="24"/>
                <w:szCs w:val="24"/>
              </w:rPr>
            </w:pPr>
            <w:r w:rsidRPr="00CD43C2">
              <w:rPr>
                <w:rFonts w:ascii="Aptos" w:hAnsi="Aptos"/>
                <w:sz w:val="24"/>
                <w:szCs w:val="24"/>
              </w:rPr>
              <w:t>Robot Design</w:t>
            </w:r>
          </w:p>
        </w:tc>
        <w:tc>
          <w:tcPr>
            <w:tcW w:w="1423" w:type="pct"/>
            <w:vAlign w:val="center"/>
          </w:tcPr>
          <w:p w14:paraId="50575FC2"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Exploring how to assemble and connect components with controllers.</w:t>
            </w:r>
          </w:p>
        </w:tc>
        <w:tc>
          <w:tcPr>
            <w:tcW w:w="1909" w:type="pct"/>
            <w:vAlign w:val="center"/>
          </w:tcPr>
          <w:p w14:paraId="43016F9E"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 Gathering components and assembling them.</w:t>
            </w:r>
            <w:r w:rsidRPr="00CD43C2">
              <w:rPr>
                <w:rFonts w:ascii="Aptos" w:hAnsi="Aptos"/>
                <w:sz w:val="24"/>
                <w:szCs w:val="24"/>
              </w:rPr>
              <w:br/>
              <w:t>• Building a prototype of the robot.</w:t>
            </w:r>
            <w:r w:rsidRPr="00CD43C2">
              <w:rPr>
                <w:rFonts w:ascii="Aptos" w:hAnsi="Aptos"/>
                <w:sz w:val="24"/>
                <w:szCs w:val="24"/>
              </w:rPr>
              <w:br/>
              <w:t>• Assembling electronic circuits and connecting them to controllers.</w:t>
            </w:r>
            <w:r w:rsidRPr="00CD43C2">
              <w:rPr>
                <w:rFonts w:ascii="Aptos" w:hAnsi="Aptos"/>
                <w:sz w:val="24"/>
                <w:szCs w:val="24"/>
              </w:rPr>
              <w:br/>
              <w:t>• Linking each component to its related controller based on sensor function.</w:t>
            </w:r>
          </w:p>
        </w:tc>
        <w:tc>
          <w:tcPr>
            <w:tcW w:w="757" w:type="pct"/>
            <w:vAlign w:val="center"/>
          </w:tcPr>
          <w:p w14:paraId="2923C795"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01–20/09/2024</w:t>
            </w:r>
          </w:p>
        </w:tc>
      </w:tr>
      <w:tr w:rsidR="00A3452D" w:rsidRPr="00CD43C2" w14:paraId="182701BF" w14:textId="77777777" w:rsidTr="00D90192">
        <w:trPr>
          <w:trHeight w:val="382"/>
        </w:trPr>
        <w:tc>
          <w:tcPr>
            <w:tcW w:w="911" w:type="pct"/>
            <w:vAlign w:val="center"/>
          </w:tcPr>
          <w:p w14:paraId="5D1FF0FE" w14:textId="001C4CE3" w:rsidR="00A3452D" w:rsidRPr="00CD43C2" w:rsidRDefault="00A3452D" w:rsidP="00CF7C7D">
            <w:pPr>
              <w:spacing w:line="360" w:lineRule="auto"/>
              <w:rPr>
                <w:rFonts w:ascii="Aptos" w:hAnsi="Aptos"/>
                <w:sz w:val="24"/>
                <w:szCs w:val="24"/>
              </w:rPr>
            </w:pPr>
            <w:r w:rsidRPr="00CD43C2">
              <w:rPr>
                <w:rFonts w:ascii="Aptos" w:hAnsi="Aptos"/>
                <w:sz w:val="24"/>
                <w:szCs w:val="24"/>
              </w:rPr>
              <w:t>Research Writing</w:t>
            </w:r>
          </w:p>
        </w:tc>
        <w:tc>
          <w:tcPr>
            <w:tcW w:w="1423" w:type="pct"/>
            <w:vAlign w:val="center"/>
          </w:tcPr>
          <w:p w14:paraId="2D6D244E"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Writing the report and research plan.</w:t>
            </w:r>
          </w:p>
        </w:tc>
        <w:tc>
          <w:tcPr>
            <w:tcW w:w="1909" w:type="pct"/>
            <w:vAlign w:val="center"/>
          </w:tcPr>
          <w:p w14:paraId="4F168A9E"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It was written using accurate and scientifically approved methods.</w:t>
            </w:r>
          </w:p>
        </w:tc>
        <w:tc>
          <w:tcPr>
            <w:tcW w:w="757" w:type="pct"/>
            <w:vAlign w:val="center"/>
          </w:tcPr>
          <w:p w14:paraId="2ED0B7C6" w14:textId="77777777" w:rsidR="00A3452D" w:rsidRPr="00CD43C2" w:rsidRDefault="00A3452D" w:rsidP="00CF7C7D">
            <w:pPr>
              <w:spacing w:line="360" w:lineRule="auto"/>
              <w:rPr>
                <w:rFonts w:ascii="Aptos" w:hAnsi="Aptos"/>
                <w:sz w:val="24"/>
                <w:szCs w:val="24"/>
              </w:rPr>
            </w:pPr>
            <w:r w:rsidRPr="00CD43C2">
              <w:rPr>
                <w:rFonts w:ascii="Aptos" w:hAnsi="Aptos"/>
                <w:sz w:val="24"/>
                <w:szCs w:val="24"/>
              </w:rPr>
              <w:t>01–20/01/2025</w:t>
            </w:r>
          </w:p>
        </w:tc>
      </w:tr>
    </w:tbl>
    <w:p w14:paraId="2B7AB58F" w14:textId="45BF7D8C" w:rsidR="00132F0C" w:rsidRPr="0042172C" w:rsidRDefault="00132F0C" w:rsidP="00CF7C7D">
      <w:pPr>
        <w:pStyle w:val="Heading1"/>
        <w:numPr>
          <w:ilvl w:val="0"/>
          <w:numId w:val="26"/>
        </w:numPr>
        <w:rPr>
          <w:rFonts w:ascii="Aptos" w:hAnsi="Aptos"/>
          <w:sz w:val="24"/>
          <w:szCs w:val="24"/>
        </w:rPr>
      </w:pPr>
      <w:bookmarkStart w:id="14" w:name="_Toc200617358"/>
      <w:r w:rsidRPr="0042172C">
        <w:rPr>
          <w:rFonts w:ascii="Aptos" w:hAnsi="Aptos"/>
          <w:sz w:val="24"/>
          <w:szCs w:val="24"/>
        </w:rPr>
        <w:lastRenderedPageBreak/>
        <w:t>Build &amp; Test a Prototype</w:t>
      </w:r>
      <w:bookmarkEnd w:id="14"/>
      <w:r w:rsidRPr="0042172C">
        <w:rPr>
          <w:rFonts w:ascii="Aptos" w:hAnsi="Aptos"/>
          <w:sz w:val="24"/>
          <w:szCs w:val="24"/>
        </w:rPr>
        <w:t xml:space="preserve"> </w:t>
      </w:r>
    </w:p>
    <w:p w14:paraId="1D93F921" w14:textId="77777777" w:rsidR="00132F0C" w:rsidRPr="00CD43C2" w:rsidRDefault="00132F0C" w:rsidP="00CF7C7D">
      <w:pPr>
        <w:pStyle w:val="Heading2"/>
        <w:rPr>
          <w:rFonts w:ascii="Aptos" w:hAnsi="Aptos"/>
          <w:sz w:val="24"/>
          <w:szCs w:val="24"/>
        </w:rPr>
      </w:pPr>
      <w:bookmarkStart w:id="15" w:name="_Toc200617359"/>
      <w:r w:rsidRPr="00CD43C2">
        <w:rPr>
          <w:rFonts w:ascii="Aptos" w:hAnsi="Aptos"/>
          <w:sz w:val="24"/>
          <w:szCs w:val="24"/>
        </w:rPr>
        <w:t>Prototype:</w:t>
      </w:r>
      <w:bookmarkEnd w:id="15"/>
    </w:p>
    <w:p w14:paraId="50C93A15" w14:textId="1B43D3C0" w:rsidR="00132F0C" w:rsidRPr="00AA2F5B" w:rsidRDefault="00132F0C" w:rsidP="00CF7C7D">
      <w:pPr>
        <w:pStyle w:val="NormalWeb"/>
        <w:spacing w:line="360" w:lineRule="auto"/>
        <w:rPr>
          <w:rFonts w:ascii="Aptos" w:hAnsi="Aptos"/>
        </w:rPr>
      </w:pPr>
      <w:r w:rsidRPr="00AA2F5B">
        <w:rPr>
          <w:rFonts w:ascii="Aptos" w:hAnsi="Aptos"/>
        </w:rPr>
        <w:t xml:space="preserve">At the beginning, we positioned our robot </w:t>
      </w:r>
      <w:r w:rsidRPr="00AA2F5B">
        <w:rPr>
          <w:rStyle w:val="Strong"/>
          <w:rFonts w:ascii="Aptos" w:hAnsi="Aptos"/>
        </w:rPr>
        <w:t>(</w:t>
      </w:r>
      <w:r w:rsidR="0002199F">
        <w:rPr>
          <w:rStyle w:val="Strong"/>
          <w:rFonts w:ascii="Aptos" w:hAnsi="Aptos"/>
        </w:rPr>
        <w:t>EDM</w:t>
      </w:r>
      <w:r w:rsidRPr="00AA2F5B">
        <w:rPr>
          <w:rStyle w:val="Strong"/>
          <w:rFonts w:ascii="Aptos" w:hAnsi="Aptos"/>
        </w:rPr>
        <w:t>)</w:t>
      </w:r>
      <w:r w:rsidRPr="00AA2F5B">
        <w:rPr>
          <w:rFonts w:ascii="Aptos" w:hAnsi="Aptos"/>
        </w:rPr>
        <w:t xml:space="preserve"> at specific points along the pipelines. The robot consisted of several sensors and a pump, which serves as the water source.</w:t>
      </w:r>
    </w:p>
    <w:p w14:paraId="52C62253" w14:textId="77777777" w:rsidR="00132F0C" w:rsidRPr="00AA2F5B" w:rsidRDefault="00132F0C" w:rsidP="00CF7C7D">
      <w:pPr>
        <w:pStyle w:val="NormalWeb"/>
        <w:spacing w:line="360" w:lineRule="auto"/>
        <w:rPr>
          <w:rFonts w:ascii="Aptos" w:hAnsi="Aptos"/>
        </w:rPr>
      </w:pPr>
      <w:r w:rsidRPr="00AA2F5B">
        <w:rPr>
          <w:rStyle w:val="Strong"/>
          <w:rFonts w:ascii="Aptos" w:hAnsi="Aptos"/>
        </w:rPr>
        <w:t>First</w:t>
      </w:r>
      <w:r w:rsidRPr="00AA2F5B">
        <w:rPr>
          <w:rFonts w:ascii="Aptos" w:hAnsi="Aptos"/>
        </w:rPr>
        <w:t xml:space="preserve">, the </w:t>
      </w:r>
      <w:r w:rsidRPr="00AA2F5B">
        <w:rPr>
          <w:rStyle w:val="Strong"/>
          <w:rFonts w:ascii="Aptos" w:hAnsi="Aptos"/>
        </w:rPr>
        <w:t>moisture sensor (YL-69)</w:t>
      </w:r>
      <w:r w:rsidRPr="00AA2F5B">
        <w:rPr>
          <w:rFonts w:ascii="Aptos" w:hAnsi="Aptos"/>
        </w:rPr>
        <w:t xml:space="preserve"> was placed outside the pipe to detect the presence of leaking water. If water is detected, the first leak condition is fulfilled.</w:t>
      </w:r>
    </w:p>
    <w:p w14:paraId="161FBD2C" w14:textId="77777777" w:rsidR="00132F0C" w:rsidRPr="00AA2F5B" w:rsidRDefault="00132F0C" w:rsidP="00CF7C7D">
      <w:pPr>
        <w:pStyle w:val="NormalWeb"/>
        <w:spacing w:line="360" w:lineRule="auto"/>
        <w:rPr>
          <w:rFonts w:ascii="Aptos" w:hAnsi="Aptos"/>
        </w:rPr>
      </w:pPr>
      <w:r w:rsidRPr="00AA2F5B">
        <w:rPr>
          <w:rStyle w:val="Strong"/>
          <w:rFonts w:ascii="Aptos" w:hAnsi="Aptos"/>
        </w:rPr>
        <w:t>Second</w:t>
      </w:r>
      <w:r w:rsidRPr="00AA2F5B">
        <w:rPr>
          <w:rFonts w:ascii="Aptos" w:hAnsi="Aptos"/>
        </w:rPr>
        <w:t xml:space="preserve">, the </w:t>
      </w:r>
      <w:r w:rsidRPr="00AA2F5B">
        <w:rPr>
          <w:rStyle w:val="Strong"/>
          <w:rFonts w:ascii="Aptos" w:hAnsi="Aptos"/>
        </w:rPr>
        <w:t>vibration sensor (SW-420)</w:t>
      </w:r>
      <w:r w:rsidRPr="00AA2F5B">
        <w:rPr>
          <w:rFonts w:ascii="Aptos" w:hAnsi="Aptos"/>
        </w:rPr>
        <w:t xml:space="preserve"> senses the vibrations of flowing water — since the movement of water inside pipes generates vibrations due to pressure. If the vibrations decrease or stop, the second condition is fulfilled.</w:t>
      </w:r>
    </w:p>
    <w:p w14:paraId="5AA8ED7E" w14:textId="77777777" w:rsidR="00132F0C" w:rsidRPr="00AA2F5B" w:rsidRDefault="00132F0C" w:rsidP="00CF7C7D">
      <w:pPr>
        <w:pStyle w:val="NormalWeb"/>
        <w:spacing w:line="360" w:lineRule="auto"/>
        <w:rPr>
          <w:rFonts w:ascii="Aptos" w:hAnsi="Aptos"/>
        </w:rPr>
      </w:pPr>
      <w:r w:rsidRPr="00AA2F5B">
        <w:rPr>
          <w:rStyle w:val="Strong"/>
          <w:rFonts w:ascii="Aptos" w:hAnsi="Aptos"/>
        </w:rPr>
        <w:t>Third</w:t>
      </w:r>
      <w:r w:rsidRPr="00AA2F5B">
        <w:rPr>
          <w:rFonts w:ascii="Aptos" w:hAnsi="Aptos"/>
        </w:rPr>
        <w:t xml:space="preserve">, the </w:t>
      </w:r>
      <w:r w:rsidRPr="00AA2F5B">
        <w:rPr>
          <w:rStyle w:val="Strong"/>
          <w:rFonts w:ascii="Aptos" w:hAnsi="Aptos"/>
        </w:rPr>
        <w:t>water flow sensor (YF-S401)</w:t>
      </w:r>
      <w:r w:rsidRPr="00AA2F5B">
        <w:rPr>
          <w:rFonts w:ascii="Aptos" w:hAnsi="Aptos"/>
        </w:rPr>
        <w:t xml:space="preserve"> measures the amount of water flowing inside the pipe. If the flow is too low, too high, or stops altogether — i.e., abnormal — all three leak conditions are fulfilled, and the water source (the pump) automatically shuts off.</w:t>
      </w:r>
    </w:p>
    <w:p w14:paraId="1DABD092" w14:textId="77777777" w:rsidR="00132F0C" w:rsidRPr="00AA2F5B" w:rsidRDefault="00132F0C" w:rsidP="00CF7C7D">
      <w:pPr>
        <w:pStyle w:val="NormalWeb"/>
        <w:spacing w:line="360" w:lineRule="auto"/>
        <w:rPr>
          <w:rFonts w:ascii="Aptos" w:hAnsi="Aptos"/>
        </w:rPr>
      </w:pPr>
      <w:r w:rsidRPr="00AA2F5B">
        <w:rPr>
          <w:rFonts w:ascii="Aptos" w:hAnsi="Aptos"/>
        </w:rPr>
        <w:t xml:space="preserve">All of this is controlled by the </w:t>
      </w:r>
      <w:r w:rsidRPr="00AA2F5B">
        <w:rPr>
          <w:rStyle w:val="Strong"/>
          <w:rFonts w:ascii="Aptos" w:hAnsi="Aptos"/>
        </w:rPr>
        <w:t>Raspberry Pi 4</w:t>
      </w:r>
      <w:r w:rsidRPr="00AA2F5B">
        <w:rPr>
          <w:rFonts w:ascii="Aptos" w:hAnsi="Aptos"/>
        </w:rPr>
        <w:t>, which also sends the leak location to the relevant authorities for repair.</w:t>
      </w:r>
    </w:p>
    <w:p w14:paraId="6880ABE0" w14:textId="274D8509" w:rsidR="00132F0C" w:rsidRDefault="00132F0C" w:rsidP="00CF7C7D">
      <w:pPr>
        <w:pStyle w:val="NormalWeb"/>
        <w:spacing w:line="360" w:lineRule="auto"/>
        <w:rPr>
          <w:rFonts w:ascii="Aptos" w:hAnsi="Aptos"/>
        </w:rPr>
      </w:pPr>
      <w:r w:rsidRPr="00AA2F5B">
        <w:rPr>
          <w:rFonts w:ascii="Aptos" w:hAnsi="Aptos"/>
        </w:rPr>
        <w:t xml:space="preserve">Additionally, we integrated a </w:t>
      </w:r>
      <w:r w:rsidRPr="00AA2F5B">
        <w:rPr>
          <w:rStyle w:val="Strong"/>
          <w:rFonts w:ascii="Aptos" w:hAnsi="Aptos"/>
        </w:rPr>
        <w:t>preventive mechanism</w:t>
      </w:r>
      <w:r w:rsidRPr="00AA2F5B">
        <w:rPr>
          <w:rFonts w:ascii="Aptos" w:hAnsi="Aptos"/>
        </w:rPr>
        <w:t xml:space="preserve">: an AI camera mounted on the Raspberry Pi scans for invasive plant roots that may damage the pipes. If harmful roots are detected, they are removed using a </w:t>
      </w:r>
      <w:r w:rsidRPr="00AA2F5B">
        <w:rPr>
          <w:rStyle w:val="Strong"/>
          <w:rFonts w:ascii="Aptos" w:hAnsi="Aptos"/>
        </w:rPr>
        <w:t>MG996 servo motor</w:t>
      </w:r>
      <w:r w:rsidRPr="00AA2F5B">
        <w:rPr>
          <w:rFonts w:ascii="Aptos" w:hAnsi="Aptos"/>
        </w:rPr>
        <w:t>. In our simplified project, we used a servo motor, but in real-world implementation, this function would be performed by a robotic arm.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837EB7" w14:paraId="4EC41ED1" w14:textId="77777777" w:rsidTr="00F63787">
        <w:tc>
          <w:tcPr>
            <w:tcW w:w="9620" w:type="dxa"/>
            <w:vAlign w:val="center"/>
          </w:tcPr>
          <w:p w14:paraId="21001C6E" w14:textId="77777777" w:rsidR="00250B4C" w:rsidRPr="00250B4C" w:rsidRDefault="00250B4C" w:rsidP="00F63787">
            <w:pPr>
              <w:pStyle w:val="NormalWeb"/>
              <w:keepNext/>
              <w:spacing w:line="360" w:lineRule="auto"/>
              <w:jc w:val="center"/>
              <w:rPr>
                <w:rFonts w:ascii="Aptos" w:eastAsiaTheme="minorEastAsia" w:hAnsi="Aptos" w:cstheme="minorBidi"/>
                <w:color w:val="4F81BD" w:themeColor="accent1"/>
                <w:sz w:val="20"/>
                <w:szCs w:val="20"/>
              </w:rPr>
            </w:pPr>
            <w:r w:rsidRPr="00250B4C">
              <w:rPr>
                <w:rFonts w:ascii="Aptos" w:eastAsiaTheme="minorEastAsia" w:hAnsi="Aptos" w:cstheme="minorBidi"/>
                <w:noProof/>
                <w:color w:val="4F81BD" w:themeColor="accent1"/>
                <w:sz w:val="20"/>
                <w:szCs w:val="20"/>
              </w:rPr>
              <w:lastRenderedPageBreak/>
              <w:drawing>
                <wp:inline distT="0" distB="0" distL="0" distR="0" wp14:anchorId="33D3CD36" wp14:editId="0802054E">
                  <wp:extent cx="2064577" cy="1870363"/>
                  <wp:effectExtent l="0" t="0" r="0" b="0"/>
                  <wp:docPr id="928811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11965" name="Picture 928811965"/>
                          <pic:cNvPicPr/>
                        </pic:nvPicPr>
                        <pic:blipFill>
                          <a:blip r:embed="rId11"/>
                          <a:stretch>
                            <a:fillRect/>
                          </a:stretch>
                        </pic:blipFill>
                        <pic:spPr>
                          <a:xfrm>
                            <a:off x="0" y="0"/>
                            <a:ext cx="2065554" cy="1871248"/>
                          </a:xfrm>
                          <a:prstGeom prst="rect">
                            <a:avLst/>
                          </a:prstGeom>
                        </pic:spPr>
                      </pic:pic>
                    </a:graphicData>
                  </a:graphic>
                </wp:inline>
              </w:drawing>
            </w:r>
            <w:r w:rsidRPr="00250B4C">
              <w:rPr>
                <w:rFonts w:ascii="Aptos" w:eastAsiaTheme="minorEastAsia" w:hAnsi="Aptos" w:cstheme="minorBidi"/>
                <w:noProof/>
                <w:color w:val="4F81BD" w:themeColor="accent1"/>
                <w:sz w:val="20"/>
                <w:szCs w:val="20"/>
              </w:rPr>
              <w:drawing>
                <wp:inline distT="0" distB="0" distL="0" distR="0" wp14:anchorId="7D438AC2" wp14:editId="1F5F4C23">
                  <wp:extent cx="1993265" cy="1745673"/>
                  <wp:effectExtent l="0" t="0" r="6985" b="6985"/>
                  <wp:docPr id="373392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92091" name="Picture 373392091"/>
                          <pic:cNvPicPr/>
                        </pic:nvPicPr>
                        <pic:blipFill>
                          <a:blip r:embed="rId12"/>
                          <a:stretch>
                            <a:fillRect/>
                          </a:stretch>
                        </pic:blipFill>
                        <pic:spPr>
                          <a:xfrm>
                            <a:off x="0" y="0"/>
                            <a:ext cx="1993265" cy="1745673"/>
                          </a:xfrm>
                          <a:prstGeom prst="rect">
                            <a:avLst/>
                          </a:prstGeom>
                        </pic:spPr>
                      </pic:pic>
                    </a:graphicData>
                  </a:graphic>
                </wp:inline>
              </w:drawing>
            </w:r>
          </w:p>
          <w:p w14:paraId="31E20004" w14:textId="77777777" w:rsidR="00250B4C" w:rsidRDefault="00250B4C" w:rsidP="00F63787">
            <w:pPr>
              <w:pStyle w:val="Caption"/>
              <w:jc w:val="center"/>
              <w:rPr>
                <w:rFonts w:ascii="Aptos" w:hAnsi="Aptos"/>
                <w:b w:val="0"/>
                <w:bCs w:val="0"/>
                <w:sz w:val="20"/>
                <w:szCs w:val="20"/>
              </w:rPr>
            </w:pPr>
            <w:bookmarkStart w:id="16" w:name="_Toc200617239"/>
            <w:r w:rsidRPr="00250B4C">
              <w:rPr>
                <w:rFonts w:ascii="Aptos" w:hAnsi="Aptos"/>
                <w:b w:val="0"/>
                <w:bCs w:val="0"/>
                <w:sz w:val="20"/>
                <w:szCs w:val="20"/>
              </w:rPr>
              <w:t xml:space="preserve">Figure </w:t>
            </w:r>
            <w:r w:rsidRPr="00250B4C">
              <w:rPr>
                <w:rFonts w:ascii="Aptos" w:hAnsi="Aptos"/>
                <w:b w:val="0"/>
                <w:bCs w:val="0"/>
                <w:sz w:val="20"/>
                <w:szCs w:val="20"/>
              </w:rPr>
              <w:fldChar w:fldCharType="begin"/>
            </w:r>
            <w:r w:rsidRPr="00250B4C">
              <w:rPr>
                <w:rFonts w:ascii="Aptos" w:hAnsi="Aptos"/>
                <w:b w:val="0"/>
                <w:bCs w:val="0"/>
                <w:sz w:val="20"/>
                <w:szCs w:val="20"/>
              </w:rPr>
              <w:instrText xml:space="preserve"> SEQ Figure \* ARABIC </w:instrText>
            </w:r>
            <w:r w:rsidRPr="00250B4C">
              <w:rPr>
                <w:rFonts w:ascii="Aptos" w:hAnsi="Aptos"/>
                <w:b w:val="0"/>
                <w:bCs w:val="0"/>
                <w:sz w:val="20"/>
                <w:szCs w:val="20"/>
              </w:rPr>
              <w:fldChar w:fldCharType="separate"/>
            </w:r>
            <w:r>
              <w:rPr>
                <w:rFonts w:ascii="Aptos" w:hAnsi="Aptos"/>
                <w:b w:val="0"/>
                <w:bCs w:val="0"/>
                <w:noProof/>
                <w:sz w:val="20"/>
                <w:szCs w:val="20"/>
              </w:rPr>
              <w:t>1</w:t>
            </w:r>
            <w:r w:rsidRPr="00250B4C">
              <w:rPr>
                <w:rFonts w:ascii="Aptos" w:hAnsi="Aptos"/>
                <w:b w:val="0"/>
                <w:bCs w:val="0"/>
                <w:sz w:val="20"/>
                <w:szCs w:val="20"/>
              </w:rPr>
              <w:fldChar w:fldCharType="end"/>
            </w:r>
            <w:r w:rsidRPr="00250B4C">
              <w:rPr>
                <w:rFonts w:ascii="Aptos" w:hAnsi="Aptos"/>
                <w:b w:val="0"/>
                <w:bCs w:val="0"/>
                <w:sz w:val="20"/>
                <w:szCs w:val="20"/>
              </w:rPr>
              <w:t>: Prototype Design Phase.</w:t>
            </w:r>
            <w:bookmarkEnd w:id="16"/>
          </w:p>
          <w:p w14:paraId="765FA830" w14:textId="7F27337A" w:rsidR="00250B4C" w:rsidRPr="00250B4C" w:rsidRDefault="00250B4C" w:rsidP="00F63787">
            <w:pPr>
              <w:jc w:val="center"/>
            </w:pPr>
          </w:p>
        </w:tc>
      </w:tr>
      <w:tr w:rsidR="00837EB7" w14:paraId="0B5AADA8" w14:textId="77777777" w:rsidTr="00F63787">
        <w:tc>
          <w:tcPr>
            <w:tcW w:w="9620" w:type="dxa"/>
            <w:vAlign w:val="center"/>
          </w:tcPr>
          <w:p w14:paraId="54DF089F" w14:textId="2542E59A" w:rsidR="00837EB7" w:rsidRDefault="00250B4C" w:rsidP="00F63787">
            <w:pPr>
              <w:pStyle w:val="NormalWeb"/>
              <w:spacing w:line="360" w:lineRule="auto"/>
              <w:jc w:val="center"/>
              <w:rPr>
                <w:rFonts w:ascii="Aptos" w:hAnsi="Aptos"/>
              </w:rPr>
            </w:pPr>
            <w:r>
              <w:rPr>
                <w:noProof/>
              </w:rPr>
              <mc:AlternateContent>
                <mc:Choice Requires="wps">
                  <w:drawing>
                    <wp:anchor distT="0" distB="0" distL="114300" distR="114300" simplePos="0" relativeHeight="251744256" behindDoc="0" locked="0" layoutInCell="1" allowOverlap="1" wp14:anchorId="3FEA277E" wp14:editId="407C98DB">
                      <wp:simplePos x="0" y="0"/>
                      <wp:positionH relativeFrom="column">
                        <wp:posOffset>1658620</wp:posOffset>
                      </wp:positionH>
                      <wp:positionV relativeFrom="paragraph">
                        <wp:posOffset>1889760</wp:posOffset>
                      </wp:positionV>
                      <wp:extent cx="2855595" cy="635"/>
                      <wp:effectExtent l="0" t="0" r="1905" b="8890"/>
                      <wp:wrapSquare wrapText="bothSides"/>
                      <wp:docPr id="460703436" name="Text Box 1"/>
                      <wp:cNvGraphicFramePr/>
                      <a:graphic xmlns:a="http://schemas.openxmlformats.org/drawingml/2006/main">
                        <a:graphicData uri="http://schemas.microsoft.com/office/word/2010/wordprocessingShape">
                          <wps:wsp>
                            <wps:cNvSpPr txBox="1"/>
                            <wps:spPr>
                              <a:xfrm>
                                <a:off x="0" y="0"/>
                                <a:ext cx="2855595" cy="635"/>
                              </a:xfrm>
                              <a:prstGeom prst="rect">
                                <a:avLst/>
                              </a:prstGeom>
                              <a:solidFill>
                                <a:prstClr val="white"/>
                              </a:solidFill>
                              <a:ln>
                                <a:noFill/>
                              </a:ln>
                            </wps:spPr>
                            <wps:txbx>
                              <w:txbxContent>
                                <w:p w14:paraId="0F67EACA" w14:textId="33E66035" w:rsidR="00250B4C" w:rsidRPr="00250B4C" w:rsidRDefault="00250B4C" w:rsidP="00250B4C">
                                  <w:pPr>
                                    <w:pStyle w:val="NormalWeb"/>
                                    <w:keepNext/>
                                    <w:spacing w:line="360" w:lineRule="auto"/>
                                    <w:jc w:val="center"/>
                                    <w:rPr>
                                      <w:rFonts w:ascii="Aptos" w:eastAsiaTheme="minorEastAsia" w:hAnsi="Aptos" w:cstheme="minorBidi"/>
                                      <w:color w:val="4F81BD" w:themeColor="accent1"/>
                                      <w:sz w:val="20"/>
                                      <w:szCs w:val="20"/>
                                    </w:rPr>
                                  </w:pPr>
                                  <w:bookmarkStart w:id="17" w:name="_Toc200617240"/>
                                  <w:r w:rsidRPr="00250B4C">
                                    <w:rPr>
                                      <w:rFonts w:ascii="Aptos" w:eastAsiaTheme="minorEastAsia" w:hAnsi="Aptos" w:cstheme="minorBidi"/>
                                      <w:color w:val="4F81BD" w:themeColor="accent1"/>
                                      <w:sz w:val="20"/>
                                      <w:szCs w:val="20"/>
                                    </w:rPr>
                                    <w:t xml:space="preserve">Figure </w:t>
                                  </w:r>
                                  <w:r w:rsidRPr="00250B4C">
                                    <w:rPr>
                                      <w:rFonts w:ascii="Aptos" w:eastAsiaTheme="minorEastAsia" w:hAnsi="Aptos" w:cstheme="minorBidi"/>
                                      <w:color w:val="4F81BD" w:themeColor="accent1"/>
                                      <w:sz w:val="20"/>
                                      <w:szCs w:val="20"/>
                                    </w:rPr>
                                    <w:fldChar w:fldCharType="begin"/>
                                  </w:r>
                                  <w:r w:rsidRPr="00250B4C">
                                    <w:rPr>
                                      <w:rFonts w:ascii="Aptos" w:eastAsiaTheme="minorEastAsia" w:hAnsi="Aptos" w:cstheme="minorBidi"/>
                                      <w:color w:val="4F81BD" w:themeColor="accent1"/>
                                      <w:sz w:val="20"/>
                                      <w:szCs w:val="20"/>
                                    </w:rPr>
                                    <w:instrText xml:space="preserve"> SEQ Figure \* ARABIC </w:instrText>
                                  </w:r>
                                  <w:r w:rsidRPr="00250B4C">
                                    <w:rPr>
                                      <w:rFonts w:ascii="Aptos" w:eastAsiaTheme="minorEastAsia" w:hAnsi="Aptos" w:cstheme="minorBidi"/>
                                      <w:color w:val="4F81BD" w:themeColor="accent1"/>
                                      <w:sz w:val="20"/>
                                      <w:szCs w:val="20"/>
                                    </w:rPr>
                                    <w:fldChar w:fldCharType="separate"/>
                                  </w:r>
                                  <w:r w:rsidRPr="00250B4C">
                                    <w:rPr>
                                      <w:rFonts w:ascii="Aptos" w:eastAsiaTheme="minorEastAsia" w:hAnsi="Aptos" w:cstheme="minorBidi"/>
                                      <w:color w:val="4F81BD" w:themeColor="accent1"/>
                                      <w:sz w:val="20"/>
                                      <w:szCs w:val="20"/>
                                    </w:rPr>
                                    <w:t>2</w:t>
                                  </w:r>
                                  <w:r w:rsidRPr="00250B4C">
                                    <w:rPr>
                                      <w:rFonts w:ascii="Aptos" w:eastAsiaTheme="minorEastAsia" w:hAnsi="Aptos" w:cstheme="minorBidi"/>
                                      <w:color w:val="4F81BD" w:themeColor="accent1"/>
                                      <w:sz w:val="20"/>
                                      <w:szCs w:val="20"/>
                                    </w:rPr>
                                    <w:fldChar w:fldCharType="end"/>
                                  </w:r>
                                  <w:r w:rsidRPr="00250B4C">
                                    <w:rPr>
                                      <w:rFonts w:ascii="Aptos" w:eastAsiaTheme="minorEastAsia" w:hAnsi="Aptos" w:cstheme="minorBidi"/>
                                      <w:color w:val="4F81BD" w:themeColor="accent1"/>
                                      <w:sz w:val="20"/>
                                      <w:szCs w:val="20"/>
                                    </w:rPr>
                                    <w:t>: Prototype Programming Phase.</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EA277E" id="Text Box 1" o:spid="_x0000_s1029" type="#_x0000_t202" style="position:absolute;left:0;text-align:left;margin-left:130.6pt;margin-top:148.8pt;width:224.85pt;height:.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hpGwIAAD8EAAAOAAAAZHJzL2Uyb0RvYy54bWysU8Fu2zAMvQ/YPwi6L05SpOi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" stroked="f">
                      <v:textbox style="mso-fit-shape-to-text:t" inset="0,0,0,0">
                        <w:txbxContent>
                          <w:p w14:paraId="0F67EACA" w14:textId="33E66035" w:rsidR="00250B4C" w:rsidRPr="00250B4C" w:rsidRDefault="00250B4C" w:rsidP="00250B4C">
                            <w:pPr>
                              <w:pStyle w:val="NormalWeb"/>
                              <w:keepNext/>
                              <w:spacing w:line="360" w:lineRule="auto"/>
                              <w:jc w:val="center"/>
                              <w:rPr>
                                <w:rFonts w:ascii="Aptos" w:eastAsiaTheme="minorEastAsia" w:hAnsi="Aptos" w:cstheme="minorBidi"/>
                                <w:color w:val="4F81BD" w:themeColor="accent1"/>
                                <w:sz w:val="20"/>
                                <w:szCs w:val="20"/>
                              </w:rPr>
                            </w:pPr>
                            <w:bookmarkStart w:id="18" w:name="_Toc200617240"/>
                            <w:r w:rsidRPr="00250B4C">
                              <w:rPr>
                                <w:rFonts w:ascii="Aptos" w:eastAsiaTheme="minorEastAsia" w:hAnsi="Aptos" w:cstheme="minorBidi"/>
                                <w:color w:val="4F81BD" w:themeColor="accent1"/>
                                <w:sz w:val="20"/>
                                <w:szCs w:val="20"/>
                              </w:rPr>
                              <w:t xml:space="preserve">Figure </w:t>
                            </w:r>
                            <w:r w:rsidRPr="00250B4C">
                              <w:rPr>
                                <w:rFonts w:ascii="Aptos" w:eastAsiaTheme="minorEastAsia" w:hAnsi="Aptos" w:cstheme="minorBidi"/>
                                <w:color w:val="4F81BD" w:themeColor="accent1"/>
                                <w:sz w:val="20"/>
                                <w:szCs w:val="20"/>
                              </w:rPr>
                              <w:fldChar w:fldCharType="begin"/>
                            </w:r>
                            <w:r w:rsidRPr="00250B4C">
                              <w:rPr>
                                <w:rFonts w:ascii="Aptos" w:eastAsiaTheme="minorEastAsia" w:hAnsi="Aptos" w:cstheme="minorBidi"/>
                                <w:color w:val="4F81BD" w:themeColor="accent1"/>
                                <w:sz w:val="20"/>
                                <w:szCs w:val="20"/>
                              </w:rPr>
                              <w:instrText xml:space="preserve"> SEQ Figure \* ARABIC </w:instrText>
                            </w:r>
                            <w:r w:rsidRPr="00250B4C">
                              <w:rPr>
                                <w:rFonts w:ascii="Aptos" w:eastAsiaTheme="minorEastAsia" w:hAnsi="Aptos" w:cstheme="minorBidi"/>
                                <w:color w:val="4F81BD" w:themeColor="accent1"/>
                                <w:sz w:val="20"/>
                                <w:szCs w:val="20"/>
                              </w:rPr>
                              <w:fldChar w:fldCharType="separate"/>
                            </w:r>
                            <w:r w:rsidRPr="00250B4C">
                              <w:rPr>
                                <w:rFonts w:ascii="Aptos" w:eastAsiaTheme="minorEastAsia" w:hAnsi="Aptos" w:cstheme="minorBidi"/>
                                <w:color w:val="4F81BD" w:themeColor="accent1"/>
                                <w:sz w:val="20"/>
                                <w:szCs w:val="20"/>
                              </w:rPr>
                              <w:t>2</w:t>
                            </w:r>
                            <w:r w:rsidRPr="00250B4C">
                              <w:rPr>
                                <w:rFonts w:ascii="Aptos" w:eastAsiaTheme="minorEastAsia" w:hAnsi="Aptos" w:cstheme="minorBidi"/>
                                <w:color w:val="4F81BD" w:themeColor="accent1"/>
                                <w:sz w:val="20"/>
                                <w:szCs w:val="20"/>
                              </w:rPr>
                              <w:fldChar w:fldCharType="end"/>
                            </w:r>
                            <w:r w:rsidRPr="00250B4C">
                              <w:rPr>
                                <w:rFonts w:ascii="Aptos" w:eastAsiaTheme="minorEastAsia" w:hAnsi="Aptos" w:cstheme="minorBidi"/>
                                <w:color w:val="4F81BD" w:themeColor="accent1"/>
                                <w:sz w:val="20"/>
                                <w:szCs w:val="20"/>
                              </w:rPr>
                              <w:t>: Prototype Programming Phase.</w:t>
                            </w:r>
                            <w:bookmarkEnd w:id="18"/>
                          </w:p>
                        </w:txbxContent>
                      </v:textbox>
                      <w10:wrap type="square"/>
                    </v:shape>
                  </w:pict>
                </mc:Fallback>
              </mc:AlternateContent>
            </w:r>
            <w:r w:rsidRPr="00CD43C2">
              <w:rPr>
                <w:rFonts w:ascii="Aptos" w:hAnsi="Aptos"/>
                <w:noProof/>
              </w:rPr>
              <w:drawing>
                <wp:anchor distT="0" distB="0" distL="114300" distR="114300" simplePos="0" relativeHeight="251724800" behindDoc="0" locked="0" layoutInCell="1" allowOverlap="1" wp14:anchorId="5B85980E" wp14:editId="32D6D5D6">
                  <wp:simplePos x="0" y="0"/>
                  <wp:positionH relativeFrom="column">
                    <wp:posOffset>3364865</wp:posOffset>
                  </wp:positionH>
                  <wp:positionV relativeFrom="paragraph">
                    <wp:posOffset>1270</wp:posOffset>
                  </wp:positionV>
                  <wp:extent cx="2884804" cy="1828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4804" cy="1828800"/>
                          </a:xfrm>
                          <a:prstGeom prst="rect">
                            <a:avLst/>
                          </a:prstGeom>
                          <a:noFill/>
                        </pic:spPr>
                      </pic:pic>
                    </a:graphicData>
                  </a:graphic>
                  <wp14:sizeRelH relativeFrom="margin">
                    <wp14:pctWidth>0</wp14:pctWidth>
                  </wp14:sizeRelH>
                  <wp14:sizeRelV relativeFrom="margin">
                    <wp14:pctHeight>0</wp14:pctHeight>
                  </wp14:sizeRelV>
                </wp:anchor>
              </w:drawing>
            </w:r>
            <w:r w:rsidRPr="00CD43C2">
              <w:rPr>
                <w:rFonts w:ascii="Aptos" w:hAnsi="Aptos"/>
                <w:noProof/>
              </w:rPr>
              <w:drawing>
                <wp:anchor distT="0" distB="0" distL="114300" distR="114300" simplePos="0" relativeHeight="251705344" behindDoc="0" locked="0" layoutInCell="1" allowOverlap="1" wp14:anchorId="2E02F763" wp14:editId="51FC9E41">
                  <wp:simplePos x="0" y="0"/>
                  <wp:positionH relativeFrom="column">
                    <wp:posOffset>1657985</wp:posOffset>
                  </wp:positionH>
                  <wp:positionV relativeFrom="paragraph">
                    <wp:posOffset>1270</wp:posOffset>
                  </wp:positionV>
                  <wp:extent cx="1709420" cy="182880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420" cy="1828800"/>
                          </a:xfrm>
                          <a:prstGeom prst="rect">
                            <a:avLst/>
                          </a:prstGeom>
                          <a:noFill/>
                        </pic:spPr>
                      </pic:pic>
                    </a:graphicData>
                  </a:graphic>
                  <wp14:sizeRelH relativeFrom="margin">
                    <wp14:pctWidth>0</wp14:pctWidth>
                  </wp14:sizeRelH>
                  <wp14:sizeRelV relativeFrom="margin">
                    <wp14:pctHeight>0</wp14:pctHeight>
                  </wp14:sizeRelV>
                </wp:anchor>
              </w:drawing>
            </w:r>
            <w:r w:rsidRPr="00CD43C2">
              <w:rPr>
                <w:rFonts w:ascii="Aptos" w:hAnsi="Aptos"/>
                <w:noProof/>
              </w:rPr>
              <w:drawing>
                <wp:anchor distT="0" distB="0" distL="114300" distR="114300" simplePos="0" relativeHeight="251681792" behindDoc="0" locked="0" layoutInCell="1" allowOverlap="1" wp14:anchorId="0E4D5269" wp14:editId="39206034">
                  <wp:simplePos x="0" y="0"/>
                  <wp:positionH relativeFrom="column">
                    <wp:posOffset>-76967</wp:posOffset>
                  </wp:positionH>
                  <wp:positionV relativeFrom="paragraph">
                    <wp:posOffset>0</wp:posOffset>
                  </wp:positionV>
                  <wp:extent cx="1719699"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9699" cy="1828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05AA019" w14:textId="679982AC" w:rsidR="003D0161" w:rsidRPr="00250B4C" w:rsidRDefault="003D0161" w:rsidP="00CF7C7D">
      <w:r w:rsidRPr="00CD43C2">
        <w:rPr>
          <w:rFonts w:ascii="Aptos" w:hAnsi="Aptos"/>
          <w:sz w:val="24"/>
          <w:szCs w:val="24"/>
        </w:rPr>
        <w:t xml:space="preserve">                                    </w:t>
      </w:r>
    </w:p>
    <w:p w14:paraId="746F37D7" w14:textId="4AFC2102" w:rsidR="00272CD6" w:rsidRPr="0042172C" w:rsidRDefault="00272CD6" w:rsidP="00CF7C7D">
      <w:pPr>
        <w:pStyle w:val="Heading1"/>
        <w:numPr>
          <w:ilvl w:val="0"/>
          <w:numId w:val="26"/>
        </w:numPr>
        <w:rPr>
          <w:rStyle w:val="Strong"/>
          <w:rFonts w:ascii="Aptos" w:hAnsi="Aptos"/>
          <w:b/>
          <w:bCs/>
          <w:sz w:val="24"/>
          <w:szCs w:val="24"/>
        </w:rPr>
      </w:pPr>
      <w:bookmarkStart w:id="19" w:name="_Toc200617360"/>
      <w:r w:rsidRPr="0042172C">
        <w:rPr>
          <w:rFonts w:ascii="Aptos" w:hAnsi="Aptos"/>
          <w:sz w:val="24"/>
          <w:szCs w:val="24"/>
        </w:rPr>
        <w:t>Redesign &amp; Retest</w:t>
      </w:r>
      <w:bookmarkEnd w:id="19"/>
      <w:r w:rsidRPr="0042172C">
        <w:rPr>
          <w:rStyle w:val="Strong"/>
          <w:rFonts w:ascii="Aptos" w:hAnsi="Aptos"/>
          <w:b/>
          <w:bCs/>
          <w:sz w:val="24"/>
          <w:szCs w:val="24"/>
        </w:rPr>
        <w:t xml:space="preserve"> </w:t>
      </w:r>
    </w:p>
    <w:p w14:paraId="69BE28D1" w14:textId="346CB068" w:rsidR="00460EF3" w:rsidRPr="00CD43C2" w:rsidRDefault="00460EF3" w:rsidP="00CF7C7D">
      <w:pPr>
        <w:pStyle w:val="Heading2"/>
        <w:spacing w:after="240"/>
        <w:rPr>
          <w:rFonts w:ascii="Aptos" w:hAnsi="Aptos"/>
          <w:sz w:val="24"/>
          <w:szCs w:val="24"/>
        </w:rPr>
      </w:pPr>
      <w:bookmarkStart w:id="20" w:name="_Toc200617361"/>
      <w:r w:rsidRPr="00CD43C2">
        <w:rPr>
          <w:rStyle w:val="Strong"/>
          <w:rFonts w:ascii="Aptos" w:hAnsi="Aptos"/>
          <w:sz w:val="24"/>
          <w:szCs w:val="24"/>
        </w:rPr>
        <w:t>Current Prototype</w:t>
      </w:r>
      <w:bookmarkEnd w:id="20"/>
    </w:p>
    <w:p w14:paraId="4C7E2014" w14:textId="03CCD3E0" w:rsidR="003C1831" w:rsidRPr="00CD43C2" w:rsidRDefault="00460EF3" w:rsidP="00CF7C7D">
      <w:pPr>
        <w:spacing w:line="360" w:lineRule="auto"/>
        <w:rPr>
          <w:rFonts w:ascii="Aptos" w:hAnsi="Aptos"/>
          <w:sz w:val="24"/>
          <w:szCs w:val="24"/>
        </w:rPr>
      </w:pPr>
      <w:r w:rsidRPr="00CD43C2">
        <w:rPr>
          <w:rFonts w:ascii="Aptos" w:hAnsi="Aptos"/>
          <w:sz w:val="24"/>
          <w:szCs w:val="24"/>
        </w:rPr>
        <w:t>After development, we did not change the sensors, the pump, or the idea of placing them at specific points along the pipeline. However, we replaced the controller with an Arduino D1 (</w:t>
      </w:r>
      <w:proofErr w:type="spellStart"/>
      <w:r w:rsidRPr="00CD43C2">
        <w:rPr>
          <w:rFonts w:ascii="Aptos" w:hAnsi="Aptos"/>
          <w:sz w:val="24"/>
          <w:szCs w:val="24"/>
        </w:rPr>
        <w:t>Wemos</w:t>
      </w:r>
      <w:proofErr w:type="spellEnd"/>
      <w:r w:rsidRPr="00CD43C2">
        <w:rPr>
          <w:rFonts w:ascii="Aptos" w:hAnsi="Aptos"/>
          <w:sz w:val="24"/>
          <w:szCs w:val="24"/>
        </w:rPr>
        <w:t xml:space="preserve"> D1).</w:t>
      </w:r>
      <w:r w:rsidR="0012310B">
        <w:rPr>
          <w:rFonts w:ascii="Aptos" w:hAnsi="Aptos"/>
          <w:sz w:val="24"/>
          <w:szCs w:val="24"/>
        </w:rPr>
        <w:t xml:space="preserve"> </w:t>
      </w:r>
      <w:r w:rsidRPr="00CD43C2">
        <w:rPr>
          <w:rFonts w:ascii="Aptos" w:hAnsi="Aptos"/>
          <w:sz w:val="24"/>
          <w:szCs w:val="24"/>
        </w:rPr>
        <w:t xml:space="preserve">We kept both the </w:t>
      </w:r>
      <w:r w:rsidR="0012310B" w:rsidRPr="00CD43C2">
        <w:rPr>
          <w:rFonts w:ascii="Aptos" w:hAnsi="Aptos"/>
          <w:sz w:val="24"/>
          <w:szCs w:val="24"/>
        </w:rPr>
        <w:t>camera,</w:t>
      </w:r>
      <w:r w:rsidRPr="00CD43C2">
        <w:rPr>
          <w:rFonts w:ascii="Aptos" w:hAnsi="Aptos"/>
          <w:sz w:val="24"/>
          <w:szCs w:val="24"/>
        </w:rPr>
        <w:t xml:space="preserve"> and the servo motor connected to the Raspberry Pi. However, the Raspberry Pi was mounted on a mobile robot that moves along a designated path above the ground and removes harmful roots affecting the pipes.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4521"/>
      </w:tblGrid>
      <w:tr w:rsidR="004606E3" w:rsidRPr="004606E3" w14:paraId="3AF9B810" w14:textId="77777777" w:rsidTr="00FE46D2">
        <w:trPr>
          <w:trHeight w:val="3625"/>
          <w:jc w:val="center"/>
        </w:trPr>
        <w:tc>
          <w:tcPr>
            <w:tcW w:w="2596" w:type="pct"/>
            <w:vAlign w:val="center"/>
          </w:tcPr>
          <w:p w14:paraId="031BA748" w14:textId="77777777" w:rsidR="00837EB7" w:rsidRPr="00837EB7" w:rsidRDefault="004606E3" w:rsidP="00FE46D2">
            <w:pPr>
              <w:keepNext/>
              <w:jc w:val="center"/>
              <w:rPr>
                <w:rFonts w:ascii="Aptos" w:hAnsi="Aptos"/>
                <w:sz w:val="20"/>
                <w:szCs w:val="20"/>
              </w:rPr>
            </w:pPr>
            <w:r w:rsidRPr="00837EB7">
              <w:rPr>
                <w:rFonts w:ascii="Aptos" w:hAnsi="Aptos"/>
                <w:noProof/>
                <w:sz w:val="20"/>
                <w:szCs w:val="20"/>
              </w:rPr>
              <w:lastRenderedPageBreak/>
              <w:drawing>
                <wp:inline distT="0" distB="0" distL="0" distR="0" wp14:anchorId="05E2BE9B" wp14:editId="6DAE81A4">
                  <wp:extent cx="2440258"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0258" cy="1828800"/>
                          </a:xfrm>
                          <a:prstGeom prst="rect">
                            <a:avLst/>
                          </a:prstGeom>
                          <a:noFill/>
                        </pic:spPr>
                      </pic:pic>
                    </a:graphicData>
                  </a:graphic>
                </wp:inline>
              </w:drawing>
            </w:r>
          </w:p>
          <w:p w14:paraId="7E178201" w14:textId="41651CBF" w:rsidR="004606E3" w:rsidRPr="00837EB7" w:rsidRDefault="00837EB7" w:rsidP="00FE46D2">
            <w:pPr>
              <w:pStyle w:val="Caption"/>
              <w:jc w:val="center"/>
              <w:rPr>
                <w:rFonts w:ascii="Aptos" w:hAnsi="Aptos"/>
                <w:b w:val="0"/>
                <w:bCs w:val="0"/>
                <w:sz w:val="20"/>
                <w:szCs w:val="20"/>
              </w:rPr>
            </w:pPr>
            <w:bookmarkStart w:id="21" w:name="_Toc200617241"/>
            <w:r w:rsidRPr="00837EB7">
              <w:rPr>
                <w:rFonts w:ascii="Aptos" w:hAnsi="Aptos"/>
                <w:b w:val="0"/>
                <w:bCs w:val="0"/>
                <w:sz w:val="20"/>
                <w:szCs w:val="20"/>
              </w:rPr>
              <w:t xml:space="preserve">Figure </w:t>
            </w:r>
            <w:r w:rsidRPr="00837EB7">
              <w:rPr>
                <w:rFonts w:ascii="Aptos" w:hAnsi="Aptos"/>
                <w:b w:val="0"/>
                <w:bCs w:val="0"/>
                <w:sz w:val="20"/>
                <w:szCs w:val="20"/>
              </w:rPr>
              <w:fldChar w:fldCharType="begin"/>
            </w:r>
            <w:r w:rsidRPr="00837EB7">
              <w:rPr>
                <w:rFonts w:ascii="Aptos" w:hAnsi="Aptos"/>
                <w:b w:val="0"/>
                <w:bCs w:val="0"/>
                <w:sz w:val="20"/>
                <w:szCs w:val="20"/>
              </w:rPr>
              <w:instrText xml:space="preserve"> SEQ Figure \* ARABIC </w:instrText>
            </w:r>
            <w:r w:rsidRPr="00837EB7">
              <w:rPr>
                <w:rFonts w:ascii="Aptos" w:hAnsi="Aptos"/>
                <w:b w:val="0"/>
                <w:bCs w:val="0"/>
                <w:sz w:val="20"/>
                <w:szCs w:val="20"/>
              </w:rPr>
              <w:fldChar w:fldCharType="separate"/>
            </w:r>
            <w:r w:rsidR="00250B4C">
              <w:rPr>
                <w:rFonts w:ascii="Aptos" w:hAnsi="Aptos"/>
                <w:b w:val="0"/>
                <w:bCs w:val="0"/>
                <w:noProof/>
                <w:sz w:val="20"/>
                <w:szCs w:val="20"/>
              </w:rPr>
              <w:t>3</w:t>
            </w:r>
            <w:r w:rsidRPr="00837EB7">
              <w:rPr>
                <w:rFonts w:ascii="Aptos" w:hAnsi="Aptos"/>
                <w:b w:val="0"/>
                <w:bCs w:val="0"/>
                <w:sz w:val="20"/>
                <w:szCs w:val="20"/>
              </w:rPr>
              <w:fldChar w:fldCharType="end"/>
            </w:r>
            <w:r w:rsidRPr="00837EB7">
              <w:rPr>
                <w:rFonts w:ascii="Aptos" w:hAnsi="Aptos"/>
                <w:b w:val="0"/>
                <w:bCs w:val="0"/>
                <w:sz w:val="20"/>
                <w:szCs w:val="20"/>
              </w:rPr>
              <w:t>: A Point in the Fixed Leak Detection System.</w:t>
            </w:r>
            <w:bookmarkEnd w:id="21"/>
          </w:p>
        </w:tc>
        <w:tc>
          <w:tcPr>
            <w:tcW w:w="2404" w:type="pct"/>
            <w:vAlign w:val="center"/>
          </w:tcPr>
          <w:p w14:paraId="3C7CE298" w14:textId="77777777" w:rsidR="00837EB7" w:rsidRPr="00837EB7" w:rsidRDefault="004606E3" w:rsidP="00FE46D2">
            <w:pPr>
              <w:keepNext/>
              <w:ind w:left="367"/>
              <w:jc w:val="center"/>
              <w:rPr>
                <w:rFonts w:ascii="Aptos" w:hAnsi="Aptos"/>
                <w:sz w:val="20"/>
                <w:szCs w:val="20"/>
              </w:rPr>
            </w:pPr>
            <w:r w:rsidRPr="00837EB7">
              <w:rPr>
                <w:rFonts w:ascii="Aptos" w:hAnsi="Aptos"/>
                <w:noProof/>
                <w:sz w:val="20"/>
                <w:szCs w:val="20"/>
              </w:rPr>
              <w:drawing>
                <wp:inline distT="0" distB="0" distL="0" distR="0" wp14:anchorId="4CB5F874" wp14:editId="43320522">
                  <wp:extent cx="2435211" cy="1828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5211" cy="1828800"/>
                          </a:xfrm>
                          <a:prstGeom prst="rect">
                            <a:avLst/>
                          </a:prstGeom>
                          <a:noFill/>
                        </pic:spPr>
                      </pic:pic>
                    </a:graphicData>
                  </a:graphic>
                </wp:inline>
              </w:drawing>
            </w:r>
          </w:p>
          <w:p w14:paraId="66E359D2" w14:textId="5BA0F3E9" w:rsidR="004606E3" w:rsidRPr="00837EB7" w:rsidRDefault="00837EB7" w:rsidP="00FE46D2">
            <w:pPr>
              <w:pStyle w:val="Caption"/>
              <w:jc w:val="center"/>
              <w:rPr>
                <w:rFonts w:ascii="Aptos" w:hAnsi="Aptos"/>
                <w:b w:val="0"/>
                <w:bCs w:val="0"/>
                <w:sz w:val="20"/>
                <w:szCs w:val="20"/>
                <w:rtl/>
              </w:rPr>
            </w:pPr>
            <w:bookmarkStart w:id="22" w:name="_Toc200617242"/>
            <w:r w:rsidRPr="00837EB7">
              <w:rPr>
                <w:rFonts w:ascii="Aptos" w:hAnsi="Aptos"/>
                <w:b w:val="0"/>
                <w:bCs w:val="0"/>
                <w:sz w:val="20"/>
                <w:szCs w:val="20"/>
              </w:rPr>
              <w:t xml:space="preserve">Figure </w:t>
            </w:r>
            <w:r w:rsidRPr="00837EB7">
              <w:rPr>
                <w:rFonts w:ascii="Aptos" w:hAnsi="Aptos"/>
                <w:b w:val="0"/>
                <w:bCs w:val="0"/>
                <w:sz w:val="20"/>
                <w:szCs w:val="20"/>
              </w:rPr>
              <w:fldChar w:fldCharType="begin"/>
            </w:r>
            <w:r w:rsidRPr="00837EB7">
              <w:rPr>
                <w:rFonts w:ascii="Aptos" w:hAnsi="Aptos"/>
                <w:b w:val="0"/>
                <w:bCs w:val="0"/>
                <w:sz w:val="20"/>
                <w:szCs w:val="20"/>
              </w:rPr>
              <w:instrText xml:space="preserve"> SEQ Figure \* ARABIC </w:instrText>
            </w:r>
            <w:r w:rsidRPr="00837EB7">
              <w:rPr>
                <w:rFonts w:ascii="Aptos" w:hAnsi="Aptos"/>
                <w:b w:val="0"/>
                <w:bCs w:val="0"/>
                <w:sz w:val="20"/>
                <w:szCs w:val="20"/>
              </w:rPr>
              <w:fldChar w:fldCharType="separate"/>
            </w:r>
            <w:r w:rsidR="00250B4C">
              <w:rPr>
                <w:rFonts w:ascii="Aptos" w:hAnsi="Aptos"/>
                <w:b w:val="0"/>
                <w:bCs w:val="0"/>
                <w:noProof/>
                <w:sz w:val="20"/>
                <w:szCs w:val="20"/>
              </w:rPr>
              <w:t>4</w:t>
            </w:r>
            <w:r w:rsidRPr="00837EB7">
              <w:rPr>
                <w:rFonts w:ascii="Aptos" w:hAnsi="Aptos"/>
                <w:b w:val="0"/>
                <w:bCs w:val="0"/>
                <w:sz w:val="20"/>
                <w:szCs w:val="20"/>
              </w:rPr>
              <w:fldChar w:fldCharType="end"/>
            </w:r>
            <w:r w:rsidRPr="00837EB7">
              <w:rPr>
                <w:rFonts w:ascii="Aptos" w:hAnsi="Aptos"/>
                <w:b w:val="0"/>
                <w:bCs w:val="0"/>
                <w:sz w:val="20"/>
                <w:szCs w:val="20"/>
              </w:rPr>
              <w:t>: The Mobile Robot.</w:t>
            </w:r>
            <w:bookmarkEnd w:id="22"/>
          </w:p>
        </w:tc>
      </w:tr>
    </w:tbl>
    <w:p w14:paraId="57F783BC" w14:textId="41C6AB22" w:rsidR="00460EF3" w:rsidRPr="00CD43C2" w:rsidRDefault="003C1831" w:rsidP="00CF7C7D">
      <w:pPr>
        <w:rPr>
          <w:rFonts w:ascii="Aptos" w:hAnsi="Aptos"/>
          <w:b/>
          <w:bCs/>
          <w:sz w:val="24"/>
          <w:szCs w:val="24"/>
        </w:rPr>
      </w:pPr>
      <w:r w:rsidRPr="00CD43C2">
        <w:rPr>
          <w:rFonts w:ascii="Aptos" w:hAnsi="Aptos"/>
          <w:b/>
          <w:bCs/>
          <w:sz w:val="24"/>
          <w:szCs w:val="24"/>
        </w:rPr>
        <w:t xml:space="preserve"> </w:t>
      </w:r>
      <w:r w:rsidR="00460EF3" w:rsidRPr="00CD43C2">
        <w:rPr>
          <w:rFonts w:ascii="Aptos" w:hAnsi="Aptos"/>
          <w:b/>
          <w:bCs/>
          <w:sz w:val="24"/>
          <w:szCs w:val="24"/>
        </w:rPr>
        <w:t xml:space="preserve">  </w:t>
      </w:r>
      <w:r w:rsidRPr="00CD43C2">
        <w:rPr>
          <w:rFonts w:ascii="Aptos" w:hAnsi="Aptos"/>
          <w:b/>
          <w:bCs/>
          <w:sz w:val="24"/>
          <w:szCs w:val="24"/>
        </w:rPr>
        <w:t xml:space="preserve"> </w:t>
      </w:r>
    </w:p>
    <w:p w14:paraId="11AF9ED0" w14:textId="2B30A059" w:rsidR="00303061" w:rsidRPr="0042172C" w:rsidRDefault="00460EF3" w:rsidP="00CF7C7D">
      <w:pPr>
        <w:pStyle w:val="Heading1"/>
        <w:numPr>
          <w:ilvl w:val="0"/>
          <w:numId w:val="26"/>
        </w:numPr>
        <w:tabs>
          <w:tab w:val="center" w:pos="4702"/>
        </w:tabs>
        <w:spacing w:after="240"/>
        <w:rPr>
          <w:rFonts w:ascii="Aptos" w:hAnsi="Aptos"/>
          <w:noProof/>
          <w:sz w:val="24"/>
          <w:szCs w:val="24"/>
        </w:rPr>
      </w:pPr>
      <w:bookmarkStart w:id="23" w:name="_Toc200617362"/>
      <w:r w:rsidRPr="0042172C">
        <w:rPr>
          <w:rFonts w:ascii="Aptos" w:hAnsi="Aptos"/>
          <w:sz w:val="24"/>
          <w:szCs w:val="24"/>
        </w:rPr>
        <w:t>Data Analysis</w:t>
      </w:r>
      <w:bookmarkEnd w:id="23"/>
    </w:p>
    <w:p w14:paraId="7561F2CE" w14:textId="196C5693" w:rsidR="00460EF3" w:rsidRDefault="00303061" w:rsidP="00CF7C7D">
      <w:r>
        <w:rPr>
          <w:noProof/>
        </w:rPr>
        <w:drawing>
          <wp:inline distT="0" distB="0" distL="0" distR="0" wp14:anchorId="1242D232" wp14:editId="191EF682">
            <wp:extent cx="6210300" cy="144625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و عو مياو.png"/>
                    <pic:cNvPicPr/>
                  </pic:nvPicPr>
                  <pic:blipFill>
                    <a:blip r:embed="rId18">
                      <a:extLst>
                        <a:ext uri="{28A0092B-C50C-407E-A947-70E740481C1C}">
                          <a14:useLocalDpi xmlns:a14="http://schemas.microsoft.com/office/drawing/2010/main" val="0"/>
                        </a:ext>
                      </a:extLst>
                    </a:blip>
                    <a:stretch>
                      <a:fillRect/>
                    </a:stretch>
                  </pic:blipFill>
                  <pic:spPr>
                    <a:xfrm>
                      <a:off x="0" y="0"/>
                      <a:ext cx="6228729" cy="1450544"/>
                    </a:xfrm>
                    <a:prstGeom prst="rect">
                      <a:avLst/>
                    </a:prstGeom>
                  </pic:spPr>
                </pic:pic>
              </a:graphicData>
            </a:graphic>
          </wp:inline>
        </w:drawing>
      </w:r>
    </w:p>
    <w:p w14:paraId="4D19460E" w14:textId="44EDBB1B" w:rsidR="00772AF9" w:rsidRPr="00772AF9" w:rsidRDefault="00772AF9" w:rsidP="009A75D0">
      <w:pPr>
        <w:pStyle w:val="Caption"/>
        <w:jc w:val="center"/>
        <w:rPr>
          <w:rFonts w:ascii="Aptos" w:hAnsi="Aptos"/>
          <w:b w:val="0"/>
          <w:bCs w:val="0"/>
          <w:sz w:val="20"/>
          <w:szCs w:val="20"/>
        </w:rPr>
      </w:pPr>
      <w:bookmarkStart w:id="24" w:name="_Toc200617243"/>
      <w:r w:rsidRPr="00772AF9">
        <w:rPr>
          <w:rFonts w:ascii="Aptos" w:hAnsi="Aptos"/>
          <w:b w:val="0"/>
          <w:bCs w:val="0"/>
          <w:sz w:val="20"/>
          <w:szCs w:val="20"/>
        </w:rPr>
        <w:t xml:space="preserve">Figure </w:t>
      </w:r>
      <w:r w:rsidRPr="00772AF9">
        <w:rPr>
          <w:rFonts w:ascii="Aptos" w:hAnsi="Aptos"/>
          <w:b w:val="0"/>
          <w:bCs w:val="0"/>
          <w:sz w:val="20"/>
          <w:szCs w:val="20"/>
        </w:rPr>
        <w:fldChar w:fldCharType="begin"/>
      </w:r>
      <w:r w:rsidRPr="00772AF9">
        <w:rPr>
          <w:rFonts w:ascii="Aptos" w:hAnsi="Aptos"/>
          <w:b w:val="0"/>
          <w:bCs w:val="0"/>
          <w:sz w:val="20"/>
          <w:szCs w:val="20"/>
        </w:rPr>
        <w:instrText xml:space="preserve"> SEQ Figure \* ARABIC </w:instrText>
      </w:r>
      <w:r w:rsidRPr="00772AF9">
        <w:rPr>
          <w:rFonts w:ascii="Aptos" w:hAnsi="Aptos"/>
          <w:b w:val="0"/>
          <w:bCs w:val="0"/>
          <w:sz w:val="20"/>
          <w:szCs w:val="20"/>
        </w:rPr>
        <w:fldChar w:fldCharType="separate"/>
      </w:r>
      <w:r w:rsidR="00250B4C">
        <w:rPr>
          <w:rFonts w:ascii="Aptos" w:hAnsi="Aptos"/>
          <w:b w:val="0"/>
          <w:bCs w:val="0"/>
          <w:noProof/>
          <w:sz w:val="20"/>
          <w:szCs w:val="20"/>
        </w:rPr>
        <w:t>5</w:t>
      </w:r>
      <w:r w:rsidRPr="00772AF9">
        <w:rPr>
          <w:rFonts w:ascii="Aptos" w:hAnsi="Aptos"/>
          <w:b w:val="0"/>
          <w:bCs w:val="0"/>
          <w:sz w:val="20"/>
          <w:szCs w:val="20"/>
        </w:rPr>
        <w:fldChar w:fldCharType="end"/>
      </w:r>
      <w:r w:rsidRPr="00772AF9">
        <w:rPr>
          <w:rFonts w:ascii="Aptos" w:hAnsi="Aptos"/>
          <w:b w:val="0"/>
          <w:bCs w:val="0"/>
          <w:sz w:val="20"/>
          <w:szCs w:val="20"/>
        </w:rPr>
        <w:t>: Results from the Data Analysis</w:t>
      </w:r>
      <w:bookmarkEnd w:id="24"/>
    </w:p>
    <w:tbl>
      <w:tblPr>
        <w:tblStyle w:val="TableGrid"/>
        <w:tblW w:w="5000" w:type="pct"/>
        <w:tblBorders>
          <w:top w:val="none" w:sz="0" w:space="0" w:color="auto"/>
          <w:left w:val="none" w:sz="0" w:space="0" w:color="auto"/>
          <w:bottom w:val="none" w:sz="0" w:space="0" w:color="auto"/>
          <w:right w:val="none" w:sz="0" w:space="0" w:color="auto"/>
        </w:tblBorders>
        <w:tblLook w:val="00A0" w:firstRow="1" w:lastRow="0" w:firstColumn="1" w:lastColumn="0" w:noHBand="0" w:noVBand="0"/>
      </w:tblPr>
      <w:tblGrid>
        <w:gridCol w:w="4147"/>
        <w:gridCol w:w="5257"/>
      </w:tblGrid>
      <w:tr w:rsidR="0012310B" w:rsidRPr="00750148" w14:paraId="733D3A19" w14:textId="2633E1F5" w:rsidTr="009A75D0">
        <w:tc>
          <w:tcPr>
            <w:tcW w:w="2205" w:type="pct"/>
            <w:vAlign w:val="center"/>
          </w:tcPr>
          <w:p w14:paraId="26B09467" w14:textId="77777777" w:rsidR="00772AF9" w:rsidRPr="00772AF9" w:rsidRDefault="0012310B" w:rsidP="009A75D0">
            <w:pPr>
              <w:pStyle w:val="Caption"/>
              <w:jc w:val="center"/>
              <w:rPr>
                <w:rFonts w:ascii="Aptos" w:hAnsi="Aptos"/>
                <w:b w:val="0"/>
                <w:bCs w:val="0"/>
                <w:sz w:val="20"/>
                <w:szCs w:val="20"/>
              </w:rPr>
            </w:pPr>
            <w:r w:rsidRPr="0012310B">
              <w:rPr>
                <w:rFonts w:ascii="Aptos" w:hAnsi="Aptos"/>
                <w:b w:val="0"/>
                <w:bCs w:val="0"/>
                <w:noProof/>
                <w:sz w:val="20"/>
                <w:szCs w:val="20"/>
              </w:rPr>
              <w:drawing>
                <wp:inline distT="0" distB="0" distL="0" distR="0" wp14:anchorId="7F09CE56" wp14:editId="363DBD57">
                  <wp:extent cx="1437832"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832" cy="1371600"/>
                          </a:xfrm>
                          <a:prstGeom prst="rect">
                            <a:avLst/>
                          </a:prstGeom>
                          <a:noFill/>
                        </pic:spPr>
                      </pic:pic>
                    </a:graphicData>
                  </a:graphic>
                </wp:inline>
              </w:drawing>
            </w:r>
          </w:p>
          <w:p w14:paraId="04560652" w14:textId="2094A646" w:rsidR="0012310B" w:rsidRPr="00772AF9" w:rsidRDefault="00772AF9" w:rsidP="009A75D0">
            <w:pPr>
              <w:pStyle w:val="Caption"/>
              <w:jc w:val="center"/>
              <w:rPr>
                <w:rFonts w:ascii="Aptos" w:hAnsi="Aptos"/>
                <w:b w:val="0"/>
                <w:bCs w:val="0"/>
                <w:sz w:val="20"/>
                <w:szCs w:val="20"/>
                <w:rtl/>
              </w:rPr>
            </w:pPr>
            <w:bookmarkStart w:id="25" w:name="_Toc200617244"/>
            <w:r w:rsidRPr="00772AF9">
              <w:rPr>
                <w:rFonts w:ascii="Aptos" w:hAnsi="Aptos"/>
                <w:b w:val="0"/>
                <w:bCs w:val="0"/>
                <w:sz w:val="20"/>
                <w:szCs w:val="20"/>
              </w:rPr>
              <w:t xml:space="preserve">Figure </w:t>
            </w:r>
            <w:r w:rsidRPr="00772AF9">
              <w:rPr>
                <w:rFonts w:ascii="Aptos" w:hAnsi="Aptos"/>
                <w:b w:val="0"/>
                <w:bCs w:val="0"/>
                <w:sz w:val="20"/>
                <w:szCs w:val="20"/>
              </w:rPr>
              <w:fldChar w:fldCharType="begin"/>
            </w:r>
            <w:r w:rsidRPr="00772AF9">
              <w:rPr>
                <w:rFonts w:ascii="Aptos" w:hAnsi="Aptos"/>
                <w:b w:val="0"/>
                <w:bCs w:val="0"/>
                <w:sz w:val="20"/>
                <w:szCs w:val="20"/>
              </w:rPr>
              <w:instrText xml:space="preserve"> SEQ Figure \* ARABIC </w:instrText>
            </w:r>
            <w:r w:rsidRPr="00772AF9">
              <w:rPr>
                <w:rFonts w:ascii="Aptos" w:hAnsi="Aptos"/>
                <w:b w:val="0"/>
                <w:bCs w:val="0"/>
                <w:sz w:val="20"/>
                <w:szCs w:val="20"/>
              </w:rPr>
              <w:fldChar w:fldCharType="separate"/>
            </w:r>
            <w:r w:rsidR="00250B4C">
              <w:rPr>
                <w:rFonts w:ascii="Aptos" w:hAnsi="Aptos"/>
                <w:b w:val="0"/>
                <w:bCs w:val="0"/>
                <w:noProof/>
                <w:sz w:val="20"/>
                <w:szCs w:val="20"/>
              </w:rPr>
              <w:t>6</w:t>
            </w:r>
            <w:r w:rsidRPr="00772AF9">
              <w:rPr>
                <w:rFonts w:ascii="Aptos" w:hAnsi="Aptos"/>
                <w:b w:val="0"/>
                <w:bCs w:val="0"/>
                <w:sz w:val="20"/>
                <w:szCs w:val="20"/>
              </w:rPr>
              <w:fldChar w:fldCharType="end"/>
            </w:r>
            <w:r w:rsidRPr="00772AF9">
              <w:rPr>
                <w:rFonts w:ascii="Aptos" w:hAnsi="Aptos"/>
                <w:b w:val="0"/>
                <w:bCs w:val="0"/>
                <w:sz w:val="20"/>
                <w:szCs w:val="20"/>
              </w:rPr>
              <w:t>: Robot success rate</w:t>
            </w:r>
            <w:r>
              <w:rPr>
                <w:rFonts w:ascii="Aptos" w:hAnsi="Aptos"/>
                <w:b w:val="0"/>
                <w:bCs w:val="0"/>
                <w:sz w:val="20"/>
                <w:szCs w:val="20"/>
              </w:rPr>
              <w:t>.</w:t>
            </w:r>
            <w:bookmarkEnd w:id="25"/>
          </w:p>
        </w:tc>
        <w:tc>
          <w:tcPr>
            <w:tcW w:w="2795" w:type="pct"/>
            <w:vAlign w:val="center"/>
          </w:tcPr>
          <w:p w14:paraId="56BDE9DA" w14:textId="77777777" w:rsidR="00772AF9" w:rsidRDefault="0012310B" w:rsidP="009A75D0">
            <w:pPr>
              <w:keepNext/>
              <w:spacing w:line="360" w:lineRule="auto"/>
              <w:ind w:left="678"/>
              <w:jc w:val="center"/>
            </w:pPr>
            <w:r w:rsidRPr="0012310B">
              <w:rPr>
                <w:rFonts w:ascii="Aptos" w:hAnsi="Aptos"/>
                <w:b/>
                <w:bCs/>
                <w:noProof/>
                <w:sz w:val="20"/>
                <w:szCs w:val="20"/>
              </w:rPr>
              <w:drawing>
                <wp:inline distT="0" distB="0" distL="0" distR="0" wp14:anchorId="7F3A9C6E" wp14:editId="069030DC">
                  <wp:extent cx="1424577" cy="13716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b="3084"/>
                          <a:stretch/>
                        </pic:blipFill>
                        <pic:spPr bwMode="auto">
                          <a:xfrm>
                            <a:off x="0" y="0"/>
                            <a:ext cx="1424577"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F70466D" w14:textId="76B00ECA" w:rsidR="0012310B" w:rsidRPr="0012310B" w:rsidRDefault="00772AF9" w:rsidP="009A75D0">
            <w:pPr>
              <w:pStyle w:val="Caption"/>
              <w:jc w:val="center"/>
              <w:rPr>
                <w:rFonts w:ascii="Aptos" w:hAnsi="Aptos"/>
                <w:noProof/>
                <w:sz w:val="20"/>
                <w:szCs w:val="20"/>
              </w:rPr>
            </w:pPr>
            <w:bookmarkStart w:id="26" w:name="_Toc200617245"/>
            <w:r w:rsidRPr="00772AF9">
              <w:rPr>
                <w:rFonts w:ascii="Aptos" w:hAnsi="Aptos"/>
                <w:b w:val="0"/>
                <w:bCs w:val="0"/>
                <w:sz w:val="20"/>
                <w:szCs w:val="20"/>
              </w:rPr>
              <w:t xml:space="preserve">Figure </w:t>
            </w:r>
            <w:r w:rsidRPr="00772AF9">
              <w:rPr>
                <w:rFonts w:ascii="Aptos" w:hAnsi="Aptos"/>
                <w:b w:val="0"/>
                <w:bCs w:val="0"/>
                <w:sz w:val="20"/>
                <w:szCs w:val="20"/>
              </w:rPr>
              <w:fldChar w:fldCharType="begin"/>
            </w:r>
            <w:r w:rsidRPr="00772AF9">
              <w:rPr>
                <w:rFonts w:ascii="Aptos" w:hAnsi="Aptos"/>
                <w:b w:val="0"/>
                <w:bCs w:val="0"/>
                <w:sz w:val="20"/>
                <w:szCs w:val="20"/>
              </w:rPr>
              <w:instrText xml:space="preserve"> SEQ Figure \* ARABIC </w:instrText>
            </w:r>
            <w:r w:rsidRPr="00772AF9">
              <w:rPr>
                <w:rFonts w:ascii="Aptos" w:hAnsi="Aptos"/>
                <w:b w:val="0"/>
                <w:bCs w:val="0"/>
                <w:sz w:val="20"/>
                <w:szCs w:val="20"/>
              </w:rPr>
              <w:fldChar w:fldCharType="separate"/>
            </w:r>
            <w:r w:rsidR="00250B4C">
              <w:rPr>
                <w:rFonts w:ascii="Aptos" w:hAnsi="Aptos"/>
                <w:b w:val="0"/>
                <w:bCs w:val="0"/>
                <w:noProof/>
                <w:sz w:val="20"/>
                <w:szCs w:val="20"/>
              </w:rPr>
              <w:t>7</w:t>
            </w:r>
            <w:r w:rsidRPr="00772AF9">
              <w:rPr>
                <w:rFonts w:ascii="Aptos" w:hAnsi="Aptos"/>
                <w:b w:val="0"/>
                <w:bCs w:val="0"/>
                <w:sz w:val="20"/>
                <w:szCs w:val="20"/>
              </w:rPr>
              <w:fldChar w:fldCharType="end"/>
            </w:r>
            <w:r w:rsidRPr="00772AF9">
              <w:rPr>
                <w:rFonts w:ascii="Aptos" w:hAnsi="Aptos"/>
                <w:b w:val="0"/>
                <w:bCs w:val="0"/>
                <w:sz w:val="20"/>
                <w:szCs w:val="20"/>
              </w:rPr>
              <w:t>: The percentage of robot need in our town.</w:t>
            </w:r>
            <w:bookmarkEnd w:id="26"/>
          </w:p>
        </w:tc>
      </w:tr>
      <w:tr w:rsidR="0012310B" w:rsidRPr="00750148" w14:paraId="5FFE9F9D" w14:textId="16A3A85E" w:rsidTr="009A75D0">
        <w:tc>
          <w:tcPr>
            <w:tcW w:w="2205" w:type="pct"/>
            <w:vAlign w:val="center"/>
          </w:tcPr>
          <w:p w14:paraId="50ADE7FD" w14:textId="77777777" w:rsidR="00837EB7" w:rsidRDefault="0012310B" w:rsidP="009A75D0">
            <w:pPr>
              <w:keepNext/>
              <w:spacing w:line="360" w:lineRule="auto"/>
              <w:jc w:val="center"/>
            </w:pPr>
            <w:r w:rsidRPr="0012310B">
              <w:rPr>
                <w:rFonts w:ascii="Aptos" w:hAnsi="Aptos"/>
                <w:b/>
                <w:bCs/>
                <w:noProof/>
                <w:sz w:val="20"/>
                <w:szCs w:val="20"/>
              </w:rPr>
              <w:lastRenderedPageBreak/>
              <w:drawing>
                <wp:inline distT="0" distB="0" distL="0" distR="0" wp14:anchorId="654CF050" wp14:editId="53AC2CF7">
                  <wp:extent cx="1598876" cy="13716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2929"/>
                          <a:stretch/>
                        </pic:blipFill>
                        <pic:spPr bwMode="auto">
                          <a:xfrm>
                            <a:off x="0" y="0"/>
                            <a:ext cx="1598876"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0611A3B5" w14:textId="158795F5" w:rsidR="0012310B" w:rsidRPr="00837EB7" w:rsidRDefault="00837EB7" w:rsidP="009A75D0">
            <w:pPr>
              <w:pStyle w:val="Caption"/>
              <w:jc w:val="center"/>
              <w:rPr>
                <w:rFonts w:ascii="Aptos" w:hAnsi="Aptos"/>
                <w:b w:val="0"/>
                <w:bCs w:val="0"/>
                <w:sz w:val="20"/>
                <w:szCs w:val="20"/>
              </w:rPr>
            </w:pPr>
            <w:bookmarkStart w:id="27" w:name="_Toc200617246"/>
            <w:r w:rsidRPr="00837EB7">
              <w:rPr>
                <w:rFonts w:ascii="Aptos" w:hAnsi="Aptos"/>
                <w:b w:val="0"/>
                <w:bCs w:val="0"/>
                <w:sz w:val="20"/>
                <w:szCs w:val="20"/>
              </w:rPr>
              <w:t xml:space="preserve">Figure </w:t>
            </w:r>
            <w:r w:rsidRPr="00837EB7">
              <w:rPr>
                <w:rFonts w:ascii="Aptos" w:hAnsi="Aptos"/>
                <w:b w:val="0"/>
                <w:bCs w:val="0"/>
                <w:sz w:val="20"/>
                <w:szCs w:val="20"/>
              </w:rPr>
              <w:fldChar w:fldCharType="begin"/>
            </w:r>
            <w:r w:rsidRPr="00837EB7">
              <w:rPr>
                <w:rFonts w:ascii="Aptos" w:hAnsi="Aptos"/>
                <w:b w:val="0"/>
                <w:bCs w:val="0"/>
                <w:sz w:val="20"/>
                <w:szCs w:val="20"/>
              </w:rPr>
              <w:instrText xml:space="preserve"> SEQ Figure \* ARABIC </w:instrText>
            </w:r>
            <w:r w:rsidRPr="00837EB7">
              <w:rPr>
                <w:rFonts w:ascii="Aptos" w:hAnsi="Aptos"/>
                <w:b w:val="0"/>
                <w:bCs w:val="0"/>
                <w:sz w:val="20"/>
                <w:szCs w:val="20"/>
              </w:rPr>
              <w:fldChar w:fldCharType="separate"/>
            </w:r>
            <w:r w:rsidR="00250B4C">
              <w:rPr>
                <w:rFonts w:ascii="Aptos" w:hAnsi="Aptos"/>
                <w:b w:val="0"/>
                <w:bCs w:val="0"/>
                <w:noProof/>
                <w:sz w:val="20"/>
                <w:szCs w:val="20"/>
              </w:rPr>
              <w:t>8</w:t>
            </w:r>
            <w:r w:rsidRPr="00837EB7">
              <w:rPr>
                <w:rFonts w:ascii="Aptos" w:hAnsi="Aptos"/>
                <w:b w:val="0"/>
                <w:bCs w:val="0"/>
                <w:sz w:val="20"/>
                <w:szCs w:val="20"/>
              </w:rPr>
              <w:fldChar w:fldCharType="end"/>
            </w:r>
            <w:r w:rsidRPr="00837EB7">
              <w:rPr>
                <w:rFonts w:ascii="Aptos" w:hAnsi="Aptos"/>
                <w:b w:val="0"/>
                <w:bCs w:val="0"/>
                <w:sz w:val="20"/>
                <w:szCs w:val="20"/>
              </w:rPr>
              <w:t>: Percentage of water loss that the robot will save</w:t>
            </w:r>
            <w:bookmarkEnd w:id="27"/>
          </w:p>
          <w:p w14:paraId="0EEAC7C6" w14:textId="06513318" w:rsidR="00750148" w:rsidRPr="0012310B" w:rsidRDefault="00750148" w:rsidP="009A75D0">
            <w:pPr>
              <w:spacing w:line="360" w:lineRule="auto"/>
              <w:jc w:val="center"/>
              <w:rPr>
                <w:rFonts w:ascii="Aptos" w:hAnsi="Aptos"/>
                <w:noProof/>
                <w:sz w:val="20"/>
                <w:szCs w:val="20"/>
              </w:rPr>
            </w:pPr>
          </w:p>
        </w:tc>
        <w:tc>
          <w:tcPr>
            <w:tcW w:w="2795" w:type="pct"/>
            <w:vAlign w:val="center"/>
          </w:tcPr>
          <w:p w14:paraId="0DE4CC8B" w14:textId="77777777" w:rsidR="00837EB7" w:rsidRPr="00837EB7" w:rsidRDefault="0012310B" w:rsidP="009A75D0">
            <w:pPr>
              <w:pStyle w:val="Caption"/>
              <w:jc w:val="center"/>
              <w:rPr>
                <w:rFonts w:ascii="Aptos" w:hAnsi="Aptos"/>
                <w:b w:val="0"/>
                <w:bCs w:val="0"/>
                <w:sz w:val="20"/>
                <w:szCs w:val="20"/>
              </w:rPr>
            </w:pPr>
            <w:r w:rsidRPr="0012310B">
              <w:rPr>
                <w:rFonts w:ascii="Aptos" w:hAnsi="Aptos"/>
                <w:b w:val="0"/>
                <w:bCs w:val="0"/>
                <w:noProof/>
                <w:sz w:val="20"/>
                <w:szCs w:val="20"/>
              </w:rPr>
              <w:drawing>
                <wp:inline distT="0" distB="0" distL="0" distR="0" wp14:anchorId="301CA2C1" wp14:editId="5425093A">
                  <wp:extent cx="1602787" cy="1371600"/>
                  <wp:effectExtent l="0" t="0" r="0" b="0"/>
                  <wp:docPr id="1831335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2787" cy="1371600"/>
                          </a:xfrm>
                          <a:prstGeom prst="rect">
                            <a:avLst/>
                          </a:prstGeom>
                          <a:noFill/>
                        </pic:spPr>
                      </pic:pic>
                    </a:graphicData>
                  </a:graphic>
                </wp:inline>
              </w:drawing>
            </w:r>
          </w:p>
          <w:p w14:paraId="1D87B056" w14:textId="0E74B1A3" w:rsidR="00837EB7" w:rsidRPr="00837EB7" w:rsidRDefault="00837EB7" w:rsidP="009A75D0">
            <w:pPr>
              <w:pStyle w:val="Caption"/>
              <w:jc w:val="center"/>
              <w:rPr>
                <w:rFonts w:ascii="Aptos" w:hAnsi="Aptos"/>
                <w:b w:val="0"/>
                <w:bCs w:val="0"/>
                <w:sz w:val="20"/>
                <w:szCs w:val="20"/>
              </w:rPr>
            </w:pPr>
            <w:bookmarkStart w:id="28" w:name="_Toc200617247"/>
            <w:r w:rsidRPr="00837EB7">
              <w:rPr>
                <w:rFonts w:ascii="Aptos" w:hAnsi="Aptos"/>
                <w:b w:val="0"/>
                <w:bCs w:val="0"/>
                <w:sz w:val="20"/>
                <w:szCs w:val="20"/>
              </w:rPr>
              <w:t xml:space="preserve">Figure </w:t>
            </w:r>
            <w:r w:rsidRPr="00837EB7">
              <w:rPr>
                <w:rFonts w:ascii="Aptos" w:hAnsi="Aptos"/>
                <w:b w:val="0"/>
                <w:bCs w:val="0"/>
                <w:sz w:val="20"/>
                <w:szCs w:val="20"/>
              </w:rPr>
              <w:fldChar w:fldCharType="begin"/>
            </w:r>
            <w:r w:rsidRPr="00837EB7">
              <w:rPr>
                <w:rFonts w:ascii="Aptos" w:hAnsi="Aptos"/>
                <w:b w:val="0"/>
                <w:bCs w:val="0"/>
                <w:sz w:val="20"/>
                <w:szCs w:val="20"/>
              </w:rPr>
              <w:instrText xml:space="preserve"> SEQ Figure \* ARABIC </w:instrText>
            </w:r>
            <w:r w:rsidRPr="00837EB7">
              <w:rPr>
                <w:rFonts w:ascii="Aptos" w:hAnsi="Aptos"/>
                <w:b w:val="0"/>
                <w:bCs w:val="0"/>
                <w:sz w:val="20"/>
                <w:szCs w:val="20"/>
              </w:rPr>
              <w:fldChar w:fldCharType="separate"/>
            </w:r>
            <w:r w:rsidR="00250B4C">
              <w:rPr>
                <w:rFonts w:ascii="Aptos" w:hAnsi="Aptos"/>
                <w:b w:val="0"/>
                <w:bCs w:val="0"/>
                <w:noProof/>
                <w:sz w:val="20"/>
                <w:szCs w:val="20"/>
              </w:rPr>
              <w:t>9</w:t>
            </w:r>
            <w:r w:rsidRPr="00837EB7">
              <w:rPr>
                <w:rFonts w:ascii="Aptos" w:hAnsi="Aptos"/>
                <w:b w:val="0"/>
                <w:bCs w:val="0"/>
                <w:sz w:val="20"/>
                <w:szCs w:val="20"/>
              </w:rPr>
              <w:fldChar w:fldCharType="end"/>
            </w:r>
            <w:r w:rsidRPr="00837EB7">
              <w:rPr>
                <w:rFonts w:ascii="Aptos" w:hAnsi="Aptos"/>
                <w:b w:val="0"/>
                <w:bCs w:val="0"/>
                <w:sz w:val="20"/>
                <w:szCs w:val="20"/>
              </w:rPr>
              <w:t>:</w:t>
            </w:r>
            <w:r>
              <w:rPr>
                <w:rFonts w:ascii="Aptos" w:hAnsi="Aptos"/>
                <w:b w:val="0"/>
                <w:bCs w:val="0"/>
                <w:sz w:val="20"/>
                <w:szCs w:val="20"/>
              </w:rPr>
              <w:t xml:space="preserve"> P</w:t>
            </w:r>
            <w:r w:rsidRPr="00837EB7">
              <w:rPr>
                <w:rFonts w:ascii="Aptos" w:hAnsi="Aptos"/>
                <w:b w:val="0"/>
                <w:bCs w:val="0"/>
                <w:sz w:val="20"/>
                <w:szCs w:val="20"/>
              </w:rPr>
              <w:t>ercentage of maintenance operations reduced after using the robot</w:t>
            </w:r>
            <w:r>
              <w:rPr>
                <w:rFonts w:ascii="Aptos" w:hAnsi="Aptos"/>
                <w:b w:val="0"/>
                <w:bCs w:val="0"/>
                <w:sz w:val="20"/>
                <w:szCs w:val="20"/>
              </w:rPr>
              <w:t>.</w:t>
            </w:r>
            <w:bookmarkEnd w:id="28"/>
          </w:p>
          <w:p w14:paraId="1F7EE722" w14:textId="4C55AD43" w:rsidR="0012310B" w:rsidRPr="00837EB7" w:rsidRDefault="0012310B" w:rsidP="009A75D0">
            <w:pPr>
              <w:pStyle w:val="Caption"/>
              <w:jc w:val="center"/>
              <w:rPr>
                <w:rFonts w:ascii="Aptos" w:hAnsi="Aptos"/>
                <w:b w:val="0"/>
                <w:bCs w:val="0"/>
                <w:sz w:val="20"/>
                <w:szCs w:val="20"/>
              </w:rPr>
            </w:pPr>
          </w:p>
        </w:tc>
      </w:tr>
    </w:tbl>
    <w:p w14:paraId="5C31282A" w14:textId="77777777" w:rsidR="00C9201E" w:rsidRDefault="00C9201E" w:rsidP="00CF7C7D">
      <w:pPr>
        <w:rPr>
          <w:rFonts w:ascii="Aptos" w:hAnsi="Aptos"/>
          <w:b/>
          <w:bCs/>
          <w:noProof/>
          <w:sz w:val="24"/>
          <w:szCs w:val="24"/>
          <w:rtl/>
        </w:rPr>
      </w:pPr>
    </w:p>
    <w:p w14:paraId="50BCC60F" w14:textId="25DEB719" w:rsidR="00C9201E" w:rsidRPr="00772AF9" w:rsidRDefault="00772AF9" w:rsidP="00FE46D2">
      <w:pPr>
        <w:pStyle w:val="Caption"/>
        <w:jc w:val="center"/>
        <w:rPr>
          <w:rFonts w:ascii="Aptos" w:hAnsi="Aptos"/>
          <w:b w:val="0"/>
          <w:bCs w:val="0"/>
          <w:noProof/>
          <w:color w:val="auto"/>
          <w:sz w:val="20"/>
          <w:szCs w:val="20"/>
        </w:rPr>
      </w:pPr>
      <w:bookmarkStart w:id="29" w:name="_Toc200617226"/>
      <w:r w:rsidRPr="00772AF9">
        <w:rPr>
          <w:rFonts w:ascii="Aptos" w:hAnsi="Aptos"/>
          <w:b w:val="0"/>
          <w:bCs w:val="0"/>
          <w:sz w:val="20"/>
          <w:szCs w:val="20"/>
        </w:rPr>
        <w:t xml:space="preserve">Table </w:t>
      </w:r>
      <w:r w:rsidRPr="00772AF9">
        <w:rPr>
          <w:rFonts w:ascii="Aptos" w:hAnsi="Aptos"/>
          <w:b w:val="0"/>
          <w:bCs w:val="0"/>
          <w:sz w:val="20"/>
          <w:szCs w:val="20"/>
        </w:rPr>
        <w:fldChar w:fldCharType="begin"/>
      </w:r>
      <w:r w:rsidRPr="00772AF9">
        <w:rPr>
          <w:rFonts w:ascii="Aptos" w:hAnsi="Aptos"/>
          <w:b w:val="0"/>
          <w:bCs w:val="0"/>
          <w:sz w:val="20"/>
          <w:szCs w:val="20"/>
        </w:rPr>
        <w:instrText xml:space="preserve"> SEQ Table \* ARABIC </w:instrText>
      </w:r>
      <w:r w:rsidRPr="00772AF9">
        <w:rPr>
          <w:rFonts w:ascii="Aptos" w:hAnsi="Aptos"/>
          <w:b w:val="0"/>
          <w:bCs w:val="0"/>
          <w:sz w:val="20"/>
          <w:szCs w:val="20"/>
        </w:rPr>
        <w:fldChar w:fldCharType="separate"/>
      </w:r>
      <w:r w:rsidR="00250B4C">
        <w:rPr>
          <w:rFonts w:ascii="Aptos" w:hAnsi="Aptos"/>
          <w:b w:val="0"/>
          <w:bCs w:val="0"/>
          <w:noProof/>
          <w:sz w:val="20"/>
          <w:szCs w:val="20"/>
        </w:rPr>
        <w:t>2</w:t>
      </w:r>
      <w:r w:rsidRPr="00772AF9">
        <w:rPr>
          <w:rFonts w:ascii="Aptos" w:hAnsi="Aptos"/>
          <w:b w:val="0"/>
          <w:bCs w:val="0"/>
          <w:sz w:val="20"/>
          <w:szCs w:val="20"/>
        </w:rPr>
        <w:fldChar w:fldCharType="end"/>
      </w:r>
      <w:r w:rsidRPr="00772AF9">
        <w:rPr>
          <w:rFonts w:ascii="Aptos" w:hAnsi="Aptos"/>
          <w:b w:val="0"/>
          <w:bCs w:val="0"/>
          <w:sz w:val="20"/>
          <w:szCs w:val="20"/>
        </w:rPr>
        <w:t>:Comparison Between Results of Different Sensors.</w:t>
      </w:r>
      <w:bookmarkEnd w:id="29"/>
    </w:p>
    <w:tbl>
      <w:tblPr>
        <w:tblStyle w:val="TableGrid"/>
        <w:tblW w:w="0" w:type="auto"/>
        <w:tblLook w:val="04A0" w:firstRow="1" w:lastRow="0" w:firstColumn="1" w:lastColumn="0" w:noHBand="0" w:noVBand="1"/>
      </w:tblPr>
      <w:tblGrid>
        <w:gridCol w:w="1554"/>
        <w:gridCol w:w="2820"/>
        <w:gridCol w:w="1889"/>
        <w:gridCol w:w="1611"/>
        <w:gridCol w:w="1520"/>
      </w:tblGrid>
      <w:tr w:rsidR="00CF7C7D" w:rsidRPr="00CF7C7D" w14:paraId="4838CCA7" w14:textId="77777777" w:rsidTr="00772AF9">
        <w:tc>
          <w:tcPr>
            <w:tcW w:w="0" w:type="auto"/>
            <w:shd w:val="clear" w:color="auto" w:fill="D9D9D9" w:themeFill="background1" w:themeFillShade="D9"/>
            <w:vAlign w:val="center"/>
          </w:tcPr>
          <w:p w14:paraId="757006D2" w14:textId="77777777" w:rsidR="003C1831" w:rsidRPr="00CF7C7D" w:rsidRDefault="003C1831" w:rsidP="00CF7C7D">
            <w:pPr>
              <w:rPr>
                <w:rFonts w:ascii="Aptos" w:hAnsi="Aptos"/>
                <w:b/>
                <w:bCs/>
                <w:color w:val="4F81BD" w:themeColor="accent1"/>
                <w:sz w:val="24"/>
                <w:szCs w:val="24"/>
              </w:rPr>
            </w:pPr>
            <w:bookmarkStart w:id="30" w:name="_Toc200307879"/>
            <w:bookmarkStart w:id="31" w:name="_Toc200308251"/>
            <w:bookmarkStart w:id="32" w:name="_Toc200375640"/>
            <w:bookmarkStart w:id="33" w:name="_Toc200475485"/>
            <w:r w:rsidRPr="00CF7C7D">
              <w:rPr>
                <w:rFonts w:ascii="Aptos" w:hAnsi="Aptos"/>
                <w:b/>
                <w:bCs/>
                <w:color w:val="4F81BD" w:themeColor="accent1"/>
                <w:sz w:val="24"/>
                <w:szCs w:val="24"/>
              </w:rPr>
              <w:t>Usage Method</w:t>
            </w:r>
            <w:bookmarkEnd w:id="30"/>
            <w:bookmarkEnd w:id="31"/>
            <w:bookmarkEnd w:id="32"/>
            <w:bookmarkEnd w:id="33"/>
          </w:p>
        </w:tc>
        <w:tc>
          <w:tcPr>
            <w:tcW w:w="0" w:type="auto"/>
            <w:shd w:val="clear" w:color="auto" w:fill="D9D9D9" w:themeFill="background1" w:themeFillShade="D9"/>
            <w:vAlign w:val="center"/>
          </w:tcPr>
          <w:p w14:paraId="65C2A4B1" w14:textId="77777777" w:rsidR="003C1831" w:rsidRPr="00CF7C7D" w:rsidRDefault="003C1831" w:rsidP="00CF7C7D">
            <w:pPr>
              <w:rPr>
                <w:rFonts w:ascii="Aptos" w:hAnsi="Aptos"/>
                <w:b/>
                <w:bCs/>
                <w:color w:val="4F81BD" w:themeColor="accent1"/>
                <w:sz w:val="24"/>
                <w:szCs w:val="24"/>
              </w:rPr>
            </w:pPr>
            <w:bookmarkStart w:id="34" w:name="_Toc200307880"/>
            <w:bookmarkStart w:id="35" w:name="_Toc200308252"/>
            <w:bookmarkStart w:id="36" w:name="_Toc200375641"/>
            <w:bookmarkStart w:id="37" w:name="_Toc200475486"/>
            <w:r w:rsidRPr="00CF7C7D">
              <w:rPr>
                <w:rFonts w:ascii="Aptos" w:hAnsi="Aptos"/>
                <w:b/>
                <w:bCs/>
                <w:color w:val="4F81BD" w:themeColor="accent1"/>
                <w:sz w:val="24"/>
                <w:szCs w:val="24"/>
              </w:rPr>
              <w:t>Effectiveness in Problem Detection</w:t>
            </w:r>
            <w:bookmarkEnd w:id="34"/>
            <w:bookmarkEnd w:id="35"/>
            <w:bookmarkEnd w:id="36"/>
            <w:bookmarkEnd w:id="37"/>
          </w:p>
        </w:tc>
        <w:tc>
          <w:tcPr>
            <w:tcW w:w="0" w:type="auto"/>
            <w:shd w:val="clear" w:color="auto" w:fill="D9D9D9" w:themeFill="background1" w:themeFillShade="D9"/>
            <w:vAlign w:val="center"/>
          </w:tcPr>
          <w:p w14:paraId="7735049F" w14:textId="77777777" w:rsidR="003C1831" w:rsidRPr="00CF7C7D" w:rsidRDefault="003C1831" w:rsidP="00CF7C7D">
            <w:pPr>
              <w:rPr>
                <w:rFonts w:ascii="Aptos" w:hAnsi="Aptos"/>
                <w:b/>
                <w:bCs/>
                <w:color w:val="4F81BD" w:themeColor="accent1"/>
                <w:sz w:val="24"/>
                <w:szCs w:val="24"/>
              </w:rPr>
            </w:pPr>
            <w:bookmarkStart w:id="38" w:name="_Toc200307881"/>
            <w:bookmarkStart w:id="39" w:name="_Toc200308253"/>
            <w:bookmarkStart w:id="40" w:name="_Toc200375642"/>
            <w:bookmarkStart w:id="41" w:name="_Toc200475487"/>
            <w:r w:rsidRPr="00CF7C7D">
              <w:rPr>
                <w:rFonts w:ascii="Aptos" w:hAnsi="Aptos"/>
                <w:b/>
                <w:bCs/>
                <w:color w:val="4F81BD" w:themeColor="accent1"/>
                <w:sz w:val="24"/>
                <w:szCs w:val="24"/>
              </w:rPr>
              <w:t>Water Saving</w:t>
            </w:r>
            <w:bookmarkEnd w:id="38"/>
            <w:bookmarkEnd w:id="39"/>
            <w:bookmarkEnd w:id="40"/>
            <w:bookmarkEnd w:id="41"/>
          </w:p>
        </w:tc>
        <w:tc>
          <w:tcPr>
            <w:tcW w:w="0" w:type="auto"/>
            <w:shd w:val="clear" w:color="auto" w:fill="D9D9D9" w:themeFill="background1" w:themeFillShade="D9"/>
            <w:vAlign w:val="center"/>
          </w:tcPr>
          <w:p w14:paraId="47FF3E4C" w14:textId="77777777" w:rsidR="003C1831" w:rsidRPr="00CF7C7D" w:rsidRDefault="003C1831" w:rsidP="00CF7C7D">
            <w:pPr>
              <w:rPr>
                <w:rFonts w:ascii="Aptos" w:hAnsi="Aptos"/>
                <w:b/>
                <w:bCs/>
                <w:color w:val="4F81BD" w:themeColor="accent1"/>
                <w:sz w:val="24"/>
                <w:szCs w:val="24"/>
              </w:rPr>
            </w:pPr>
            <w:bookmarkStart w:id="42" w:name="_Toc200307882"/>
            <w:bookmarkStart w:id="43" w:name="_Toc200308254"/>
            <w:bookmarkStart w:id="44" w:name="_Toc200375643"/>
            <w:bookmarkStart w:id="45" w:name="_Toc200475488"/>
            <w:r w:rsidRPr="00CF7C7D">
              <w:rPr>
                <w:rFonts w:ascii="Aptos" w:hAnsi="Aptos"/>
                <w:b/>
                <w:bCs/>
                <w:color w:val="4F81BD" w:themeColor="accent1"/>
                <w:sz w:val="24"/>
                <w:szCs w:val="24"/>
              </w:rPr>
              <w:t>Accuracy in Water Data</w:t>
            </w:r>
            <w:bookmarkEnd w:id="42"/>
            <w:bookmarkEnd w:id="43"/>
            <w:bookmarkEnd w:id="44"/>
            <w:bookmarkEnd w:id="45"/>
          </w:p>
        </w:tc>
        <w:tc>
          <w:tcPr>
            <w:tcW w:w="0" w:type="auto"/>
            <w:shd w:val="clear" w:color="auto" w:fill="D9D9D9" w:themeFill="background1" w:themeFillShade="D9"/>
            <w:vAlign w:val="center"/>
          </w:tcPr>
          <w:p w14:paraId="2605D13D" w14:textId="77777777" w:rsidR="003C1831" w:rsidRPr="00CF7C7D" w:rsidRDefault="003C1831" w:rsidP="00CF7C7D">
            <w:pPr>
              <w:rPr>
                <w:rFonts w:ascii="Aptos" w:hAnsi="Aptos"/>
                <w:b/>
                <w:bCs/>
                <w:color w:val="4F81BD" w:themeColor="accent1"/>
                <w:sz w:val="24"/>
                <w:szCs w:val="24"/>
              </w:rPr>
            </w:pPr>
            <w:bookmarkStart w:id="46" w:name="_Toc200307883"/>
            <w:bookmarkStart w:id="47" w:name="_Toc200308255"/>
            <w:bookmarkStart w:id="48" w:name="_Toc200375644"/>
            <w:bookmarkStart w:id="49" w:name="_Toc200475489"/>
            <w:r w:rsidRPr="00CF7C7D">
              <w:rPr>
                <w:rFonts w:ascii="Aptos" w:hAnsi="Aptos"/>
                <w:b/>
                <w:bCs/>
                <w:color w:val="4F81BD" w:themeColor="accent1"/>
                <w:sz w:val="24"/>
                <w:szCs w:val="24"/>
              </w:rPr>
              <w:t>Accuracy in Readings</w:t>
            </w:r>
            <w:bookmarkEnd w:id="46"/>
            <w:bookmarkEnd w:id="47"/>
            <w:bookmarkEnd w:id="48"/>
            <w:bookmarkEnd w:id="49"/>
          </w:p>
        </w:tc>
      </w:tr>
      <w:tr w:rsidR="003C1831" w:rsidRPr="00CF7C7D" w14:paraId="45C46695" w14:textId="77777777" w:rsidTr="00CF7C7D">
        <w:tc>
          <w:tcPr>
            <w:tcW w:w="0" w:type="auto"/>
            <w:vAlign w:val="center"/>
          </w:tcPr>
          <w:p w14:paraId="4610050C" w14:textId="77777777" w:rsidR="003C1831" w:rsidRPr="00CF7C7D" w:rsidRDefault="003C1831" w:rsidP="00CF7C7D">
            <w:pPr>
              <w:rPr>
                <w:rFonts w:ascii="Aptos" w:hAnsi="Aptos"/>
                <w:sz w:val="24"/>
                <w:szCs w:val="24"/>
              </w:rPr>
            </w:pPr>
            <w:bookmarkStart w:id="50" w:name="_Toc200307884"/>
            <w:bookmarkStart w:id="51" w:name="_Toc200308256"/>
            <w:bookmarkStart w:id="52" w:name="_Toc200375645"/>
            <w:bookmarkStart w:id="53" w:name="_Toc200475490"/>
            <w:r w:rsidRPr="00CF7C7D">
              <w:rPr>
                <w:rFonts w:ascii="Aptos" w:hAnsi="Aptos"/>
                <w:sz w:val="24"/>
                <w:szCs w:val="24"/>
              </w:rPr>
              <w:t>Moisture Sensor Only</w:t>
            </w:r>
            <w:bookmarkEnd w:id="50"/>
            <w:bookmarkEnd w:id="51"/>
            <w:bookmarkEnd w:id="52"/>
            <w:bookmarkEnd w:id="53"/>
          </w:p>
        </w:tc>
        <w:tc>
          <w:tcPr>
            <w:tcW w:w="0" w:type="auto"/>
            <w:vAlign w:val="center"/>
          </w:tcPr>
          <w:p w14:paraId="6F9E8A27" w14:textId="77777777" w:rsidR="003C1831" w:rsidRPr="00CF7C7D" w:rsidRDefault="003C1831" w:rsidP="00CF7C7D">
            <w:pPr>
              <w:rPr>
                <w:rFonts w:ascii="Aptos" w:hAnsi="Aptos"/>
                <w:sz w:val="24"/>
                <w:szCs w:val="24"/>
              </w:rPr>
            </w:pPr>
            <w:bookmarkStart w:id="54" w:name="_Toc200307885"/>
            <w:bookmarkStart w:id="55" w:name="_Toc200308257"/>
            <w:bookmarkStart w:id="56" w:name="_Toc200375646"/>
            <w:bookmarkStart w:id="57" w:name="_Toc200475491"/>
            <w:r w:rsidRPr="00CF7C7D">
              <w:rPr>
                <w:rFonts w:ascii="Aptos" w:hAnsi="Aptos"/>
                <w:sz w:val="24"/>
                <w:szCs w:val="24"/>
              </w:rPr>
              <w:t>The problem is not detected; water may be leaking but not in high quantity to be sensed.</w:t>
            </w:r>
            <w:bookmarkEnd w:id="54"/>
            <w:bookmarkEnd w:id="55"/>
            <w:bookmarkEnd w:id="56"/>
            <w:bookmarkEnd w:id="57"/>
          </w:p>
        </w:tc>
        <w:tc>
          <w:tcPr>
            <w:tcW w:w="0" w:type="auto"/>
            <w:vAlign w:val="center"/>
          </w:tcPr>
          <w:p w14:paraId="3026F07B" w14:textId="77777777" w:rsidR="003C1831" w:rsidRPr="00CF7C7D" w:rsidRDefault="003C1831" w:rsidP="00CF7C7D">
            <w:pPr>
              <w:rPr>
                <w:rFonts w:ascii="Aptos" w:hAnsi="Aptos"/>
                <w:sz w:val="24"/>
                <w:szCs w:val="24"/>
              </w:rPr>
            </w:pPr>
            <w:bookmarkStart w:id="58" w:name="_Toc200307886"/>
            <w:bookmarkStart w:id="59" w:name="_Toc200308258"/>
            <w:bookmarkStart w:id="60" w:name="_Toc200375647"/>
            <w:bookmarkStart w:id="61" w:name="_Toc200475492"/>
            <w:r w:rsidRPr="00CF7C7D">
              <w:rPr>
                <w:rFonts w:ascii="Aptos" w:hAnsi="Aptos"/>
                <w:sz w:val="24"/>
                <w:szCs w:val="24"/>
              </w:rPr>
              <w:t>No water savings achieved.</w:t>
            </w:r>
            <w:bookmarkEnd w:id="58"/>
            <w:bookmarkEnd w:id="59"/>
            <w:bookmarkEnd w:id="60"/>
            <w:bookmarkEnd w:id="61"/>
          </w:p>
        </w:tc>
        <w:tc>
          <w:tcPr>
            <w:tcW w:w="0" w:type="auto"/>
            <w:vAlign w:val="center"/>
          </w:tcPr>
          <w:p w14:paraId="60E47154" w14:textId="77777777" w:rsidR="003C1831" w:rsidRPr="00CF7C7D" w:rsidRDefault="003C1831" w:rsidP="00CF7C7D">
            <w:pPr>
              <w:rPr>
                <w:rFonts w:ascii="Aptos" w:hAnsi="Aptos"/>
                <w:sz w:val="24"/>
                <w:szCs w:val="24"/>
              </w:rPr>
            </w:pPr>
            <w:bookmarkStart w:id="62" w:name="_Toc200307887"/>
            <w:bookmarkStart w:id="63" w:name="_Toc200308259"/>
            <w:bookmarkStart w:id="64" w:name="_Toc200375648"/>
            <w:bookmarkStart w:id="65" w:name="_Toc200475493"/>
            <w:r w:rsidRPr="00CF7C7D">
              <w:rPr>
                <w:rFonts w:ascii="Aptos" w:hAnsi="Aptos"/>
                <w:sz w:val="24"/>
                <w:szCs w:val="24"/>
              </w:rPr>
              <w:t>Low accuracy due to limited sensitivity.</w:t>
            </w:r>
            <w:bookmarkEnd w:id="62"/>
            <w:bookmarkEnd w:id="63"/>
            <w:bookmarkEnd w:id="64"/>
            <w:bookmarkEnd w:id="65"/>
          </w:p>
        </w:tc>
        <w:tc>
          <w:tcPr>
            <w:tcW w:w="0" w:type="auto"/>
            <w:vAlign w:val="center"/>
          </w:tcPr>
          <w:p w14:paraId="36DC8AC5" w14:textId="77777777" w:rsidR="003C1831" w:rsidRPr="00CF7C7D" w:rsidRDefault="003C1831" w:rsidP="00CF7C7D">
            <w:pPr>
              <w:rPr>
                <w:rFonts w:ascii="Aptos" w:hAnsi="Aptos"/>
                <w:sz w:val="24"/>
                <w:szCs w:val="24"/>
              </w:rPr>
            </w:pPr>
            <w:bookmarkStart w:id="66" w:name="_Toc200307888"/>
            <w:bookmarkStart w:id="67" w:name="_Toc200308260"/>
            <w:bookmarkStart w:id="68" w:name="_Toc200375649"/>
            <w:bookmarkStart w:id="69" w:name="_Toc200475494"/>
            <w:r w:rsidRPr="00CF7C7D">
              <w:rPr>
                <w:rFonts w:ascii="Aptos" w:hAnsi="Aptos"/>
                <w:sz w:val="24"/>
                <w:szCs w:val="24"/>
              </w:rPr>
              <w:t>Low accuracy due to partial readings.</w:t>
            </w:r>
            <w:bookmarkEnd w:id="66"/>
            <w:bookmarkEnd w:id="67"/>
            <w:bookmarkEnd w:id="68"/>
            <w:bookmarkEnd w:id="69"/>
          </w:p>
        </w:tc>
      </w:tr>
      <w:tr w:rsidR="003C1831" w:rsidRPr="00CF7C7D" w14:paraId="212B741C" w14:textId="77777777" w:rsidTr="00CF7C7D">
        <w:tc>
          <w:tcPr>
            <w:tcW w:w="0" w:type="auto"/>
            <w:vAlign w:val="center"/>
          </w:tcPr>
          <w:p w14:paraId="1AA032C1" w14:textId="77777777" w:rsidR="003C1831" w:rsidRPr="00CF7C7D" w:rsidRDefault="003C1831" w:rsidP="00CF7C7D">
            <w:pPr>
              <w:rPr>
                <w:rFonts w:ascii="Aptos" w:hAnsi="Aptos"/>
                <w:sz w:val="24"/>
                <w:szCs w:val="24"/>
              </w:rPr>
            </w:pPr>
            <w:bookmarkStart w:id="70" w:name="_Toc200307889"/>
            <w:bookmarkStart w:id="71" w:name="_Toc200308261"/>
            <w:bookmarkStart w:id="72" w:name="_Toc200375650"/>
            <w:bookmarkStart w:id="73" w:name="_Toc200475495"/>
            <w:r w:rsidRPr="00CF7C7D">
              <w:rPr>
                <w:rFonts w:ascii="Aptos" w:hAnsi="Aptos"/>
                <w:sz w:val="24"/>
                <w:szCs w:val="24"/>
              </w:rPr>
              <w:t>Moisture Sensor and Water Flow Sensor</w:t>
            </w:r>
            <w:bookmarkEnd w:id="70"/>
            <w:bookmarkEnd w:id="71"/>
            <w:bookmarkEnd w:id="72"/>
            <w:bookmarkEnd w:id="73"/>
          </w:p>
        </w:tc>
        <w:tc>
          <w:tcPr>
            <w:tcW w:w="0" w:type="auto"/>
            <w:vAlign w:val="center"/>
          </w:tcPr>
          <w:p w14:paraId="0EC7DAAD" w14:textId="77777777" w:rsidR="003C1831" w:rsidRPr="00CF7C7D" w:rsidRDefault="003C1831" w:rsidP="00CF7C7D">
            <w:pPr>
              <w:rPr>
                <w:rFonts w:ascii="Aptos" w:hAnsi="Aptos"/>
                <w:sz w:val="24"/>
                <w:szCs w:val="24"/>
              </w:rPr>
            </w:pPr>
            <w:bookmarkStart w:id="74" w:name="_Toc200307890"/>
            <w:bookmarkStart w:id="75" w:name="_Toc200308262"/>
            <w:bookmarkStart w:id="76" w:name="_Toc200375651"/>
            <w:bookmarkStart w:id="77" w:name="_Toc200475496"/>
            <w:r w:rsidRPr="00CF7C7D">
              <w:rPr>
                <w:rFonts w:ascii="Aptos" w:hAnsi="Aptos"/>
                <w:sz w:val="24"/>
                <w:szCs w:val="24"/>
              </w:rPr>
              <w:t>Leakage can be detected better. If flow is abnormal, this confirms leakage.</w:t>
            </w:r>
            <w:bookmarkEnd w:id="74"/>
            <w:bookmarkEnd w:id="75"/>
            <w:bookmarkEnd w:id="76"/>
            <w:bookmarkEnd w:id="77"/>
          </w:p>
        </w:tc>
        <w:tc>
          <w:tcPr>
            <w:tcW w:w="0" w:type="auto"/>
            <w:vAlign w:val="center"/>
          </w:tcPr>
          <w:p w14:paraId="241CDA0B" w14:textId="77777777" w:rsidR="003C1831" w:rsidRPr="00CF7C7D" w:rsidRDefault="003C1831" w:rsidP="00CF7C7D">
            <w:pPr>
              <w:rPr>
                <w:rFonts w:ascii="Aptos" w:hAnsi="Aptos"/>
                <w:sz w:val="24"/>
                <w:szCs w:val="24"/>
              </w:rPr>
            </w:pPr>
            <w:bookmarkStart w:id="78" w:name="_Toc200307891"/>
            <w:bookmarkStart w:id="79" w:name="_Toc200308263"/>
            <w:bookmarkStart w:id="80" w:name="_Toc200375652"/>
            <w:bookmarkStart w:id="81" w:name="_Toc200475497"/>
            <w:r w:rsidRPr="00CF7C7D">
              <w:rPr>
                <w:rFonts w:ascii="Aptos" w:hAnsi="Aptos"/>
                <w:sz w:val="24"/>
                <w:szCs w:val="24"/>
              </w:rPr>
              <w:t>Can save water moderately depending on sensor sensitivity.</w:t>
            </w:r>
            <w:bookmarkEnd w:id="78"/>
            <w:bookmarkEnd w:id="79"/>
            <w:bookmarkEnd w:id="80"/>
            <w:bookmarkEnd w:id="81"/>
          </w:p>
        </w:tc>
        <w:tc>
          <w:tcPr>
            <w:tcW w:w="0" w:type="auto"/>
            <w:vAlign w:val="center"/>
          </w:tcPr>
          <w:p w14:paraId="01E59E82" w14:textId="77777777" w:rsidR="003C1831" w:rsidRPr="00CF7C7D" w:rsidRDefault="003C1831" w:rsidP="00CF7C7D">
            <w:pPr>
              <w:rPr>
                <w:rFonts w:ascii="Aptos" w:hAnsi="Aptos"/>
                <w:sz w:val="24"/>
                <w:szCs w:val="24"/>
              </w:rPr>
            </w:pPr>
            <w:bookmarkStart w:id="82" w:name="_Toc200307892"/>
            <w:bookmarkStart w:id="83" w:name="_Toc200308264"/>
            <w:bookmarkStart w:id="84" w:name="_Toc200375653"/>
            <w:bookmarkStart w:id="85" w:name="_Toc200475498"/>
            <w:r w:rsidRPr="00CF7C7D">
              <w:rPr>
                <w:rFonts w:ascii="Aptos" w:hAnsi="Aptos"/>
                <w:sz w:val="24"/>
                <w:szCs w:val="24"/>
              </w:rPr>
              <w:t>Moderate accuracy.</w:t>
            </w:r>
            <w:bookmarkEnd w:id="82"/>
            <w:bookmarkEnd w:id="83"/>
            <w:bookmarkEnd w:id="84"/>
            <w:bookmarkEnd w:id="85"/>
          </w:p>
        </w:tc>
        <w:tc>
          <w:tcPr>
            <w:tcW w:w="0" w:type="auto"/>
            <w:vAlign w:val="center"/>
          </w:tcPr>
          <w:p w14:paraId="60FE91C7" w14:textId="77777777" w:rsidR="003C1831" w:rsidRPr="00CF7C7D" w:rsidRDefault="003C1831" w:rsidP="00CF7C7D">
            <w:pPr>
              <w:rPr>
                <w:rFonts w:ascii="Aptos" w:hAnsi="Aptos"/>
                <w:sz w:val="24"/>
                <w:szCs w:val="24"/>
              </w:rPr>
            </w:pPr>
            <w:bookmarkStart w:id="86" w:name="_Toc200307893"/>
            <w:bookmarkStart w:id="87" w:name="_Toc200308265"/>
            <w:bookmarkStart w:id="88" w:name="_Toc200375654"/>
            <w:bookmarkStart w:id="89" w:name="_Toc200475499"/>
            <w:r w:rsidRPr="00CF7C7D">
              <w:rPr>
                <w:rFonts w:ascii="Aptos" w:hAnsi="Aptos"/>
                <w:sz w:val="24"/>
                <w:szCs w:val="24"/>
              </w:rPr>
              <w:t>Moderate accuracy.</w:t>
            </w:r>
            <w:bookmarkEnd w:id="86"/>
            <w:bookmarkEnd w:id="87"/>
            <w:bookmarkEnd w:id="88"/>
            <w:bookmarkEnd w:id="89"/>
          </w:p>
        </w:tc>
      </w:tr>
      <w:tr w:rsidR="003C1831" w:rsidRPr="00CF7C7D" w14:paraId="6FF4D072" w14:textId="77777777" w:rsidTr="00CF7C7D">
        <w:tc>
          <w:tcPr>
            <w:tcW w:w="0" w:type="auto"/>
            <w:vAlign w:val="center"/>
          </w:tcPr>
          <w:p w14:paraId="1B122779" w14:textId="77777777" w:rsidR="003C1831" w:rsidRPr="00CF7C7D" w:rsidRDefault="003C1831" w:rsidP="00CF7C7D">
            <w:pPr>
              <w:rPr>
                <w:rFonts w:ascii="Aptos" w:hAnsi="Aptos"/>
                <w:sz w:val="24"/>
                <w:szCs w:val="24"/>
              </w:rPr>
            </w:pPr>
            <w:bookmarkStart w:id="90" w:name="_Toc200307894"/>
            <w:bookmarkStart w:id="91" w:name="_Toc200308266"/>
            <w:bookmarkStart w:id="92" w:name="_Toc200375655"/>
            <w:bookmarkStart w:id="93" w:name="_Toc200475500"/>
            <w:r w:rsidRPr="00CF7C7D">
              <w:rPr>
                <w:rFonts w:ascii="Aptos" w:hAnsi="Aptos"/>
                <w:sz w:val="24"/>
                <w:szCs w:val="24"/>
              </w:rPr>
              <w:t>Moisture, Water Flow, and Vibration Sensors</w:t>
            </w:r>
            <w:bookmarkEnd w:id="90"/>
            <w:bookmarkEnd w:id="91"/>
            <w:bookmarkEnd w:id="92"/>
            <w:bookmarkEnd w:id="93"/>
          </w:p>
        </w:tc>
        <w:tc>
          <w:tcPr>
            <w:tcW w:w="0" w:type="auto"/>
            <w:vAlign w:val="center"/>
          </w:tcPr>
          <w:p w14:paraId="22810382" w14:textId="216B26ED" w:rsidR="003C1831" w:rsidRPr="00CF7C7D" w:rsidRDefault="003C1831" w:rsidP="00CF7C7D">
            <w:pPr>
              <w:rPr>
                <w:rFonts w:ascii="Aptos" w:hAnsi="Aptos"/>
                <w:sz w:val="24"/>
                <w:szCs w:val="24"/>
              </w:rPr>
            </w:pPr>
            <w:bookmarkStart w:id="94" w:name="_Toc200307895"/>
            <w:bookmarkStart w:id="95" w:name="_Toc200308267"/>
            <w:bookmarkStart w:id="96" w:name="_Toc200375656"/>
            <w:bookmarkStart w:id="97" w:name="_Toc200475501"/>
            <w:r w:rsidRPr="00CF7C7D">
              <w:rPr>
                <w:rFonts w:ascii="Aptos" w:hAnsi="Aptos"/>
                <w:sz w:val="24"/>
                <w:szCs w:val="24"/>
              </w:rPr>
              <w:t xml:space="preserve">More accurate detection of the problem and its location. Data </w:t>
            </w:r>
            <w:r w:rsidR="00772AF9" w:rsidRPr="00CF7C7D">
              <w:rPr>
                <w:rFonts w:ascii="Aptos" w:hAnsi="Aptos"/>
                <w:sz w:val="24"/>
                <w:szCs w:val="24"/>
              </w:rPr>
              <w:t>is confirmed</w:t>
            </w:r>
            <w:r w:rsidRPr="00CF7C7D">
              <w:rPr>
                <w:rFonts w:ascii="Aptos" w:hAnsi="Aptos"/>
                <w:sz w:val="24"/>
                <w:szCs w:val="24"/>
              </w:rPr>
              <w:t xml:space="preserve"> through sensor integration and cross-verification.</w:t>
            </w:r>
            <w:bookmarkEnd w:id="94"/>
            <w:bookmarkEnd w:id="95"/>
            <w:bookmarkEnd w:id="96"/>
            <w:bookmarkEnd w:id="97"/>
          </w:p>
        </w:tc>
        <w:tc>
          <w:tcPr>
            <w:tcW w:w="0" w:type="auto"/>
            <w:vAlign w:val="center"/>
          </w:tcPr>
          <w:p w14:paraId="4A704EB2" w14:textId="77777777" w:rsidR="003C1831" w:rsidRPr="00CF7C7D" w:rsidRDefault="003C1831" w:rsidP="00CF7C7D">
            <w:pPr>
              <w:rPr>
                <w:rFonts w:ascii="Aptos" w:hAnsi="Aptos"/>
                <w:sz w:val="24"/>
                <w:szCs w:val="24"/>
              </w:rPr>
            </w:pPr>
            <w:bookmarkStart w:id="98" w:name="_Toc200307896"/>
            <w:bookmarkStart w:id="99" w:name="_Toc200308268"/>
            <w:bookmarkStart w:id="100" w:name="_Toc200375657"/>
            <w:bookmarkStart w:id="101" w:name="_Toc200475502"/>
            <w:r w:rsidRPr="00CF7C7D">
              <w:rPr>
                <w:rFonts w:ascii="Aptos" w:hAnsi="Aptos"/>
                <w:sz w:val="24"/>
                <w:szCs w:val="24"/>
              </w:rPr>
              <w:t>Water savings can reach up to 55%.</w:t>
            </w:r>
            <w:bookmarkEnd w:id="98"/>
            <w:bookmarkEnd w:id="99"/>
            <w:bookmarkEnd w:id="100"/>
            <w:bookmarkEnd w:id="101"/>
          </w:p>
        </w:tc>
        <w:tc>
          <w:tcPr>
            <w:tcW w:w="0" w:type="auto"/>
            <w:vAlign w:val="center"/>
          </w:tcPr>
          <w:p w14:paraId="5187CC8B" w14:textId="77777777" w:rsidR="003C1831" w:rsidRPr="00CF7C7D" w:rsidRDefault="003C1831" w:rsidP="00CF7C7D">
            <w:pPr>
              <w:rPr>
                <w:rFonts w:ascii="Aptos" w:hAnsi="Aptos"/>
                <w:sz w:val="24"/>
                <w:szCs w:val="24"/>
              </w:rPr>
            </w:pPr>
            <w:bookmarkStart w:id="102" w:name="_Toc200307897"/>
            <w:bookmarkStart w:id="103" w:name="_Toc200308269"/>
            <w:bookmarkStart w:id="104" w:name="_Toc200375658"/>
            <w:bookmarkStart w:id="105" w:name="_Toc200475503"/>
            <w:r w:rsidRPr="00CF7C7D">
              <w:rPr>
                <w:rFonts w:ascii="Aptos" w:hAnsi="Aptos"/>
                <w:sz w:val="24"/>
                <w:szCs w:val="24"/>
              </w:rPr>
              <w:t>Very high accuracy.</w:t>
            </w:r>
            <w:bookmarkEnd w:id="102"/>
            <w:bookmarkEnd w:id="103"/>
            <w:bookmarkEnd w:id="104"/>
            <w:bookmarkEnd w:id="105"/>
          </w:p>
        </w:tc>
        <w:tc>
          <w:tcPr>
            <w:tcW w:w="0" w:type="auto"/>
            <w:vAlign w:val="center"/>
          </w:tcPr>
          <w:p w14:paraId="61BECE14" w14:textId="77777777" w:rsidR="003C1831" w:rsidRPr="00CF7C7D" w:rsidRDefault="003C1831" w:rsidP="00CF7C7D">
            <w:pPr>
              <w:rPr>
                <w:rFonts w:ascii="Aptos" w:hAnsi="Aptos"/>
                <w:sz w:val="24"/>
                <w:szCs w:val="24"/>
              </w:rPr>
            </w:pPr>
            <w:bookmarkStart w:id="106" w:name="_Toc200307898"/>
            <w:bookmarkStart w:id="107" w:name="_Toc200308270"/>
            <w:bookmarkStart w:id="108" w:name="_Toc200375659"/>
            <w:bookmarkStart w:id="109" w:name="_Toc200475504"/>
            <w:r w:rsidRPr="00CF7C7D">
              <w:rPr>
                <w:rFonts w:ascii="Aptos" w:hAnsi="Aptos"/>
                <w:sz w:val="24"/>
                <w:szCs w:val="24"/>
              </w:rPr>
              <w:t>Very high accuracy.</w:t>
            </w:r>
            <w:bookmarkEnd w:id="106"/>
            <w:bookmarkEnd w:id="107"/>
            <w:bookmarkEnd w:id="108"/>
            <w:bookmarkEnd w:id="109"/>
          </w:p>
        </w:tc>
      </w:tr>
    </w:tbl>
    <w:p w14:paraId="54F668E5" w14:textId="77777777" w:rsidR="00CB1A69" w:rsidRDefault="00CB1A69" w:rsidP="00CF7C7D">
      <w:pPr>
        <w:rPr>
          <w:lang w:bidi="ar-KW"/>
        </w:rPr>
      </w:pPr>
    </w:p>
    <w:p w14:paraId="33878EF1" w14:textId="77777777" w:rsidR="00CB1A69" w:rsidRDefault="00CB1A69" w:rsidP="00CF7C7D">
      <w:pPr>
        <w:rPr>
          <w:rFonts w:ascii="Aptos" w:eastAsiaTheme="majorEastAsia" w:hAnsi="Aptos" w:cstheme="majorBidi"/>
          <w:b/>
          <w:bCs/>
          <w:color w:val="365F91" w:themeColor="accent1" w:themeShade="BF"/>
          <w:sz w:val="24"/>
          <w:szCs w:val="24"/>
          <w:lang w:bidi="ar-KW"/>
        </w:rPr>
      </w:pPr>
      <w:r>
        <w:rPr>
          <w:rFonts w:ascii="Aptos" w:hAnsi="Aptos"/>
          <w:sz w:val="24"/>
          <w:szCs w:val="24"/>
          <w:lang w:bidi="ar-KW"/>
        </w:rPr>
        <w:br w:type="page"/>
      </w:r>
    </w:p>
    <w:p w14:paraId="1DED96EF" w14:textId="173A2B25" w:rsidR="00883181" w:rsidRPr="0042172C" w:rsidRDefault="00883181" w:rsidP="00CF7C7D">
      <w:pPr>
        <w:pStyle w:val="Heading1"/>
        <w:numPr>
          <w:ilvl w:val="0"/>
          <w:numId w:val="26"/>
        </w:numPr>
        <w:spacing w:after="240"/>
        <w:rPr>
          <w:rFonts w:ascii="Aptos" w:hAnsi="Aptos"/>
          <w:sz w:val="24"/>
          <w:szCs w:val="24"/>
        </w:rPr>
      </w:pPr>
      <w:bookmarkStart w:id="110" w:name="_Toc200617363"/>
      <w:r w:rsidRPr="0042172C">
        <w:rPr>
          <w:rFonts w:ascii="Aptos" w:hAnsi="Aptos"/>
          <w:sz w:val="24"/>
          <w:szCs w:val="24"/>
        </w:rPr>
        <w:lastRenderedPageBreak/>
        <w:t>Results</w:t>
      </w:r>
      <w:bookmarkEnd w:id="110"/>
    </w:p>
    <w:p w14:paraId="3EC4097E" w14:textId="72A78511" w:rsidR="002D6E42" w:rsidRPr="00CD43C2" w:rsidRDefault="002D6E42" w:rsidP="00CF7C7D">
      <w:pPr>
        <w:spacing w:line="360" w:lineRule="auto"/>
        <w:rPr>
          <w:rFonts w:ascii="Aptos" w:hAnsi="Aptos" w:cs="Times New Roman"/>
          <w:sz w:val="24"/>
          <w:szCs w:val="24"/>
          <w:lang w:bidi="ar-KW"/>
        </w:rPr>
      </w:pPr>
      <w:r w:rsidRPr="00CD43C2">
        <w:rPr>
          <w:rFonts w:ascii="Aptos" w:hAnsi="Aptos" w:cs="Times New Roman"/>
          <w:sz w:val="24"/>
          <w:szCs w:val="24"/>
          <w:lang w:bidi="ar-KW"/>
        </w:rPr>
        <w:t>Our project has a positive impact on all aspects of life — including humans, animals, plants, and the climate.</w:t>
      </w:r>
      <w:r w:rsidR="00E7776B">
        <w:rPr>
          <w:rFonts w:ascii="Aptos" w:hAnsi="Aptos" w:cs="Times New Roman"/>
          <w:sz w:val="24"/>
          <w:szCs w:val="24"/>
          <w:lang w:bidi="ar-KW"/>
        </w:rPr>
        <w:t xml:space="preserve"> </w:t>
      </w:r>
      <w:r w:rsidRPr="00CD43C2">
        <w:rPr>
          <w:rFonts w:ascii="Aptos" w:hAnsi="Aptos" w:cs="Times New Roman"/>
          <w:sz w:val="24"/>
          <w:szCs w:val="24"/>
          <w:lang w:bidi="ar-KW"/>
        </w:rPr>
        <w:t>Among the most important of these positive effects:</w:t>
      </w:r>
    </w:p>
    <w:p w14:paraId="01AD093C" w14:textId="75F5463D" w:rsidR="002D6E42" w:rsidRPr="00E7776B" w:rsidRDefault="002D6E42" w:rsidP="00CF7C7D">
      <w:pPr>
        <w:pStyle w:val="ListParagraph"/>
        <w:numPr>
          <w:ilvl w:val="0"/>
          <w:numId w:val="23"/>
        </w:numPr>
        <w:spacing w:line="360" w:lineRule="auto"/>
        <w:rPr>
          <w:rFonts w:ascii="Aptos" w:hAnsi="Aptos" w:cs="Times New Roman"/>
          <w:sz w:val="24"/>
          <w:szCs w:val="24"/>
          <w:lang w:bidi="ar-KW"/>
        </w:rPr>
      </w:pPr>
      <w:r w:rsidRPr="00E7776B">
        <w:rPr>
          <w:rFonts w:ascii="Aptos" w:hAnsi="Aptos" w:cs="Times New Roman"/>
          <w:sz w:val="24"/>
          <w:szCs w:val="24"/>
          <w:lang w:bidi="ar-KW"/>
        </w:rPr>
        <w:t xml:space="preserve">Preserving </w:t>
      </w:r>
      <w:r w:rsidR="0012310B" w:rsidRPr="00E7776B">
        <w:rPr>
          <w:rFonts w:ascii="Aptos" w:hAnsi="Aptos" w:cs="Times New Roman"/>
          <w:sz w:val="24"/>
          <w:szCs w:val="24"/>
          <w:lang w:bidi="ar-JO"/>
        </w:rPr>
        <w:t>r</w:t>
      </w:r>
      <w:r w:rsidR="0012310B" w:rsidRPr="00E7776B">
        <w:rPr>
          <w:rFonts w:ascii="Aptos" w:hAnsi="Aptos" w:cs="Times New Roman"/>
          <w:sz w:val="24"/>
          <w:szCs w:val="24"/>
          <w:lang w:bidi="ar-KW"/>
        </w:rPr>
        <w:t>esources:</w:t>
      </w:r>
      <w:r w:rsidR="00292AC5" w:rsidRPr="00E7776B">
        <w:rPr>
          <w:rFonts w:ascii="Aptos" w:hAnsi="Aptos" w:cs="Times New Roman"/>
          <w:sz w:val="24"/>
          <w:szCs w:val="24"/>
          <w:lang w:bidi="ar-KW"/>
        </w:rPr>
        <w:t xml:space="preserve"> </w:t>
      </w:r>
      <w:r w:rsidRPr="00E7776B">
        <w:rPr>
          <w:rFonts w:ascii="Aptos" w:hAnsi="Aptos" w:cs="Times New Roman"/>
          <w:sz w:val="24"/>
          <w:szCs w:val="24"/>
          <w:lang w:bidi="ar-KW"/>
        </w:rPr>
        <w:t>By quickly detecting leaks and automatically shutting them off, the robot reduces water waste caused by leakage, contributing to the conservation of valuable water resources.</w:t>
      </w:r>
    </w:p>
    <w:p w14:paraId="6647E9D5" w14:textId="183C6063" w:rsidR="002D6E42" w:rsidRPr="00E7776B" w:rsidRDefault="002D6E42" w:rsidP="00CF7C7D">
      <w:pPr>
        <w:pStyle w:val="ListParagraph"/>
        <w:numPr>
          <w:ilvl w:val="0"/>
          <w:numId w:val="23"/>
        </w:numPr>
        <w:spacing w:line="360" w:lineRule="auto"/>
        <w:rPr>
          <w:rFonts w:ascii="Aptos" w:hAnsi="Aptos" w:cs="Times New Roman"/>
          <w:sz w:val="24"/>
          <w:szCs w:val="24"/>
          <w:lang w:bidi="ar-KW"/>
        </w:rPr>
      </w:pPr>
      <w:r w:rsidRPr="00E7776B">
        <w:rPr>
          <w:rFonts w:ascii="Aptos" w:hAnsi="Aptos" w:cs="Times New Roman"/>
          <w:sz w:val="24"/>
          <w:szCs w:val="24"/>
          <w:lang w:bidi="ar-KW"/>
        </w:rPr>
        <w:t xml:space="preserve">Reducing </w:t>
      </w:r>
      <w:r w:rsidR="00840691" w:rsidRPr="00E7776B">
        <w:rPr>
          <w:rFonts w:ascii="Aptos" w:hAnsi="Aptos" w:cs="Times New Roman"/>
          <w:sz w:val="24"/>
          <w:szCs w:val="24"/>
          <w:lang w:bidi="ar-KW"/>
        </w:rPr>
        <w:t>e</w:t>
      </w:r>
      <w:r w:rsidRPr="00E7776B">
        <w:rPr>
          <w:rFonts w:ascii="Aptos" w:hAnsi="Aptos" w:cs="Times New Roman"/>
          <w:sz w:val="24"/>
          <w:szCs w:val="24"/>
          <w:lang w:bidi="ar-KW"/>
        </w:rPr>
        <w:t xml:space="preserve">nvironmental </w:t>
      </w:r>
      <w:r w:rsidR="0012310B" w:rsidRPr="00E7776B">
        <w:rPr>
          <w:rFonts w:ascii="Aptos" w:hAnsi="Aptos" w:cs="Times New Roman"/>
          <w:sz w:val="24"/>
          <w:szCs w:val="24"/>
          <w:lang w:bidi="ar-KW"/>
        </w:rPr>
        <w:t>damage:</w:t>
      </w:r>
      <w:r w:rsidR="00840691" w:rsidRPr="00E7776B">
        <w:rPr>
          <w:rFonts w:ascii="Aptos" w:hAnsi="Aptos" w:cs="Times New Roman"/>
          <w:sz w:val="24"/>
          <w:szCs w:val="24"/>
          <w:lang w:bidi="ar-KW"/>
        </w:rPr>
        <w:t xml:space="preserve"> </w:t>
      </w:r>
      <w:r w:rsidRPr="00E7776B">
        <w:rPr>
          <w:rFonts w:ascii="Aptos" w:hAnsi="Aptos" w:cs="Times New Roman"/>
          <w:sz w:val="24"/>
          <w:szCs w:val="24"/>
          <w:lang w:bidi="ar-KW"/>
        </w:rPr>
        <w:t>Water leaks can cause serious environmental damage, such as erosion, mold, and excessive moisture. By preventing such leaks, the robot minimizes their negative impact on the local environment.</w:t>
      </w:r>
    </w:p>
    <w:p w14:paraId="6FE28292" w14:textId="082DE994" w:rsidR="002D6E42" w:rsidRPr="00E7776B" w:rsidRDefault="002D6E42" w:rsidP="00CF7C7D">
      <w:pPr>
        <w:pStyle w:val="ListParagraph"/>
        <w:numPr>
          <w:ilvl w:val="0"/>
          <w:numId w:val="23"/>
        </w:numPr>
        <w:spacing w:line="360" w:lineRule="auto"/>
        <w:rPr>
          <w:rFonts w:ascii="Aptos" w:hAnsi="Aptos" w:cs="Times New Roman"/>
          <w:sz w:val="24"/>
          <w:szCs w:val="24"/>
          <w:lang w:bidi="ar-KW"/>
        </w:rPr>
      </w:pPr>
      <w:r w:rsidRPr="00E7776B">
        <w:rPr>
          <w:rFonts w:ascii="Aptos" w:hAnsi="Aptos" w:cs="Times New Roman"/>
          <w:sz w:val="24"/>
          <w:szCs w:val="24"/>
          <w:lang w:bidi="ar-KW"/>
        </w:rPr>
        <w:t xml:space="preserve">Reducing </w:t>
      </w:r>
      <w:r w:rsidR="00840691" w:rsidRPr="00E7776B">
        <w:rPr>
          <w:rFonts w:ascii="Aptos" w:hAnsi="Aptos" w:cs="Times New Roman"/>
          <w:sz w:val="24"/>
          <w:szCs w:val="24"/>
          <w:lang w:bidi="ar-KW"/>
        </w:rPr>
        <w:t>c</w:t>
      </w:r>
      <w:r w:rsidRPr="00E7776B">
        <w:rPr>
          <w:rFonts w:ascii="Aptos" w:hAnsi="Aptos" w:cs="Times New Roman"/>
          <w:sz w:val="24"/>
          <w:szCs w:val="24"/>
          <w:lang w:bidi="ar-KW"/>
        </w:rPr>
        <w:t xml:space="preserve">osts from </w:t>
      </w:r>
      <w:r w:rsidR="0012310B" w:rsidRPr="00E7776B">
        <w:rPr>
          <w:rFonts w:ascii="Aptos" w:hAnsi="Aptos" w:cs="Times New Roman"/>
          <w:sz w:val="24"/>
          <w:szCs w:val="24"/>
          <w:lang w:bidi="ar-KW"/>
        </w:rPr>
        <w:t>leaks:</w:t>
      </w:r>
      <w:r w:rsidR="00840691" w:rsidRPr="00E7776B">
        <w:rPr>
          <w:rFonts w:ascii="Aptos" w:hAnsi="Aptos" w:cs="Times New Roman"/>
          <w:sz w:val="24"/>
          <w:szCs w:val="24"/>
          <w:lang w:bidi="ar-KW"/>
        </w:rPr>
        <w:t xml:space="preserve"> </w:t>
      </w:r>
      <w:r w:rsidRPr="00E7776B">
        <w:rPr>
          <w:rFonts w:ascii="Aptos" w:hAnsi="Aptos" w:cs="Times New Roman"/>
          <w:sz w:val="24"/>
          <w:szCs w:val="24"/>
          <w:lang w:bidi="ar-KW"/>
        </w:rPr>
        <w:t>By detecting leaks at an early stage and shutting them off automatically, major property damage can be avoided, saving potentially high repair costs.</w:t>
      </w:r>
    </w:p>
    <w:p w14:paraId="5FB804FC" w14:textId="477370D7" w:rsidR="002D6E42" w:rsidRPr="00E7776B" w:rsidRDefault="002D6E42" w:rsidP="00CF7C7D">
      <w:pPr>
        <w:pStyle w:val="ListParagraph"/>
        <w:numPr>
          <w:ilvl w:val="0"/>
          <w:numId w:val="23"/>
        </w:numPr>
        <w:spacing w:line="360" w:lineRule="auto"/>
        <w:rPr>
          <w:rFonts w:ascii="Aptos" w:hAnsi="Aptos" w:cs="Times New Roman"/>
          <w:sz w:val="24"/>
          <w:szCs w:val="24"/>
          <w:lang w:bidi="ar-KW"/>
        </w:rPr>
      </w:pPr>
      <w:r w:rsidRPr="00E7776B">
        <w:rPr>
          <w:rFonts w:ascii="Aptos" w:hAnsi="Aptos" w:cs="Times New Roman"/>
          <w:sz w:val="24"/>
          <w:szCs w:val="24"/>
          <w:lang w:bidi="ar-KW"/>
        </w:rPr>
        <w:t xml:space="preserve">Increasing </w:t>
      </w:r>
      <w:r w:rsidR="00840691" w:rsidRPr="00E7776B">
        <w:rPr>
          <w:rFonts w:ascii="Aptos" w:hAnsi="Aptos" w:cs="Times New Roman"/>
          <w:sz w:val="24"/>
          <w:szCs w:val="24"/>
          <w:lang w:bidi="ar-KW"/>
        </w:rPr>
        <w:t>c</w:t>
      </w:r>
      <w:r w:rsidRPr="00E7776B">
        <w:rPr>
          <w:rFonts w:ascii="Aptos" w:hAnsi="Aptos" w:cs="Times New Roman"/>
          <w:sz w:val="24"/>
          <w:szCs w:val="24"/>
          <w:lang w:bidi="ar-KW"/>
        </w:rPr>
        <w:t xml:space="preserve">omfort and </w:t>
      </w:r>
      <w:r w:rsidR="0012310B" w:rsidRPr="00E7776B">
        <w:rPr>
          <w:rFonts w:ascii="Aptos" w:hAnsi="Aptos" w:cs="Times New Roman"/>
          <w:sz w:val="24"/>
          <w:szCs w:val="24"/>
          <w:lang w:bidi="ar-KW"/>
        </w:rPr>
        <w:t>safety:</w:t>
      </w:r>
      <w:r w:rsidR="00840691" w:rsidRPr="00E7776B">
        <w:rPr>
          <w:rFonts w:ascii="Aptos" w:hAnsi="Aptos" w:cs="Times New Roman"/>
          <w:sz w:val="24"/>
          <w:szCs w:val="24"/>
          <w:lang w:bidi="ar-KW"/>
        </w:rPr>
        <w:t xml:space="preserve"> </w:t>
      </w:r>
      <w:r w:rsidRPr="00E7776B">
        <w:rPr>
          <w:rFonts w:ascii="Aptos" w:hAnsi="Aptos" w:cs="Times New Roman"/>
          <w:sz w:val="24"/>
          <w:szCs w:val="24"/>
          <w:lang w:bidi="ar-KW"/>
        </w:rPr>
        <w:t>The robot operates continuously without the need for human supervision, providing convenience for users and ensuring a fast and effective response to any leak.</w:t>
      </w:r>
    </w:p>
    <w:p w14:paraId="6F2BFB5E" w14:textId="15197F6A" w:rsidR="002D6E42" w:rsidRPr="00E7776B" w:rsidRDefault="002D6E42" w:rsidP="00CF7C7D">
      <w:pPr>
        <w:pStyle w:val="ListParagraph"/>
        <w:numPr>
          <w:ilvl w:val="0"/>
          <w:numId w:val="23"/>
        </w:numPr>
        <w:spacing w:line="360" w:lineRule="auto"/>
        <w:rPr>
          <w:rFonts w:ascii="Aptos" w:hAnsi="Aptos" w:cs="Times New Roman"/>
          <w:sz w:val="24"/>
          <w:szCs w:val="24"/>
          <w:lang w:bidi="ar-KW"/>
        </w:rPr>
      </w:pPr>
      <w:r w:rsidRPr="00E7776B">
        <w:rPr>
          <w:rFonts w:ascii="Aptos" w:hAnsi="Aptos" w:cs="Times New Roman"/>
          <w:sz w:val="24"/>
          <w:szCs w:val="24"/>
          <w:lang w:bidi="ar-KW"/>
        </w:rPr>
        <w:t xml:space="preserve">Improving </w:t>
      </w:r>
      <w:r w:rsidR="00840691" w:rsidRPr="00E7776B">
        <w:rPr>
          <w:rFonts w:ascii="Aptos" w:hAnsi="Aptos" w:cs="Times New Roman"/>
          <w:sz w:val="24"/>
          <w:szCs w:val="24"/>
          <w:lang w:bidi="ar-KW"/>
        </w:rPr>
        <w:t>p</w:t>
      </w:r>
      <w:r w:rsidRPr="00E7776B">
        <w:rPr>
          <w:rFonts w:ascii="Aptos" w:hAnsi="Aptos" w:cs="Times New Roman"/>
          <w:sz w:val="24"/>
          <w:szCs w:val="24"/>
          <w:lang w:bidi="ar-KW"/>
        </w:rPr>
        <w:t xml:space="preserve">ublic </w:t>
      </w:r>
      <w:r w:rsidR="0012310B" w:rsidRPr="00E7776B">
        <w:rPr>
          <w:rFonts w:ascii="Aptos" w:hAnsi="Aptos" w:cs="Times New Roman"/>
          <w:sz w:val="24"/>
          <w:szCs w:val="24"/>
          <w:lang w:bidi="ar-KW"/>
        </w:rPr>
        <w:t>health:</w:t>
      </w:r>
      <w:r w:rsidR="00840691" w:rsidRPr="00E7776B">
        <w:rPr>
          <w:rFonts w:ascii="Aptos" w:hAnsi="Aptos" w:cs="Times New Roman"/>
          <w:sz w:val="24"/>
          <w:szCs w:val="24"/>
          <w:lang w:bidi="ar-KW"/>
        </w:rPr>
        <w:t xml:space="preserve"> </w:t>
      </w:r>
      <w:r w:rsidRPr="00E7776B">
        <w:rPr>
          <w:rFonts w:ascii="Aptos" w:hAnsi="Aptos" w:cs="Times New Roman"/>
          <w:sz w:val="24"/>
          <w:szCs w:val="24"/>
          <w:lang w:bidi="ar-KW"/>
        </w:rPr>
        <w:t>By preventing water leaks that can lead to bacterial and mold growth in homes and buildings, the robot contributes to better public health conditions.</w:t>
      </w:r>
    </w:p>
    <w:p w14:paraId="1F23D41E" w14:textId="588CAF0B" w:rsidR="003C1831" w:rsidRPr="0042172C" w:rsidRDefault="002D6E42" w:rsidP="00CF7C7D">
      <w:pPr>
        <w:pStyle w:val="Heading1"/>
        <w:numPr>
          <w:ilvl w:val="0"/>
          <w:numId w:val="26"/>
        </w:numPr>
        <w:spacing w:after="240"/>
        <w:rPr>
          <w:rFonts w:ascii="Aptos" w:hAnsi="Aptos"/>
          <w:noProof/>
          <w:sz w:val="24"/>
          <w:szCs w:val="24"/>
        </w:rPr>
      </w:pPr>
      <w:bookmarkStart w:id="111" w:name="_Toc200617364"/>
      <w:r w:rsidRPr="0042172C">
        <w:rPr>
          <w:rFonts w:ascii="Aptos" w:hAnsi="Aptos"/>
          <w:sz w:val="24"/>
          <w:szCs w:val="24"/>
          <w:lang w:bidi="ar-KW"/>
        </w:rPr>
        <w:t>Applications</w:t>
      </w:r>
      <w:bookmarkEnd w:id="111"/>
    </w:p>
    <w:p w14:paraId="3C8D3494" w14:textId="213E28AE" w:rsidR="00FD69FA" w:rsidRPr="0012310B" w:rsidRDefault="0012310B" w:rsidP="00CF7C7D">
      <w:pPr>
        <w:pStyle w:val="ListParagraph"/>
        <w:numPr>
          <w:ilvl w:val="0"/>
          <w:numId w:val="30"/>
        </w:numPr>
        <w:spacing w:line="360" w:lineRule="auto"/>
        <w:rPr>
          <w:rFonts w:ascii="Aptos" w:hAnsi="Aptos"/>
          <w:noProof/>
          <w:sz w:val="24"/>
          <w:szCs w:val="24"/>
        </w:rPr>
      </w:pPr>
      <w:r w:rsidRPr="0012310B">
        <w:rPr>
          <w:rFonts w:ascii="Aptos" w:hAnsi="Aptos"/>
          <w:noProof/>
          <w:sz w:val="24"/>
          <w:szCs w:val="24"/>
        </w:rPr>
        <w:t>R</w:t>
      </w:r>
      <w:r w:rsidR="00FD69FA" w:rsidRPr="0012310B">
        <w:rPr>
          <w:rFonts w:ascii="Aptos" w:hAnsi="Aptos"/>
          <w:noProof/>
          <w:sz w:val="24"/>
          <w:szCs w:val="24"/>
        </w:rPr>
        <w:t>obot</w:t>
      </w:r>
      <w:r>
        <w:rPr>
          <w:rFonts w:ascii="Aptos" w:hAnsi="Aptos"/>
          <w:noProof/>
          <w:sz w:val="24"/>
          <w:szCs w:val="24"/>
        </w:rPr>
        <w:t>:</w:t>
      </w:r>
      <w:r w:rsidR="00FD69FA" w:rsidRPr="0012310B">
        <w:rPr>
          <w:rFonts w:ascii="Aptos" w:hAnsi="Aptos"/>
          <w:noProof/>
          <w:sz w:val="24"/>
          <w:szCs w:val="24"/>
        </w:rPr>
        <w:t xml:space="preserve"> accelerate the detection process compared to traditional methods, and provide precise data to support repair decision-making.</w:t>
      </w:r>
    </w:p>
    <w:p w14:paraId="1026D5A7" w14:textId="55406CE4" w:rsidR="00FD69FA" w:rsidRPr="0012310B" w:rsidRDefault="00FD69FA" w:rsidP="00CF7C7D">
      <w:pPr>
        <w:pStyle w:val="ListParagraph"/>
        <w:numPr>
          <w:ilvl w:val="0"/>
          <w:numId w:val="30"/>
        </w:numPr>
        <w:spacing w:line="360" w:lineRule="auto"/>
        <w:rPr>
          <w:rFonts w:ascii="Aptos" w:hAnsi="Aptos"/>
          <w:noProof/>
          <w:sz w:val="24"/>
          <w:szCs w:val="24"/>
        </w:rPr>
      </w:pPr>
      <w:r w:rsidRPr="0012310B">
        <w:rPr>
          <w:rFonts w:ascii="Aptos" w:hAnsi="Aptos"/>
          <w:noProof/>
          <w:sz w:val="24"/>
          <w:szCs w:val="24"/>
        </w:rPr>
        <w:t>Moisture Sensor (YL-69):Detects moisture by reading conductivity, identifies leakage areas to trigger an alert or guide the robot accordingly.</w:t>
      </w:r>
    </w:p>
    <w:p w14:paraId="3CDF30E0" w14:textId="239E59B2" w:rsidR="00FD69FA" w:rsidRPr="0012310B" w:rsidRDefault="00FD69FA" w:rsidP="00CF7C7D">
      <w:pPr>
        <w:pStyle w:val="ListParagraph"/>
        <w:numPr>
          <w:ilvl w:val="0"/>
          <w:numId w:val="30"/>
        </w:numPr>
        <w:spacing w:line="360" w:lineRule="auto"/>
        <w:rPr>
          <w:rFonts w:ascii="Aptos" w:hAnsi="Aptos"/>
          <w:noProof/>
          <w:sz w:val="24"/>
          <w:szCs w:val="24"/>
        </w:rPr>
      </w:pPr>
      <w:r w:rsidRPr="0012310B">
        <w:rPr>
          <w:rFonts w:ascii="Aptos" w:hAnsi="Aptos"/>
          <w:noProof/>
          <w:sz w:val="24"/>
          <w:szCs w:val="24"/>
        </w:rPr>
        <w:t>Water Flow Sensor (YF-S401):Measures the water flow rate and detects abnormal changes to pinpoint possible leak locations.</w:t>
      </w:r>
    </w:p>
    <w:p w14:paraId="5962C69C" w14:textId="0CE3C69A" w:rsidR="00FD69FA" w:rsidRPr="0012310B" w:rsidRDefault="00FD69FA" w:rsidP="00CF7C7D">
      <w:pPr>
        <w:pStyle w:val="ListParagraph"/>
        <w:numPr>
          <w:ilvl w:val="0"/>
          <w:numId w:val="30"/>
        </w:numPr>
        <w:spacing w:line="360" w:lineRule="auto"/>
        <w:rPr>
          <w:rFonts w:ascii="Aptos" w:hAnsi="Aptos"/>
          <w:noProof/>
          <w:sz w:val="24"/>
          <w:szCs w:val="24"/>
        </w:rPr>
      </w:pPr>
      <w:r w:rsidRPr="0012310B">
        <w:rPr>
          <w:rFonts w:ascii="Aptos" w:hAnsi="Aptos"/>
          <w:noProof/>
          <w:sz w:val="24"/>
          <w:szCs w:val="24"/>
        </w:rPr>
        <w:t>Vibration Sensor (SW-420):Detects vibrations caused by water leakage or pressure on surfaces, helping to identify the leak’s location.</w:t>
      </w:r>
    </w:p>
    <w:p w14:paraId="2BAF8620" w14:textId="1946B99F" w:rsidR="002D6E42" w:rsidRPr="0012310B" w:rsidRDefault="00FD69FA" w:rsidP="00CF7C7D">
      <w:pPr>
        <w:pStyle w:val="ListParagraph"/>
        <w:numPr>
          <w:ilvl w:val="0"/>
          <w:numId w:val="30"/>
        </w:numPr>
        <w:spacing w:line="360" w:lineRule="auto"/>
        <w:rPr>
          <w:rFonts w:ascii="Aptos" w:hAnsi="Aptos"/>
          <w:noProof/>
          <w:sz w:val="24"/>
          <w:szCs w:val="24"/>
        </w:rPr>
      </w:pPr>
      <w:r w:rsidRPr="0012310B">
        <w:rPr>
          <w:rFonts w:ascii="Aptos" w:hAnsi="Aptos"/>
          <w:noProof/>
          <w:sz w:val="24"/>
          <w:szCs w:val="24"/>
        </w:rPr>
        <w:lastRenderedPageBreak/>
        <w:t>Raspberry Pi Camera:Monitors invasive plant roots harmful to pipelines and removes them using a servo motor.</w:t>
      </w:r>
    </w:p>
    <w:p w14:paraId="07B953EB" w14:textId="516B4A03" w:rsidR="00430FFD" w:rsidRPr="0042172C" w:rsidRDefault="0012310B" w:rsidP="00CF7C7D">
      <w:pPr>
        <w:pStyle w:val="Heading1"/>
        <w:numPr>
          <w:ilvl w:val="0"/>
          <w:numId w:val="26"/>
        </w:numPr>
        <w:spacing w:after="240"/>
        <w:rPr>
          <w:rFonts w:ascii="Aptos" w:hAnsi="Aptos"/>
          <w:sz w:val="24"/>
          <w:szCs w:val="24"/>
        </w:rPr>
      </w:pPr>
      <w:bookmarkStart w:id="112" w:name="_Toc200617365"/>
      <w:r>
        <w:rPr>
          <w:rFonts w:ascii="Aptos" w:hAnsi="Aptos"/>
          <w:sz w:val="24"/>
          <w:szCs w:val="24"/>
        </w:rPr>
        <w:t>F</w:t>
      </w:r>
      <w:r w:rsidR="00430FFD" w:rsidRPr="0042172C">
        <w:rPr>
          <w:rFonts w:ascii="Aptos" w:hAnsi="Aptos"/>
          <w:sz w:val="24"/>
          <w:szCs w:val="24"/>
        </w:rPr>
        <w:t xml:space="preserve">uture </w:t>
      </w:r>
      <w:r w:rsidR="00292AC5" w:rsidRPr="0042172C">
        <w:rPr>
          <w:rFonts w:ascii="Aptos" w:hAnsi="Aptos"/>
          <w:sz w:val="24"/>
          <w:szCs w:val="24"/>
        </w:rPr>
        <w:t>work</w:t>
      </w:r>
      <w:bookmarkEnd w:id="112"/>
    </w:p>
    <w:p w14:paraId="6BD50D20" w14:textId="110FA6F8" w:rsidR="00430FFD" w:rsidRPr="00CD43C2" w:rsidRDefault="00430FFD" w:rsidP="00CF7C7D">
      <w:pPr>
        <w:spacing w:line="360" w:lineRule="auto"/>
        <w:rPr>
          <w:rFonts w:ascii="Aptos" w:hAnsi="Aptos"/>
          <w:noProof/>
          <w:sz w:val="24"/>
          <w:szCs w:val="24"/>
        </w:rPr>
      </w:pPr>
      <w:r w:rsidRPr="00CD43C2">
        <w:rPr>
          <w:rFonts w:ascii="Aptos" w:hAnsi="Aptos"/>
          <w:noProof/>
          <w:sz w:val="24"/>
          <w:szCs w:val="24"/>
        </w:rPr>
        <w:t>Th</w:t>
      </w:r>
      <w:r w:rsidR="0042172C">
        <w:rPr>
          <w:rFonts w:ascii="Aptos" w:hAnsi="Aptos"/>
          <w:noProof/>
          <w:sz w:val="24"/>
          <w:szCs w:val="24"/>
        </w:rPr>
        <w:t>is project has a strong potential for</w:t>
      </w:r>
      <w:r w:rsidRPr="00CD43C2">
        <w:rPr>
          <w:rFonts w:ascii="Aptos" w:hAnsi="Aptos"/>
          <w:noProof/>
          <w:sz w:val="24"/>
          <w:szCs w:val="24"/>
        </w:rPr>
        <w:t xml:space="preserve"> </w:t>
      </w:r>
      <w:r w:rsidR="0042172C">
        <w:rPr>
          <w:rFonts w:ascii="Aptos" w:hAnsi="Aptos"/>
          <w:noProof/>
          <w:sz w:val="24"/>
          <w:szCs w:val="24"/>
        </w:rPr>
        <w:t xml:space="preserve">future </w:t>
      </w:r>
      <w:r w:rsidRPr="00CD43C2">
        <w:rPr>
          <w:rFonts w:ascii="Aptos" w:hAnsi="Aptos"/>
          <w:noProof/>
          <w:sz w:val="24"/>
          <w:szCs w:val="24"/>
        </w:rPr>
        <w:t>implementation with the support of relevant</w:t>
      </w:r>
      <w:r w:rsidR="0042172C">
        <w:rPr>
          <w:rFonts w:ascii="Aptos" w:hAnsi="Aptos"/>
          <w:noProof/>
          <w:sz w:val="24"/>
          <w:szCs w:val="24"/>
        </w:rPr>
        <w:t xml:space="preserve"> Palestinian </w:t>
      </w:r>
      <w:r w:rsidRPr="00CD43C2">
        <w:rPr>
          <w:rFonts w:ascii="Aptos" w:hAnsi="Aptos"/>
          <w:noProof/>
          <w:sz w:val="24"/>
          <w:szCs w:val="24"/>
        </w:rPr>
        <w:t xml:space="preserve">institutions, along with the </w:t>
      </w:r>
      <w:r w:rsidR="0042172C">
        <w:rPr>
          <w:rFonts w:ascii="Aptos" w:hAnsi="Aptos"/>
          <w:noProof/>
          <w:sz w:val="24"/>
          <w:szCs w:val="24"/>
        </w:rPr>
        <w:t xml:space="preserve">contribution </w:t>
      </w:r>
      <w:r w:rsidRPr="00CD43C2">
        <w:rPr>
          <w:rFonts w:ascii="Aptos" w:hAnsi="Aptos"/>
          <w:noProof/>
          <w:sz w:val="24"/>
          <w:szCs w:val="24"/>
        </w:rPr>
        <w:t xml:space="preserve"> of municipalities and governorates. </w:t>
      </w:r>
      <w:r w:rsidR="0042172C">
        <w:rPr>
          <w:rFonts w:ascii="Aptos" w:hAnsi="Aptos"/>
          <w:noProof/>
          <w:sz w:val="24"/>
          <w:szCs w:val="24"/>
        </w:rPr>
        <w:t>This</w:t>
      </w:r>
      <w:r w:rsidRPr="00CD43C2">
        <w:rPr>
          <w:rFonts w:ascii="Aptos" w:hAnsi="Aptos"/>
          <w:noProof/>
          <w:sz w:val="24"/>
          <w:szCs w:val="24"/>
        </w:rPr>
        <w:t xml:space="preserve"> involve</w:t>
      </w:r>
      <w:r w:rsidR="0042172C">
        <w:rPr>
          <w:rFonts w:ascii="Aptos" w:hAnsi="Aptos"/>
          <w:noProof/>
          <w:sz w:val="24"/>
          <w:szCs w:val="24"/>
        </w:rPr>
        <w:t>s</w:t>
      </w:r>
      <w:r w:rsidRPr="00CD43C2">
        <w:rPr>
          <w:rFonts w:ascii="Aptos" w:hAnsi="Aptos"/>
          <w:noProof/>
          <w:sz w:val="24"/>
          <w:szCs w:val="24"/>
        </w:rPr>
        <w:t xml:space="preserve"> providing all the necessary tools, advanced and upgraded sensors, and </w:t>
      </w:r>
      <w:r w:rsidR="0042172C">
        <w:rPr>
          <w:rFonts w:ascii="Aptos" w:hAnsi="Aptos"/>
          <w:noProof/>
          <w:sz w:val="24"/>
          <w:szCs w:val="24"/>
        </w:rPr>
        <w:t>analyzing the results in terms of water convervations data.</w:t>
      </w:r>
      <w:r w:rsidRPr="00CD43C2">
        <w:rPr>
          <w:rFonts w:ascii="Aptos" w:hAnsi="Aptos"/>
          <w:noProof/>
          <w:sz w:val="24"/>
          <w:szCs w:val="24"/>
        </w:rPr>
        <w:t xml:space="preserve"> </w:t>
      </w:r>
    </w:p>
    <w:p w14:paraId="38DFB637" w14:textId="5FFE0ACC" w:rsidR="00430FFD" w:rsidRPr="0012310B" w:rsidRDefault="0042172C" w:rsidP="00CF7C7D">
      <w:pPr>
        <w:spacing w:line="360" w:lineRule="auto"/>
        <w:rPr>
          <w:rFonts w:ascii="Aptos" w:hAnsi="Aptos"/>
          <w:noProof/>
          <w:sz w:val="24"/>
          <w:szCs w:val="24"/>
        </w:rPr>
      </w:pPr>
      <w:r>
        <w:rPr>
          <w:rFonts w:ascii="Aptos" w:hAnsi="Aptos"/>
          <w:noProof/>
          <w:sz w:val="24"/>
          <w:szCs w:val="24"/>
        </w:rPr>
        <w:t>This</w:t>
      </w:r>
      <w:r w:rsidR="00430FFD" w:rsidRPr="00CD43C2">
        <w:rPr>
          <w:rFonts w:ascii="Aptos" w:hAnsi="Aptos"/>
          <w:noProof/>
          <w:sz w:val="24"/>
          <w:szCs w:val="24"/>
        </w:rPr>
        <w:t xml:space="preserve"> </w:t>
      </w:r>
      <w:r>
        <w:rPr>
          <w:rFonts w:ascii="Aptos" w:hAnsi="Aptos"/>
          <w:noProof/>
          <w:sz w:val="24"/>
          <w:szCs w:val="24"/>
        </w:rPr>
        <w:t>model</w:t>
      </w:r>
      <w:r w:rsidR="00430FFD" w:rsidRPr="00CD43C2">
        <w:rPr>
          <w:rFonts w:ascii="Aptos" w:hAnsi="Aptos"/>
          <w:noProof/>
          <w:sz w:val="24"/>
          <w:szCs w:val="24"/>
        </w:rPr>
        <w:t xml:space="preserve"> also proposes replacing </w:t>
      </w:r>
      <w:r>
        <w:rPr>
          <w:rFonts w:ascii="Aptos" w:hAnsi="Aptos"/>
          <w:noProof/>
          <w:sz w:val="24"/>
          <w:szCs w:val="24"/>
        </w:rPr>
        <w:t xml:space="preserve">regular </w:t>
      </w:r>
      <w:r w:rsidR="00430FFD" w:rsidRPr="00CD43C2">
        <w:rPr>
          <w:rFonts w:ascii="Aptos" w:hAnsi="Aptos"/>
          <w:noProof/>
          <w:sz w:val="24"/>
          <w:szCs w:val="24"/>
        </w:rPr>
        <w:t xml:space="preserve">electricity and internet power sources with renewable energy, </w:t>
      </w:r>
      <w:r>
        <w:rPr>
          <w:rFonts w:ascii="Aptos" w:hAnsi="Aptos"/>
          <w:noProof/>
          <w:sz w:val="24"/>
          <w:szCs w:val="24"/>
        </w:rPr>
        <w:t>utilizing</w:t>
      </w:r>
      <w:r w:rsidR="00430FFD" w:rsidRPr="00CD43C2">
        <w:rPr>
          <w:rFonts w:ascii="Aptos" w:hAnsi="Aptos"/>
          <w:noProof/>
          <w:sz w:val="24"/>
          <w:szCs w:val="24"/>
        </w:rPr>
        <w:t xml:space="preserve"> an advanced robotic arm to remove invasive plant roots, and adopting modern technologies for early leak detection—such as sensors and artificial intelligence.</w:t>
      </w:r>
      <w:r w:rsidR="0012310B">
        <w:rPr>
          <w:rFonts w:ascii="Aptos" w:hAnsi="Aptos"/>
          <w:noProof/>
          <w:sz w:val="24"/>
          <w:szCs w:val="24"/>
        </w:rPr>
        <w:t xml:space="preserve"> </w:t>
      </w:r>
      <w:r w:rsidR="00430FFD" w:rsidRPr="001111EC">
        <w:rPr>
          <w:rFonts w:ascii="Aptos" w:hAnsi="Aptos"/>
          <w:noProof/>
          <w:color w:val="000000" w:themeColor="text1"/>
          <w:sz w:val="24"/>
          <w:szCs w:val="24"/>
        </w:rPr>
        <w:t xml:space="preserve">Environmentally friendly solutions could be applied to treat </w:t>
      </w:r>
      <w:r>
        <w:rPr>
          <w:rFonts w:ascii="Aptos" w:hAnsi="Aptos"/>
          <w:noProof/>
          <w:color w:val="000000" w:themeColor="text1"/>
          <w:sz w:val="24"/>
          <w:szCs w:val="24"/>
        </w:rPr>
        <w:t>NRW</w:t>
      </w:r>
      <w:r w:rsidR="00430FFD" w:rsidRPr="001111EC">
        <w:rPr>
          <w:rFonts w:ascii="Aptos" w:hAnsi="Aptos"/>
          <w:noProof/>
          <w:color w:val="000000" w:themeColor="text1"/>
          <w:sz w:val="24"/>
          <w:szCs w:val="24"/>
        </w:rPr>
        <w:t>. For instance, solar energy can be used to power the robot that operates above ground. Since this robot removes plant roots, it is possible to generate energy from those roots. The chemical interaction between roots and microorganisms produces organic compounds that can be converted into electrical energy when roots are present. When roots are not available, the system would rely on solar power.</w:t>
      </w:r>
      <w:r w:rsidR="004722EC" w:rsidRPr="001111EC">
        <w:rPr>
          <w:rFonts w:ascii="Aptos" w:hAnsi="Aptos" w:hint="cs"/>
          <w:noProof/>
          <w:color w:val="000000" w:themeColor="text1"/>
          <w:sz w:val="24"/>
          <w:szCs w:val="24"/>
          <w:rtl/>
        </w:rPr>
        <w:t xml:space="preserve"> </w:t>
      </w:r>
    </w:p>
    <w:p w14:paraId="795E3FEE" w14:textId="56AAEC32" w:rsidR="00430FFD" w:rsidRPr="004722EC" w:rsidRDefault="00430FFD" w:rsidP="00CF7C7D">
      <w:pPr>
        <w:spacing w:line="360" w:lineRule="auto"/>
        <w:rPr>
          <w:rFonts w:ascii="Aptos" w:hAnsi="Aptos"/>
          <w:noProof/>
          <w:color w:val="EE0000"/>
          <w:sz w:val="24"/>
          <w:szCs w:val="24"/>
        </w:rPr>
      </w:pPr>
      <w:r w:rsidRPr="001111EC">
        <w:rPr>
          <w:rFonts w:ascii="Aptos" w:hAnsi="Aptos"/>
          <w:noProof/>
          <w:color w:val="000000" w:themeColor="text1"/>
          <w:sz w:val="24"/>
          <w:szCs w:val="24"/>
        </w:rPr>
        <w:t>As for the robot operating underground, it can be powered by electricity generated from the turbine movement within the water flow sensor (YF-S401).</w:t>
      </w:r>
      <w:r w:rsidR="004722EC" w:rsidRPr="001111EC">
        <w:rPr>
          <w:rFonts w:ascii="Aptos" w:hAnsi="Aptos" w:hint="cs"/>
          <w:noProof/>
          <w:color w:val="000000" w:themeColor="text1"/>
          <w:sz w:val="24"/>
          <w:szCs w:val="24"/>
          <w:rtl/>
        </w:rPr>
        <w:t xml:space="preserve"> </w:t>
      </w:r>
    </w:p>
    <w:p w14:paraId="5E3DB9D9" w14:textId="00DD4626" w:rsidR="00430FFD" w:rsidRDefault="00430FFD" w:rsidP="00CF7C7D">
      <w:pPr>
        <w:spacing w:line="360" w:lineRule="auto"/>
        <w:rPr>
          <w:rFonts w:ascii="Aptos" w:hAnsi="Aptos"/>
          <w:noProof/>
          <w:sz w:val="24"/>
          <w:szCs w:val="24"/>
        </w:rPr>
      </w:pPr>
      <w:r w:rsidRPr="00CD43C2">
        <w:rPr>
          <w:rFonts w:ascii="Aptos" w:hAnsi="Aptos"/>
          <w:noProof/>
          <w:sz w:val="24"/>
          <w:szCs w:val="24"/>
        </w:rPr>
        <w:t>We aim, as much as possible, to rely exclusively on clean energy, and we are committed to finding tools and components of higher quality and precision than those currently used.</w:t>
      </w:r>
    </w:p>
    <w:p w14:paraId="010F98FF" w14:textId="79EF49A6" w:rsidR="00430FFD" w:rsidRPr="0042172C" w:rsidRDefault="0042172C" w:rsidP="00CF7C7D">
      <w:pPr>
        <w:pStyle w:val="Heading1"/>
        <w:numPr>
          <w:ilvl w:val="0"/>
          <w:numId w:val="26"/>
        </w:numPr>
        <w:spacing w:after="240"/>
        <w:rPr>
          <w:rFonts w:ascii="Aptos" w:hAnsi="Aptos"/>
          <w:sz w:val="24"/>
          <w:szCs w:val="24"/>
        </w:rPr>
      </w:pPr>
      <w:bookmarkStart w:id="113" w:name="_Toc200617366"/>
      <w:r w:rsidRPr="0042172C">
        <w:rPr>
          <w:rFonts w:ascii="Aptos" w:hAnsi="Aptos"/>
          <w:sz w:val="24"/>
          <w:szCs w:val="24"/>
        </w:rPr>
        <w:t xml:space="preserve">List of </w:t>
      </w:r>
      <w:r w:rsidR="00430FFD" w:rsidRPr="0042172C">
        <w:rPr>
          <w:rFonts w:ascii="Aptos" w:hAnsi="Aptos"/>
          <w:sz w:val="24"/>
          <w:szCs w:val="24"/>
        </w:rPr>
        <w:t>References</w:t>
      </w:r>
      <w:bookmarkEnd w:id="113"/>
    </w:p>
    <w:p w14:paraId="4E6D15F9" w14:textId="2C35E30D" w:rsidR="00430FFD" w:rsidRPr="001111EC" w:rsidRDefault="00430FFD" w:rsidP="00CF7C7D">
      <w:pPr>
        <w:pStyle w:val="ListParagraph"/>
        <w:numPr>
          <w:ilvl w:val="0"/>
          <w:numId w:val="29"/>
        </w:numPr>
        <w:spacing w:line="360" w:lineRule="auto"/>
        <w:rPr>
          <w:rFonts w:ascii="Aptos" w:hAnsi="Aptos"/>
          <w:noProof/>
          <w:sz w:val="24"/>
          <w:szCs w:val="24"/>
        </w:rPr>
      </w:pPr>
      <w:r w:rsidRPr="001111EC">
        <w:rPr>
          <w:rFonts w:ascii="Aptos" w:hAnsi="Aptos"/>
          <w:noProof/>
          <w:sz w:val="24"/>
          <w:szCs w:val="24"/>
        </w:rPr>
        <w:t>Ahmed, A., &amp; Khan, S. (2023). An innovative hybrid technique for water pipeline monitoring and leakage detection using IoT. Retrieved January 26, 2025, from https://www.researchgate.net/publication/388026745_An_Innovative_Hybrid_Technique_for_Water_Pipeline_Monitoring_and_Leakage_Detection_Using_IoT</w:t>
      </w:r>
    </w:p>
    <w:p w14:paraId="49F0D929" w14:textId="2A542EBC" w:rsidR="00430FFD" w:rsidRPr="001111EC" w:rsidRDefault="00430FFD" w:rsidP="00CF7C7D">
      <w:pPr>
        <w:pStyle w:val="ListParagraph"/>
        <w:numPr>
          <w:ilvl w:val="0"/>
          <w:numId w:val="29"/>
        </w:numPr>
        <w:spacing w:line="360" w:lineRule="auto"/>
        <w:rPr>
          <w:rFonts w:ascii="Aptos" w:hAnsi="Aptos"/>
          <w:noProof/>
          <w:sz w:val="24"/>
          <w:szCs w:val="24"/>
        </w:rPr>
      </w:pPr>
      <w:r w:rsidRPr="001111EC">
        <w:rPr>
          <w:rFonts w:ascii="Aptos" w:hAnsi="Aptos"/>
          <w:noProof/>
          <w:sz w:val="24"/>
          <w:szCs w:val="24"/>
        </w:rPr>
        <w:lastRenderedPageBreak/>
        <w:t>Kumar, V. (2024). REVIEW ON LEAKAGE DETECTION MODEL OF WATER DISTRIBUTION SYSTEM FOR NON-REVENUE WATER. ResearchGate. Retrieved January 26, 2025, from https://www.researchgate.net/publication/379583958_REVIEW_ON_LEAKAGE_DETECTION_MODEL_OF_WATER_DISTRIBUTION_SYSTEM_FOR_NON-REVENUE_WATER</w:t>
      </w:r>
    </w:p>
    <w:p w14:paraId="37C7C7D2" w14:textId="7A91A0EF" w:rsidR="00430FFD" w:rsidRPr="001111EC" w:rsidRDefault="00430FFD" w:rsidP="00CF7C7D">
      <w:pPr>
        <w:pStyle w:val="ListParagraph"/>
        <w:numPr>
          <w:ilvl w:val="0"/>
          <w:numId w:val="29"/>
        </w:numPr>
        <w:spacing w:line="360" w:lineRule="auto"/>
        <w:rPr>
          <w:rFonts w:ascii="Aptos" w:hAnsi="Aptos"/>
          <w:noProof/>
          <w:sz w:val="24"/>
          <w:szCs w:val="24"/>
        </w:rPr>
      </w:pPr>
      <w:r w:rsidRPr="001111EC">
        <w:rPr>
          <w:rFonts w:ascii="Aptos" w:hAnsi="Aptos"/>
          <w:noProof/>
          <w:sz w:val="24"/>
          <w:szCs w:val="24"/>
        </w:rPr>
        <w:t>Chen, L., &amp; Wu, Y. (2024). Water flow detection device based on sound data analysis and machine learning to detect water leakage. ResearchGate. Retrieved January 26, 2025, from https://www.researchgate.net/publication/388232709_Water_Flow_Detection_Device_Based_on_Sound_Data_Analysis_and_Machine_Learning_to_Detect_Water_Leakage</w:t>
      </w:r>
    </w:p>
    <w:p w14:paraId="06499989" w14:textId="3FD7EB55" w:rsidR="00430FFD" w:rsidRPr="001111EC" w:rsidRDefault="00430FFD" w:rsidP="00CF7C7D">
      <w:pPr>
        <w:pStyle w:val="ListParagraph"/>
        <w:numPr>
          <w:ilvl w:val="0"/>
          <w:numId w:val="29"/>
        </w:numPr>
        <w:spacing w:line="360" w:lineRule="auto"/>
        <w:rPr>
          <w:rFonts w:ascii="Aptos" w:hAnsi="Aptos"/>
          <w:noProof/>
          <w:sz w:val="24"/>
          <w:szCs w:val="24"/>
        </w:rPr>
      </w:pPr>
      <w:r w:rsidRPr="001111EC">
        <w:rPr>
          <w:rFonts w:ascii="Aptos" w:hAnsi="Aptos"/>
          <w:noProof/>
          <w:sz w:val="24"/>
          <w:szCs w:val="24"/>
        </w:rPr>
        <w:t>Smith, J. (2024). An experimental investigation into the pressure-leakage relationship of some failed water pipes. Academia.edu. Retrieved January 26, 2025, from https://www.academia.edu/103047763/An_experimental_investigation_into_the_pressure_leakage_relationship_of_some_failed_water_pipes</w:t>
      </w:r>
    </w:p>
    <w:p w14:paraId="5093D2DE" w14:textId="596BF51E" w:rsidR="00430FFD" w:rsidRPr="001111EC" w:rsidRDefault="00430FFD" w:rsidP="00CF7C7D">
      <w:pPr>
        <w:pStyle w:val="ListParagraph"/>
        <w:numPr>
          <w:ilvl w:val="0"/>
          <w:numId w:val="29"/>
        </w:numPr>
        <w:spacing w:line="360" w:lineRule="auto"/>
        <w:rPr>
          <w:rFonts w:ascii="Aptos" w:hAnsi="Aptos"/>
          <w:noProof/>
          <w:sz w:val="24"/>
          <w:szCs w:val="24"/>
          <w:rtl/>
        </w:rPr>
      </w:pPr>
      <w:r w:rsidRPr="001111EC">
        <w:rPr>
          <w:rFonts w:ascii="Aptos" w:hAnsi="Aptos"/>
          <w:noProof/>
          <w:sz w:val="24"/>
          <w:szCs w:val="24"/>
        </w:rPr>
        <w:t>Lopez, R., &amp; Garcia, M. (2024). Vibration monitoring as a tool for leak detection in water distribution networks. Academia.edu. Retrieved January 26, 2025, from https://www.academia.edu/32541907/Vibration_Monitoring_as_a_Tool_for_Leak_Detection_in_Water_Distribution_Networks</w:t>
      </w:r>
    </w:p>
    <w:p w14:paraId="7C1F1610" w14:textId="77777777" w:rsidR="001111EC" w:rsidRPr="001111EC" w:rsidRDefault="001111EC" w:rsidP="00CF7C7D">
      <w:pPr>
        <w:pStyle w:val="ListParagraph"/>
        <w:numPr>
          <w:ilvl w:val="0"/>
          <w:numId w:val="29"/>
        </w:numPr>
        <w:spacing w:line="360" w:lineRule="auto"/>
        <w:rPr>
          <w:rFonts w:ascii="Aptos" w:hAnsi="Aptos"/>
          <w:noProof/>
          <w:sz w:val="24"/>
          <w:szCs w:val="24"/>
        </w:rPr>
      </w:pPr>
      <w:r w:rsidRPr="001111EC">
        <w:rPr>
          <w:rFonts w:ascii="Aptos" w:hAnsi="Aptos"/>
          <w:noProof/>
          <w:sz w:val="24"/>
          <w:szCs w:val="24"/>
        </w:rPr>
        <w:t xml:space="preserve">DZWater. (n.d.). </w:t>
      </w:r>
      <w:r w:rsidRPr="001111EC">
        <w:rPr>
          <w:rFonts w:ascii="Aptos" w:hAnsi="Aptos"/>
          <w:i/>
          <w:iCs/>
          <w:noProof/>
          <w:sz w:val="24"/>
          <w:szCs w:val="24"/>
        </w:rPr>
        <w:t>Reducing urban water waste: The role of IoT and smart leak detection systems</w:t>
      </w:r>
      <w:r w:rsidRPr="001111EC">
        <w:rPr>
          <w:rFonts w:ascii="Aptos" w:hAnsi="Aptos"/>
          <w:noProof/>
          <w:sz w:val="24"/>
          <w:szCs w:val="24"/>
        </w:rPr>
        <w:t xml:space="preserve">. DZWater. </w:t>
      </w:r>
      <w:hyperlink r:id="rId23" w:tgtFrame="_new" w:history="1">
        <w:r w:rsidRPr="001111EC">
          <w:rPr>
            <w:rStyle w:val="Hyperlink"/>
            <w:rFonts w:ascii="Aptos" w:hAnsi="Aptos"/>
            <w:noProof/>
            <w:sz w:val="24"/>
            <w:szCs w:val="24"/>
          </w:rPr>
          <w:t>https://dzwater.org/reducing-urban-water-waste-the-role-of-iot-and-smart-leak-detection-systems/</w:t>
        </w:r>
      </w:hyperlink>
    </w:p>
    <w:p w14:paraId="4F9E5687" w14:textId="77777777" w:rsidR="001111EC" w:rsidRPr="001111EC" w:rsidRDefault="001111EC" w:rsidP="00CF7C7D">
      <w:pPr>
        <w:pStyle w:val="ListParagraph"/>
        <w:numPr>
          <w:ilvl w:val="0"/>
          <w:numId w:val="29"/>
        </w:numPr>
        <w:spacing w:line="360" w:lineRule="auto"/>
        <w:rPr>
          <w:rFonts w:ascii="Aptos" w:hAnsi="Aptos"/>
          <w:noProof/>
          <w:sz w:val="24"/>
          <w:szCs w:val="24"/>
        </w:rPr>
      </w:pPr>
      <w:r w:rsidRPr="001111EC">
        <w:rPr>
          <w:rFonts w:ascii="Aptos" w:hAnsi="Aptos"/>
          <w:noProof/>
          <w:sz w:val="24"/>
          <w:szCs w:val="24"/>
        </w:rPr>
        <w:t xml:space="preserve">Al-Doghman, F., &amp; Zhang, H. (2024). </w:t>
      </w:r>
      <w:r w:rsidRPr="001111EC">
        <w:rPr>
          <w:rFonts w:ascii="Aptos" w:hAnsi="Aptos"/>
          <w:i/>
          <w:iCs/>
          <w:noProof/>
          <w:sz w:val="24"/>
          <w:szCs w:val="24"/>
        </w:rPr>
        <w:t>Water leak detection: A comprehensive review of methods, challenges, and future directions</w:t>
      </w:r>
      <w:r w:rsidRPr="001111EC">
        <w:rPr>
          <w:rFonts w:ascii="Aptos" w:hAnsi="Aptos"/>
          <w:noProof/>
          <w:sz w:val="24"/>
          <w:szCs w:val="24"/>
        </w:rPr>
        <w:t xml:space="preserve">. ResearchGate. </w:t>
      </w:r>
      <w:hyperlink r:id="rId24" w:tgtFrame="_new" w:history="1">
        <w:r w:rsidRPr="001111EC">
          <w:rPr>
            <w:rStyle w:val="Hyperlink"/>
            <w:rFonts w:ascii="Aptos" w:hAnsi="Aptos"/>
            <w:noProof/>
            <w:sz w:val="24"/>
            <w:szCs w:val="24"/>
          </w:rPr>
          <w:t>https://www.researchgate.net/publication/385054815_Water_Leak_Detection_A_Comprehensive_Review_of_Methods_Challenges_and_Future_Directions</w:t>
        </w:r>
      </w:hyperlink>
    </w:p>
    <w:p w14:paraId="086A567B" w14:textId="77777777" w:rsidR="001111EC" w:rsidRPr="001111EC" w:rsidRDefault="001111EC" w:rsidP="00CF7C7D">
      <w:pPr>
        <w:pStyle w:val="ListParagraph"/>
        <w:numPr>
          <w:ilvl w:val="0"/>
          <w:numId w:val="29"/>
        </w:numPr>
        <w:spacing w:line="360" w:lineRule="auto"/>
        <w:rPr>
          <w:rFonts w:ascii="Aptos" w:hAnsi="Aptos"/>
          <w:noProof/>
          <w:sz w:val="24"/>
          <w:szCs w:val="24"/>
        </w:rPr>
      </w:pPr>
      <w:r w:rsidRPr="001111EC">
        <w:rPr>
          <w:rFonts w:ascii="Aptos" w:hAnsi="Aptos"/>
          <w:noProof/>
          <w:sz w:val="24"/>
          <w:szCs w:val="24"/>
        </w:rPr>
        <w:lastRenderedPageBreak/>
        <w:t xml:space="preserve">Cao, Y., Aghashahi, A., &amp; Ostfeld, A. (2023). A physics-informed machine learning framework for water leakage detection in urban pipe networks. </w:t>
      </w:r>
      <w:r w:rsidRPr="001111EC">
        <w:rPr>
          <w:rFonts w:ascii="Aptos" w:hAnsi="Aptos"/>
          <w:i/>
          <w:iCs/>
          <w:noProof/>
          <w:sz w:val="24"/>
          <w:szCs w:val="24"/>
        </w:rPr>
        <w:t>Water Resources Research, 59</w:t>
      </w:r>
      <w:r w:rsidRPr="001111EC">
        <w:rPr>
          <w:rFonts w:ascii="Aptos" w:hAnsi="Aptos"/>
          <w:noProof/>
          <w:sz w:val="24"/>
          <w:szCs w:val="24"/>
        </w:rPr>
        <w:t>(2), e2022WR033897. https://doi.org/10.1029/2022WR033897</w:t>
      </w:r>
    </w:p>
    <w:p w14:paraId="72847390" w14:textId="77777777" w:rsidR="001111EC" w:rsidRPr="001111EC" w:rsidRDefault="001111EC" w:rsidP="00CF7C7D">
      <w:pPr>
        <w:pStyle w:val="ListParagraph"/>
        <w:numPr>
          <w:ilvl w:val="0"/>
          <w:numId w:val="29"/>
        </w:numPr>
        <w:spacing w:line="360" w:lineRule="auto"/>
        <w:rPr>
          <w:rFonts w:ascii="Aptos" w:hAnsi="Aptos"/>
          <w:noProof/>
          <w:sz w:val="24"/>
          <w:szCs w:val="24"/>
        </w:rPr>
      </w:pPr>
      <w:r w:rsidRPr="001111EC">
        <w:rPr>
          <w:rFonts w:ascii="Aptos" w:hAnsi="Aptos"/>
          <w:noProof/>
          <w:sz w:val="24"/>
          <w:szCs w:val="24"/>
        </w:rPr>
        <w:t xml:space="preserve">Khalaf, B. O., Hassan, A. M., &amp; Al-Fatlawi, H. A. (2023). A review on leak detection technologies in water distribution systems. </w:t>
      </w:r>
      <w:r w:rsidRPr="001111EC">
        <w:rPr>
          <w:rFonts w:ascii="Aptos" w:hAnsi="Aptos"/>
          <w:i/>
          <w:iCs/>
          <w:noProof/>
          <w:sz w:val="24"/>
          <w:szCs w:val="24"/>
        </w:rPr>
        <w:t>Water, 16</w:t>
      </w:r>
      <w:r w:rsidRPr="001111EC">
        <w:rPr>
          <w:rFonts w:ascii="Aptos" w:hAnsi="Aptos"/>
          <w:noProof/>
          <w:sz w:val="24"/>
          <w:szCs w:val="24"/>
        </w:rPr>
        <w:t>(20), 2975. https://doi.org/10.3390/w16202975</w:t>
      </w:r>
    </w:p>
    <w:p w14:paraId="4B068CF6" w14:textId="77777777" w:rsidR="001111EC" w:rsidRPr="00CD43C2" w:rsidRDefault="001111EC" w:rsidP="00CF7C7D">
      <w:pPr>
        <w:spacing w:line="360" w:lineRule="auto"/>
        <w:rPr>
          <w:rFonts w:ascii="Aptos" w:hAnsi="Aptos"/>
          <w:noProof/>
          <w:sz w:val="24"/>
          <w:szCs w:val="24"/>
        </w:rPr>
      </w:pPr>
    </w:p>
    <w:sectPr w:rsidR="001111EC" w:rsidRPr="00CD43C2" w:rsidSect="00DE3E44">
      <w:footerReference w:type="default" r:id="rId25"/>
      <w:pgSz w:w="12240" w:h="15840"/>
      <w:pgMar w:top="1418" w:right="1418" w:bottom="1418" w:left="1418"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74AFC" w14:textId="77777777" w:rsidR="0007284D" w:rsidRDefault="0007284D" w:rsidP="00EB5852">
      <w:pPr>
        <w:spacing w:after="0" w:line="240" w:lineRule="auto"/>
      </w:pPr>
      <w:r>
        <w:separator/>
      </w:r>
    </w:p>
  </w:endnote>
  <w:endnote w:type="continuationSeparator" w:id="0">
    <w:p w14:paraId="65F58219" w14:textId="77777777" w:rsidR="0007284D" w:rsidRDefault="0007284D" w:rsidP="00EB5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8A4C" w14:textId="3B668CF0" w:rsidR="00DE3E44" w:rsidRDefault="00DE3E44">
    <w:pPr>
      <w:pStyle w:val="Footer"/>
      <w:jc w:val="right"/>
    </w:pPr>
  </w:p>
  <w:p w14:paraId="03573A2B" w14:textId="77777777" w:rsidR="00A22FC6" w:rsidRDefault="00A22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295092"/>
      <w:docPartObj>
        <w:docPartGallery w:val="Page Numbers (Bottom of Page)"/>
        <w:docPartUnique/>
      </w:docPartObj>
    </w:sdtPr>
    <w:sdtEndPr>
      <w:rPr>
        <w:noProof/>
      </w:rPr>
    </w:sdtEndPr>
    <w:sdtContent>
      <w:p w14:paraId="0CFDFD85" w14:textId="77777777" w:rsidR="00DE3E44" w:rsidRDefault="00DE3E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F39716" w14:textId="77777777" w:rsidR="00DE3E44" w:rsidRDefault="00DE3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F8346" w14:textId="77777777" w:rsidR="0007284D" w:rsidRDefault="0007284D" w:rsidP="00EB5852">
      <w:pPr>
        <w:spacing w:after="0" w:line="240" w:lineRule="auto"/>
      </w:pPr>
      <w:r>
        <w:separator/>
      </w:r>
    </w:p>
  </w:footnote>
  <w:footnote w:type="continuationSeparator" w:id="0">
    <w:p w14:paraId="3516CA4E" w14:textId="77777777" w:rsidR="0007284D" w:rsidRDefault="0007284D" w:rsidP="00EB58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596EC5"/>
    <w:multiLevelType w:val="hybridMultilevel"/>
    <w:tmpl w:val="74D2162E"/>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C71404"/>
    <w:multiLevelType w:val="hybridMultilevel"/>
    <w:tmpl w:val="12A0D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C05BBA"/>
    <w:multiLevelType w:val="hybridMultilevel"/>
    <w:tmpl w:val="5A18B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C377E2"/>
    <w:multiLevelType w:val="hybridMultilevel"/>
    <w:tmpl w:val="A63E43F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E51AC3"/>
    <w:multiLevelType w:val="hybridMultilevel"/>
    <w:tmpl w:val="C7DCFCB4"/>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168B08C7"/>
    <w:multiLevelType w:val="hybridMultilevel"/>
    <w:tmpl w:val="F134135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9B31BE5"/>
    <w:multiLevelType w:val="hybridMultilevel"/>
    <w:tmpl w:val="B8BA37FC"/>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2D460DE"/>
    <w:multiLevelType w:val="hybridMultilevel"/>
    <w:tmpl w:val="C914A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66DC3"/>
    <w:multiLevelType w:val="hybridMultilevel"/>
    <w:tmpl w:val="22E28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69425F"/>
    <w:multiLevelType w:val="multilevel"/>
    <w:tmpl w:val="0B3C4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8D7224"/>
    <w:multiLevelType w:val="hybridMultilevel"/>
    <w:tmpl w:val="57D60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87257"/>
    <w:multiLevelType w:val="hybridMultilevel"/>
    <w:tmpl w:val="79AAD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4E3630"/>
    <w:multiLevelType w:val="hybridMultilevel"/>
    <w:tmpl w:val="01542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448E9"/>
    <w:multiLevelType w:val="hybridMultilevel"/>
    <w:tmpl w:val="44109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6042D8"/>
    <w:multiLevelType w:val="hybridMultilevel"/>
    <w:tmpl w:val="92DA1E0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DD3295E"/>
    <w:multiLevelType w:val="hybridMultilevel"/>
    <w:tmpl w:val="FE023DBC"/>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646A0BDC"/>
    <w:multiLevelType w:val="hybridMultilevel"/>
    <w:tmpl w:val="77BE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562087"/>
    <w:multiLevelType w:val="hybridMultilevel"/>
    <w:tmpl w:val="230AA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9B3ADF"/>
    <w:multiLevelType w:val="hybridMultilevel"/>
    <w:tmpl w:val="329CF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337B7C"/>
    <w:multiLevelType w:val="multilevel"/>
    <w:tmpl w:val="392488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734E45"/>
    <w:multiLevelType w:val="hybridMultilevel"/>
    <w:tmpl w:val="79923D2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3071348"/>
    <w:multiLevelType w:val="multilevel"/>
    <w:tmpl w:val="EF40F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D232E7"/>
    <w:multiLevelType w:val="hybridMultilevel"/>
    <w:tmpl w:val="89483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840536">
    <w:abstractNumId w:val="8"/>
  </w:num>
  <w:num w:numId="2" w16cid:durableId="672223661">
    <w:abstractNumId w:val="6"/>
  </w:num>
  <w:num w:numId="3" w16cid:durableId="382366260">
    <w:abstractNumId w:val="5"/>
  </w:num>
  <w:num w:numId="4" w16cid:durableId="1158570646">
    <w:abstractNumId w:val="4"/>
  </w:num>
  <w:num w:numId="5" w16cid:durableId="1805610745">
    <w:abstractNumId w:val="7"/>
  </w:num>
  <w:num w:numId="6" w16cid:durableId="1103841516">
    <w:abstractNumId w:val="3"/>
  </w:num>
  <w:num w:numId="7" w16cid:durableId="393937158">
    <w:abstractNumId w:val="2"/>
  </w:num>
  <w:num w:numId="8" w16cid:durableId="1063261770">
    <w:abstractNumId w:val="1"/>
  </w:num>
  <w:num w:numId="9" w16cid:durableId="1310786767">
    <w:abstractNumId w:val="0"/>
  </w:num>
  <w:num w:numId="10" w16cid:durableId="1064372523">
    <w:abstractNumId w:val="18"/>
  </w:num>
  <w:num w:numId="11" w16cid:durableId="775519455">
    <w:abstractNumId w:val="31"/>
  </w:num>
  <w:num w:numId="12" w16cid:durableId="1672103447">
    <w:abstractNumId w:val="19"/>
  </w:num>
  <w:num w:numId="13" w16cid:durableId="921837228">
    <w:abstractNumId w:val="26"/>
  </w:num>
  <w:num w:numId="14" w16cid:durableId="2070302668">
    <w:abstractNumId w:val="14"/>
  </w:num>
  <w:num w:numId="15" w16cid:durableId="1637443967">
    <w:abstractNumId w:val="13"/>
  </w:num>
  <w:num w:numId="16" w16cid:durableId="759957923">
    <w:abstractNumId w:val="11"/>
  </w:num>
  <w:num w:numId="17" w16cid:durableId="1174104892">
    <w:abstractNumId w:val="24"/>
  </w:num>
  <w:num w:numId="18" w16cid:durableId="1898275626">
    <w:abstractNumId w:val="16"/>
  </w:num>
  <w:num w:numId="19" w16cid:durableId="221215064">
    <w:abstractNumId w:val="25"/>
  </w:num>
  <w:num w:numId="20" w16cid:durableId="809246566">
    <w:abstractNumId w:val="22"/>
  </w:num>
  <w:num w:numId="21" w16cid:durableId="763962062">
    <w:abstractNumId w:val="28"/>
  </w:num>
  <w:num w:numId="22" w16cid:durableId="227305537">
    <w:abstractNumId w:val="21"/>
  </w:num>
  <w:num w:numId="23" w16cid:durableId="1274746037">
    <w:abstractNumId w:val="17"/>
  </w:num>
  <w:num w:numId="24" w16cid:durableId="1136725221">
    <w:abstractNumId w:val="30"/>
  </w:num>
  <w:num w:numId="25" w16cid:durableId="449399416">
    <w:abstractNumId w:val="20"/>
  </w:num>
  <w:num w:numId="26" w16cid:durableId="366026019">
    <w:abstractNumId w:val="27"/>
  </w:num>
  <w:num w:numId="27" w16cid:durableId="388694864">
    <w:abstractNumId w:val="23"/>
  </w:num>
  <w:num w:numId="28" w16cid:durableId="2134246311">
    <w:abstractNumId w:val="29"/>
  </w:num>
  <w:num w:numId="29" w16cid:durableId="1336298973">
    <w:abstractNumId w:val="15"/>
  </w:num>
  <w:num w:numId="30" w16cid:durableId="2112509907">
    <w:abstractNumId w:val="10"/>
  </w:num>
  <w:num w:numId="31" w16cid:durableId="1609848095">
    <w:abstractNumId w:val="12"/>
  </w:num>
  <w:num w:numId="32" w16cid:durableId="12703121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DC1"/>
    <w:rsid w:val="0002145D"/>
    <w:rsid w:val="0002199F"/>
    <w:rsid w:val="00034616"/>
    <w:rsid w:val="000474DE"/>
    <w:rsid w:val="0006063C"/>
    <w:rsid w:val="0007284D"/>
    <w:rsid w:val="00084B8B"/>
    <w:rsid w:val="00110EB1"/>
    <w:rsid w:val="001111EC"/>
    <w:rsid w:val="0012310B"/>
    <w:rsid w:val="00132F0C"/>
    <w:rsid w:val="0015074B"/>
    <w:rsid w:val="001679EE"/>
    <w:rsid w:val="001E3F85"/>
    <w:rsid w:val="00214347"/>
    <w:rsid w:val="00214D96"/>
    <w:rsid w:val="00215C6C"/>
    <w:rsid w:val="00250B4C"/>
    <w:rsid w:val="00257E2A"/>
    <w:rsid w:val="002639DE"/>
    <w:rsid w:val="00272CD6"/>
    <w:rsid w:val="00292AC5"/>
    <w:rsid w:val="0029639D"/>
    <w:rsid w:val="002D6E42"/>
    <w:rsid w:val="002E3F8E"/>
    <w:rsid w:val="00303061"/>
    <w:rsid w:val="00326F90"/>
    <w:rsid w:val="003948EF"/>
    <w:rsid w:val="003B3762"/>
    <w:rsid w:val="003C1831"/>
    <w:rsid w:val="003D0161"/>
    <w:rsid w:val="003D0E6D"/>
    <w:rsid w:val="003D1467"/>
    <w:rsid w:val="00412DE2"/>
    <w:rsid w:val="0042172C"/>
    <w:rsid w:val="00430FFD"/>
    <w:rsid w:val="004606E3"/>
    <w:rsid w:val="00460EF3"/>
    <w:rsid w:val="00465634"/>
    <w:rsid w:val="004722EC"/>
    <w:rsid w:val="004B21E9"/>
    <w:rsid w:val="004B2E24"/>
    <w:rsid w:val="004D6461"/>
    <w:rsid w:val="004E194C"/>
    <w:rsid w:val="004E7B3B"/>
    <w:rsid w:val="004F0ED4"/>
    <w:rsid w:val="00535002"/>
    <w:rsid w:val="005437F8"/>
    <w:rsid w:val="00553858"/>
    <w:rsid w:val="00553B5E"/>
    <w:rsid w:val="00567617"/>
    <w:rsid w:val="0057421A"/>
    <w:rsid w:val="005A4D6F"/>
    <w:rsid w:val="005E279F"/>
    <w:rsid w:val="005F35FF"/>
    <w:rsid w:val="005F682D"/>
    <w:rsid w:val="00621AD4"/>
    <w:rsid w:val="006220BA"/>
    <w:rsid w:val="006268D9"/>
    <w:rsid w:val="00670555"/>
    <w:rsid w:val="00683199"/>
    <w:rsid w:val="00685655"/>
    <w:rsid w:val="006B6439"/>
    <w:rsid w:val="006C0E4B"/>
    <w:rsid w:val="006D3DD3"/>
    <w:rsid w:val="006E0496"/>
    <w:rsid w:val="00703152"/>
    <w:rsid w:val="00750148"/>
    <w:rsid w:val="00754C6B"/>
    <w:rsid w:val="00771079"/>
    <w:rsid w:val="00772AF9"/>
    <w:rsid w:val="00775203"/>
    <w:rsid w:val="00786349"/>
    <w:rsid w:val="007B54C4"/>
    <w:rsid w:val="008062A7"/>
    <w:rsid w:val="00837EB7"/>
    <w:rsid w:val="00840691"/>
    <w:rsid w:val="00883181"/>
    <w:rsid w:val="008E037C"/>
    <w:rsid w:val="008F58B9"/>
    <w:rsid w:val="008F6EE9"/>
    <w:rsid w:val="009A75D0"/>
    <w:rsid w:val="009C22B3"/>
    <w:rsid w:val="009D5E4A"/>
    <w:rsid w:val="009F3C72"/>
    <w:rsid w:val="00A07721"/>
    <w:rsid w:val="00A15D3D"/>
    <w:rsid w:val="00A22FC6"/>
    <w:rsid w:val="00A319B8"/>
    <w:rsid w:val="00A3452D"/>
    <w:rsid w:val="00A63686"/>
    <w:rsid w:val="00A7609F"/>
    <w:rsid w:val="00AA1D8D"/>
    <w:rsid w:val="00AA2B34"/>
    <w:rsid w:val="00AA2F5B"/>
    <w:rsid w:val="00AA5581"/>
    <w:rsid w:val="00B47730"/>
    <w:rsid w:val="00B53131"/>
    <w:rsid w:val="00B5754E"/>
    <w:rsid w:val="00BB11B0"/>
    <w:rsid w:val="00BC727E"/>
    <w:rsid w:val="00C035EB"/>
    <w:rsid w:val="00C33C16"/>
    <w:rsid w:val="00C802A7"/>
    <w:rsid w:val="00C810C9"/>
    <w:rsid w:val="00C82088"/>
    <w:rsid w:val="00C9201E"/>
    <w:rsid w:val="00CB0664"/>
    <w:rsid w:val="00CB1A69"/>
    <w:rsid w:val="00CB1FFA"/>
    <w:rsid w:val="00CB4A93"/>
    <w:rsid w:val="00CD43C2"/>
    <w:rsid w:val="00CE6512"/>
    <w:rsid w:val="00CF7C7D"/>
    <w:rsid w:val="00D76345"/>
    <w:rsid w:val="00D82FED"/>
    <w:rsid w:val="00D83DD8"/>
    <w:rsid w:val="00D90192"/>
    <w:rsid w:val="00D92755"/>
    <w:rsid w:val="00DB29A6"/>
    <w:rsid w:val="00DD0511"/>
    <w:rsid w:val="00DE3E44"/>
    <w:rsid w:val="00E022A9"/>
    <w:rsid w:val="00E2002B"/>
    <w:rsid w:val="00E7776B"/>
    <w:rsid w:val="00E86E55"/>
    <w:rsid w:val="00E8701B"/>
    <w:rsid w:val="00EB5852"/>
    <w:rsid w:val="00EE109B"/>
    <w:rsid w:val="00F469A5"/>
    <w:rsid w:val="00F55F97"/>
    <w:rsid w:val="00F6096E"/>
    <w:rsid w:val="00F63787"/>
    <w:rsid w:val="00F63C22"/>
    <w:rsid w:val="00FC693F"/>
    <w:rsid w:val="00FC7B56"/>
    <w:rsid w:val="00FD69FA"/>
    <w:rsid w:val="00FE46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A267ED"/>
  <w14:defaultImageDpi w14:val="300"/>
  <w15:docId w15:val="{3C46610B-BF43-443B-BB37-DEEAB9B3F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132F0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D01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161"/>
    <w:rPr>
      <w:rFonts w:ascii="Tahoma" w:hAnsi="Tahoma" w:cs="Tahoma"/>
      <w:sz w:val="16"/>
      <w:szCs w:val="16"/>
    </w:rPr>
  </w:style>
  <w:style w:type="paragraph" w:styleId="TOC1">
    <w:name w:val="toc 1"/>
    <w:basedOn w:val="Normal"/>
    <w:next w:val="Normal"/>
    <w:autoRedefine/>
    <w:uiPriority w:val="39"/>
    <w:unhideWhenUsed/>
    <w:rsid w:val="00CF7C7D"/>
    <w:pPr>
      <w:tabs>
        <w:tab w:val="right" w:leader="dot" w:pos="9060"/>
      </w:tabs>
      <w:spacing w:after="100"/>
    </w:pPr>
  </w:style>
  <w:style w:type="character" w:styleId="Hyperlink">
    <w:name w:val="Hyperlink"/>
    <w:basedOn w:val="DefaultParagraphFont"/>
    <w:uiPriority w:val="99"/>
    <w:unhideWhenUsed/>
    <w:rsid w:val="00257E2A"/>
    <w:rPr>
      <w:color w:val="0000FF" w:themeColor="hyperlink"/>
      <w:u w:val="single"/>
    </w:rPr>
  </w:style>
  <w:style w:type="paragraph" w:styleId="TOC2">
    <w:name w:val="toc 2"/>
    <w:basedOn w:val="Normal"/>
    <w:next w:val="Normal"/>
    <w:autoRedefine/>
    <w:uiPriority w:val="39"/>
    <w:unhideWhenUsed/>
    <w:rsid w:val="00257E2A"/>
    <w:pPr>
      <w:spacing w:after="100"/>
      <w:ind w:left="220"/>
    </w:pPr>
  </w:style>
  <w:style w:type="character" w:customStyle="1" w:styleId="1">
    <w:name w:val="إشارة لم يتم حلها1"/>
    <w:basedOn w:val="DefaultParagraphFont"/>
    <w:uiPriority w:val="99"/>
    <w:semiHidden/>
    <w:unhideWhenUsed/>
    <w:rsid w:val="00D92755"/>
    <w:rPr>
      <w:color w:val="605E5C"/>
      <w:shd w:val="clear" w:color="auto" w:fill="E1DFDD"/>
    </w:rPr>
  </w:style>
  <w:style w:type="table" w:customStyle="1" w:styleId="11">
    <w:name w:val="جدول عادي 11"/>
    <w:basedOn w:val="TableNormal"/>
    <w:uiPriority w:val="41"/>
    <w:rsid w:val="002639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
    <w:name w:val="جدول عادي 41"/>
    <w:basedOn w:val="TableNormal"/>
    <w:uiPriority w:val="44"/>
    <w:rsid w:val="002639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1">
    <w:name w:val="جدول عادي 31"/>
    <w:basedOn w:val="TableNormal"/>
    <w:uiPriority w:val="43"/>
    <w:rsid w:val="002639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21">
    <w:name w:val="جدول عادي 21"/>
    <w:basedOn w:val="TableNormal"/>
    <w:uiPriority w:val="42"/>
    <w:rsid w:val="002639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
    <w:name w:val="شبكة جدول فاتح1"/>
    <w:basedOn w:val="TableNormal"/>
    <w:uiPriority w:val="40"/>
    <w:rsid w:val="00E870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1111EC"/>
    <w:rPr>
      <w:color w:val="605E5C"/>
      <w:shd w:val="clear" w:color="auto" w:fill="E1DFDD"/>
    </w:rPr>
  </w:style>
  <w:style w:type="paragraph" w:styleId="TOC3">
    <w:name w:val="toc 3"/>
    <w:basedOn w:val="Normal"/>
    <w:next w:val="Normal"/>
    <w:autoRedefine/>
    <w:uiPriority w:val="39"/>
    <w:unhideWhenUsed/>
    <w:rsid w:val="00CF7C7D"/>
    <w:pPr>
      <w:spacing w:after="100" w:line="259" w:lineRule="auto"/>
      <w:ind w:left="440"/>
    </w:pPr>
    <w:rPr>
      <w:rFonts w:cs="Times New Roman"/>
    </w:rPr>
  </w:style>
  <w:style w:type="paragraph" w:styleId="TableofFigures">
    <w:name w:val="table of figures"/>
    <w:basedOn w:val="Normal"/>
    <w:next w:val="Normal"/>
    <w:uiPriority w:val="99"/>
    <w:unhideWhenUsed/>
    <w:rsid w:val="00CF7C7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2448">
      <w:bodyDiv w:val="1"/>
      <w:marLeft w:val="0"/>
      <w:marRight w:val="0"/>
      <w:marTop w:val="0"/>
      <w:marBottom w:val="0"/>
      <w:divBdr>
        <w:top w:val="none" w:sz="0" w:space="0" w:color="auto"/>
        <w:left w:val="none" w:sz="0" w:space="0" w:color="auto"/>
        <w:bottom w:val="none" w:sz="0" w:space="0" w:color="auto"/>
        <w:right w:val="none" w:sz="0" w:space="0" w:color="auto"/>
      </w:divBdr>
      <w:divsChild>
        <w:div w:id="1229223204">
          <w:marLeft w:val="0"/>
          <w:marRight w:val="0"/>
          <w:marTop w:val="0"/>
          <w:marBottom w:val="0"/>
          <w:divBdr>
            <w:top w:val="none" w:sz="0" w:space="0" w:color="auto"/>
            <w:left w:val="none" w:sz="0" w:space="0" w:color="auto"/>
            <w:bottom w:val="none" w:sz="0" w:space="0" w:color="auto"/>
            <w:right w:val="none" w:sz="0" w:space="0" w:color="auto"/>
          </w:divBdr>
          <w:divsChild>
            <w:div w:id="13779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0845">
      <w:bodyDiv w:val="1"/>
      <w:marLeft w:val="0"/>
      <w:marRight w:val="0"/>
      <w:marTop w:val="0"/>
      <w:marBottom w:val="0"/>
      <w:divBdr>
        <w:top w:val="none" w:sz="0" w:space="0" w:color="auto"/>
        <w:left w:val="none" w:sz="0" w:space="0" w:color="auto"/>
        <w:bottom w:val="none" w:sz="0" w:space="0" w:color="auto"/>
        <w:right w:val="none" w:sz="0" w:space="0" w:color="auto"/>
      </w:divBdr>
    </w:div>
    <w:div w:id="108014666">
      <w:bodyDiv w:val="1"/>
      <w:marLeft w:val="0"/>
      <w:marRight w:val="0"/>
      <w:marTop w:val="0"/>
      <w:marBottom w:val="0"/>
      <w:divBdr>
        <w:top w:val="none" w:sz="0" w:space="0" w:color="auto"/>
        <w:left w:val="none" w:sz="0" w:space="0" w:color="auto"/>
        <w:bottom w:val="none" w:sz="0" w:space="0" w:color="auto"/>
        <w:right w:val="none" w:sz="0" w:space="0" w:color="auto"/>
      </w:divBdr>
      <w:divsChild>
        <w:div w:id="960650273">
          <w:marLeft w:val="0"/>
          <w:marRight w:val="0"/>
          <w:marTop w:val="0"/>
          <w:marBottom w:val="0"/>
          <w:divBdr>
            <w:top w:val="none" w:sz="0" w:space="0" w:color="auto"/>
            <w:left w:val="none" w:sz="0" w:space="0" w:color="auto"/>
            <w:bottom w:val="none" w:sz="0" w:space="0" w:color="auto"/>
            <w:right w:val="none" w:sz="0" w:space="0" w:color="auto"/>
          </w:divBdr>
          <w:divsChild>
            <w:div w:id="9577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2482">
      <w:bodyDiv w:val="1"/>
      <w:marLeft w:val="0"/>
      <w:marRight w:val="0"/>
      <w:marTop w:val="0"/>
      <w:marBottom w:val="0"/>
      <w:divBdr>
        <w:top w:val="none" w:sz="0" w:space="0" w:color="auto"/>
        <w:left w:val="none" w:sz="0" w:space="0" w:color="auto"/>
        <w:bottom w:val="none" w:sz="0" w:space="0" w:color="auto"/>
        <w:right w:val="none" w:sz="0" w:space="0" w:color="auto"/>
      </w:divBdr>
    </w:div>
    <w:div w:id="215313857">
      <w:bodyDiv w:val="1"/>
      <w:marLeft w:val="0"/>
      <w:marRight w:val="0"/>
      <w:marTop w:val="0"/>
      <w:marBottom w:val="0"/>
      <w:divBdr>
        <w:top w:val="none" w:sz="0" w:space="0" w:color="auto"/>
        <w:left w:val="none" w:sz="0" w:space="0" w:color="auto"/>
        <w:bottom w:val="none" w:sz="0" w:space="0" w:color="auto"/>
        <w:right w:val="none" w:sz="0" w:space="0" w:color="auto"/>
      </w:divBdr>
    </w:div>
    <w:div w:id="334110330">
      <w:bodyDiv w:val="1"/>
      <w:marLeft w:val="0"/>
      <w:marRight w:val="0"/>
      <w:marTop w:val="0"/>
      <w:marBottom w:val="0"/>
      <w:divBdr>
        <w:top w:val="none" w:sz="0" w:space="0" w:color="auto"/>
        <w:left w:val="none" w:sz="0" w:space="0" w:color="auto"/>
        <w:bottom w:val="none" w:sz="0" w:space="0" w:color="auto"/>
        <w:right w:val="none" w:sz="0" w:space="0" w:color="auto"/>
      </w:divBdr>
      <w:divsChild>
        <w:div w:id="1502892785">
          <w:marLeft w:val="0"/>
          <w:marRight w:val="0"/>
          <w:marTop w:val="0"/>
          <w:marBottom w:val="0"/>
          <w:divBdr>
            <w:top w:val="none" w:sz="0" w:space="0" w:color="auto"/>
            <w:left w:val="none" w:sz="0" w:space="0" w:color="auto"/>
            <w:bottom w:val="none" w:sz="0" w:space="0" w:color="auto"/>
            <w:right w:val="none" w:sz="0" w:space="0" w:color="auto"/>
          </w:divBdr>
          <w:divsChild>
            <w:div w:id="15996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9117">
      <w:bodyDiv w:val="1"/>
      <w:marLeft w:val="0"/>
      <w:marRight w:val="0"/>
      <w:marTop w:val="0"/>
      <w:marBottom w:val="0"/>
      <w:divBdr>
        <w:top w:val="none" w:sz="0" w:space="0" w:color="auto"/>
        <w:left w:val="none" w:sz="0" w:space="0" w:color="auto"/>
        <w:bottom w:val="none" w:sz="0" w:space="0" w:color="auto"/>
        <w:right w:val="none" w:sz="0" w:space="0" w:color="auto"/>
      </w:divBdr>
    </w:div>
    <w:div w:id="443113419">
      <w:bodyDiv w:val="1"/>
      <w:marLeft w:val="0"/>
      <w:marRight w:val="0"/>
      <w:marTop w:val="0"/>
      <w:marBottom w:val="0"/>
      <w:divBdr>
        <w:top w:val="none" w:sz="0" w:space="0" w:color="auto"/>
        <w:left w:val="none" w:sz="0" w:space="0" w:color="auto"/>
        <w:bottom w:val="none" w:sz="0" w:space="0" w:color="auto"/>
        <w:right w:val="none" w:sz="0" w:space="0" w:color="auto"/>
      </w:divBdr>
    </w:div>
    <w:div w:id="455442282">
      <w:bodyDiv w:val="1"/>
      <w:marLeft w:val="0"/>
      <w:marRight w:val="0"/>
      <w:marTop w:val="0"/>
      <w:marBottom w:val="0"/>
      <w:divBdr>
        <w:top w:val="none" w:sz="0" w:space="0" w:color="auto"/>
        <w:left w:val="none" w:sz="0" w:space="0" w:color="auto"/>
        <w:bottom w:val="none" w:sz="0" w:space="0" w:color="auto"/>
        <w:right w:val="none" w:sz="0" w:space="0" w:color="auto"/>
      </w:divBdr>
    </w:div>
    <w:div w:id="498233740">
      <w:bodyDiv w:val="1"/>
      <w:marLeft w:val="0"/>
      <w:marRight w:val="0"/>
      <w:marTop w:val="0"/>
      <w:marBottom w:val="0"/>
      <w:divBdr>
        <w:top w:val="none" w:sz="0" w:space="0" w:color="auto"/>
        <w:left w:val="none" w:sz="0" w:space="0" w:color="auto"/>
        <w:bottom w:val="none" w:sz="0" w:space="0" w:color="auto"/>
        <w:right w:val="none" w:sz="0" w:space="0" w:color="auto"/>
      </w:divBdr>
    </w:div>
    <w:div w:id="681396008">
      <w:bodyDiv w:val="1"/>
      <w:marLeft w:val="0"/>
      <w:marRight w:val="0"/>
      <w:marTop w:val="0"/>
      <w:marBottom w:val="0"/>
      <w:divBdr>
        <w:top w:val="none" w:sz="0" w:space="0" w:color="auto"/>
        <w:left w:val="none" w:sz="0" w:space="0" w:color="auto"/>
        <w:bottom w:val="none" w:sz="0" w:space="0" w:color="auto"/>
        <w:right w:val="none" w:sz="0" w:space="0" w:color="auto"/>
      </w:divBdr>
    </w:div>
    <w:div w:id="691999091">
      <w:bodyDiv w:val="1"/>
      <w:marLeft w:val="0"/>
      <w:marRight w:val="0"/>
      <w:marTop w:val="0"/>
      <w:marBottom w:val="0"/>
      <w:divBdr>
        <w:top w:val="none" w:sz="0" w:space="0" w:color="auto"/>
        <w:left w:val="none" w:sz="0" w:space="0" w:color="auto"/>
        <w:bottom w:val="none" w:sz="0" w:space="0" w:color="auto"/>
        <w:right w:val="none" w:sz="0" w:space="0" w:color="auto"/>
      </w:divBdr>
    </w:div>
    <w:div w:id="728265613">
      <w:bodyDiv w:val="1"/>
      <w:marLeft w:val="0"/>
      <w:marRight w:val="0"/>
      <w:marTop w:val="0"/>
      <w:marBottom w:val="0"/>
      <w:divBdr>
        <w:top w:val="none" w:sz="0" w:space="0" w:color="auto"/>
        <w:left w:val="none" w:sz="0" w:space="0" w:color="auto"/>
        <w:bottom w:val="none" w:sz="0" w:space="0" w:color="auto"/>
        <w:right w:val="none" w:sz="0" w:space="0" w:color="auto"/>
      </w:divBdr>
    </w:div>
    <w:div w:id="736710672">
      <w:bodyDiv w:val="1"/>
      <w:marLeft w:val="0"/>
      <w:marRight w:val="0"/>
      <w:marTop w:val="0"/>
      <w:marBottom w:val="0"/>
      <w:divBdr>
        <w:top w:val="none" w:sz="0" w:space="0" w:color="auto"/>
        <w:left w:val="none" w:sz="0" w:space="0" w:color="auto"/>
        <w:bottom w:val="none" w:sz="0" w:space="0" w:color="auto"/>
        <w:right w:val="none" w:sz="0" w:space="0" w:color="auto"/>
      </w:divBdr>
    </w:div>
    <w:div w:id="745343618">
      <w:bodyDiv w:val="1"/>
      <w:marLeft w:val="0"/>
      <w:marRight w:val="0"/>
      <w:marTop w:val="0"/>
      <w:marBottom w:val="0"/>
      <w:divBdr>
        <w:top w:val="none" w:sz="0" w:space="0" w:color="auto"/>
        <w:left w:val="none" w:sz="0" w:space="0" w:color="auto"/>
        <w:bottom w:val="none" w:sz="0" w:space="0" w:color="auto"/>
        <w:right w:val="none" w:sz="0" w:space="0" w:color="auto"/>
      </w:divBdr>
    </w:div>
    <w:div w:id="762798223">
      <w:bodyDiv w:val="1"/>
      <w:marLeft w:val="0"/>
      <w:marRight w:val="0"/>
      <w:marTop w:val="0"/>
      <w:marBottom w:val="0"/>
      <w:divBdr>
        <w:top w:val="none" w:sz="0" w:space="0" w:color="auto"/>
        <w:left w:val="none" w:sz="0" w:space="0" w:color="auto"/>
        <w:bottom w:val="none" w:sz="0" w:space="0" w:color="auto"/>
        <w:right w:val="none" w:sz="0" w:space="0" w:color="auto"/>
      </w:divBdr>
    </w:div>
    <w:div w:id="772358079">
      <w:bodyDiv w:val="1"/>
      <w:marLeft w:val="0"/>
      <w:marRight w:val="0"/>
      <w:marTop w:val="0"/>
      <w:marBottom w:val="0"/>
      <w:divBdr>
        <w:top w:val="none" w:sz="0" w:space="0" w:color="auto"/>
        <w:left w:val="none" w:sz="0" w:space="0" w:color="auto"/>
        <w:bottom w:val="none" w:sz="0" w:space="0" w:color="auto"/>
        <w:right w:val="none" w:sz="0" w:space="0" w:color="auto"/>
      </w:divBdr>
    </w:div>
    <w:div w:id="852377999">
      <w:bodyDiv w:val="1"/>
      <w:marLeft w:val="0"/>
      <w:marRight w:val="0"/>
      <w:marTop w:val="0"/>
      <w:marBottom w:val="0"/>
      <w:divBdr>
        <w:top w:val="none" w:sz="0" w:space="0" w:color="auto"/>
        <w:left w:val="none" w:sz="0" w:space="0" w:color="auto"/>
        <w:bottom w:val="none" w:sz="0" w:space="0" w:color="auto"/>
        <w:right w:val="none" w:sz="0" w:space="0" w:color="auto"/>
      </w:divBdr>
    </w:div>
    <w:div w:id="856192115">
      <w:bodyDiv w:val="1"/>
      <w:marLeft w:val="0"/>
      <w:marRight w:val="0"/>
      <w:marTop w:val="0"/>
      <w:marBottom w:val="0"/>
      <w:divBdr>
        <w:top w:val="none" w:sz="0" w:space="0" w:color="auto"/>
        <w:left w:val="none" w:sz="0" w:space="0" w:color="auto"/>
        <w:bottom w:val="none" w:sz="0" w:space="0" w:color="auto"/>
        <w:right w:val="none" w:sz="0" w:space="0" w:color="auto"/>
      </w:divBdr>
      <w:divsChild>
        <w:div w:id="1571381860">
          <w:marLeft w:val="0"/>
          <w:marRight w:val="0"/>
          <w:marTop w:val="0"/>
          <w:marBottom w:val="0"/>
          <w:divBdr>
            <w:top w:val="none" w:sz="0" w:space="0" w:color="auto"/>
            <w:left w:val="none" w:sz="0" w:space="0" w:color="auto"/>
            <w:bottom w:val="none" w:sz="0" w:space="0" w:color="auto"/>
            <w:right w:val="none" w:sz="0" w:space="0" w:color="auto"/>
          </w:divBdr>
          <w:divsChild>
            <w:div w:id="6122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42383">
      <w:bodyDiv w:val="1"/>
      <w:marLeft w:val="0"/>
      <w:marRight w:val="0"/>
      <w:marTop w:val="0"/>
      <w:marBottom w:val="0"/>
      <w:divBdr>
        <w:top w:val="none" w:sz="0" w:space="0" w:color="auto"/>
        <w:left w:val="none" w:sz="0" w:space="0" w:color="auto"/>
        <w:bottom w:val="none" w:sz="0" w:space="0" w:color="auto"/>
        <w:right w:val="none" w:sz="0" w:space="0" w:color="auto"/>
      </w:divBdr>
    </w:div>
    <w:div w:id="954139115">
      <w:bodyDiv w:val="1"/>
      <w:marLeft w:val="0"/>
      <w:marRight w:val="0"/>
      <w:marTop w:val="0"/>
      <w:marBottom w:val="0"/>
      <w:divBdr>
        <w:top w:val="none" w:sz="0" w:space="0" w:color="auto"/>
        <w:left w:val="none" w:sz="0" w:space="0" w:color="auto"/>
        <w:bottom w:val="none" w:sz="0" w:space="0" w:color="auto"/>
        <w:right w:val="none" w:sz="0" w:space="0" w:color="auto"/>
      </w:divBdr>
    </w:div>
    <w:div w:id="967005110">
      <w:bodyDiv w:val="1"/>
      <w:marLeft w:val="0"/>
      <w:marRight w:val="0"/>
      <w:marTop w:val="0"/>
      <w:marBottom w:val="0"/>
      <w:divBdr>
        <w:top w:val="none" w:sz="0" w:space="0" w:color="auto"/>
        <w:left w:val="none" w:sz="0" w:space="0" w:color="auto"/>
        <w:bottom w:val="none" w:sz="0" w:space="0" w:color="auto"/>
        <w:right w:val="none" w:sz="0" w:space="0" w:color="auto"/>
      </w:divBdr>
    </w:div>
    <w:div w:id="996111620">
      <w:bodyDiv w:val="1"/>
      <w:marLeft w:val="0"/>
      <w:marRight w:val="0"/>
      <w:marTop w:val="0"/>
      <w:marBottom w:val="0"/>
      <w:divBdr>
        <w:top w:val="none" w:sz="0" w:space="0" w:color="auto"/>
        <w:left w:val="none" w:sz="0" w:space="0" w:color="auto"/>
        <w:bottom w:val="none" w:sz="0" w:space="0" w:color="auto"/>
        <w:right w:val="none" w:sz="0" w:space="0" w:color="auto"/>
      </w:divBdr>
    </w:div>
    <w:div w:id="997539796">
      <w:bodyDiv w:val="1"/>
      <w:marLeft w:val="0"/>
      <w:marRight w:val="0"/>
      <w:marTop w:val="0"/>
      <w:marBottom w:val="0"/>
      <w:divBdr>
        <w:top w:val="none" w:sz="0" w:space="0" w:color="auto"/>
        <w:left w:val="none" w:sz="0" w:space="0" w:color="auto"/>
        <w:bottom w:val="none" w:sz="0" w:space="0" w:color="auto"/>
        <w:right w:val="none" w:sz="0" w:space="0" w:color="auto"/>
      </w:divBdr>
    </w:div>
    <w:div w:id="1031496854">
      <w:bodyDiv w:val="1"/>
      <w:marLeft w:val="0"/>
      <w:marRight w:val="0"/>
      <w:marTop w:val="0"/>
      <w:marBottom w:val="0"/>
      <w:divBdr>
        <w:top w:val="none" w:sz="0" w:space="0" w:color="auto"/>
        <w:left w:val="none" w:sz="0" w:space="0" w:color="auto"/>
        <w:bottom w:val="none" w:sz="0" w:space="0" w:color="auto"/>
        <w:right w:val="none" w:sz="0" w:space="0" w:color="auto"/>
      </w:divBdr>
    </w:div>
    <w:div w:id="1359818908">
      <w:bodyDiv w:val="1"/>
      <w:marLeft w:val="0"/>
      <w:marRight w:val="0"/>
      <w:marTop w:val="0"/>
      <w:marBottom w:val="0"/>
      <w:divBdr>
        <w:top w:val="none" w:sz="0" w:space="0" w:color="auto"/>
        <w:left w:val="none" w:sz="0" w:space="0" w:color="auto"/>
        <w:bottom w:val="none" w:sz="0" w:space="0" w:color="auto"/>
        <w:right w:val="none" w:sz="0" w:space="0" w:color="auto"/>
      </w:divBdr>
    </w:div>
    <w:div w:id="1443652310">
      <w:bodyDiv w:val="1"/>
      <w:marLeft w:val="0"/>
      <w:marRight w:val="0"/>
      <w:marTop w:val="0"/>
      <w:marBottom w:val="0"/>
      <w:divBdr>
        <w:top w:val="none" w:sz="0" w:space="0" w:color="auto"/>
        <w:left w:val="none" w:sz="0" w:space="0" w:color="auto"/>
        <w:bottom w:val="none" w:sz="0" w:space="0" w:color="auto"/>
        <w:right w:val="none" w:sz="0" w:space="0" w:color="auto"/>
      </w:divBdr>
    </w:div>
    <w:div w:id="1445273236">
      <w:bodyDiv w:val="1"/>
      <w:marLeft w:val="0"/>
      <w:marRight w:val="0"/>
      <w:marTop w:val="0"/>
      <w:marBottom w:val="0"/>
      <w:divBdr>
        <w:top w:val="none" w:sz="0" w:space="0" w:color="auto"/>
        <w:left w:val="none" w:sz="0" w:space="0" w:color="auto"/>
        <w:bottom w:val="none" w:sz="0" w:space="0" w:color="auto"/>
        <w:right w:val="none" w:sz="0" w:space="0" w:color="auto"/>
      </w:divBdr>
    </w:div>
    <w:div w:id="1460998662">
      <w:bodyDiv w:val="1"/>
      <w:marLeft w:val="0"/>
      <w:marRight w:val="0"/>
      <w:marTop w:val="0"/>
      <w:marBottom w:val="0"/>
      <w:divBdr>
        <w:top w:val="none" w:sz="0" w:space="0" w:color="auto"/>
        <w:left w:val="none" w:sz="0" w:space="0" w:color="auto"/>
        <w:bottom w:val="none" w:sz="0" w:space="0" w:color="auto"/>
        <w:right w:val="none" w:sz="0" w:space="0" w:color="auto"/>
      </w:divBdr>
    </w:div>
    <w:div w:id="1662931347">
      <w:bodyDiv w:val="1"/>
      <w:marLeft w:val="0"/>
      <w:marRight w:val="0"/>
      <w:marTop w:val="0"/>
      <w:marBottom w:val="0"/>
      <w:divBdr>
        <w:top w:val="none" w:sz="0" w:space="0" w:color="auto"/>
        <w:left w:val="none" w:sz="0" w:space="0" w:color="auto"/>
        <w:bottom w:val="none" w:sz="0" w:space="0" w:color="auto"/>
        <w:right w:val="none" w:sz="0" w:space="0" w:color="auto"/>
      </w:divBdr>
      <w:divsChild>
        <w:div w:id="210852513">
          <w:marLeft w:val="0"/>
          <w:marRight w:val="0"/>
          <w:marTop w:val="0"/>
          <w:marBottom w:val="0"/>
          <w:divBdr>
            <w:top w:val="none" w:sz="0" w:space="0" w:color="auto"/>
            <w:left w:val="none" w:sz="0" w:space="0" w:color="auto"/>
            <w:bottom w:val="none" w:sz="0" w:space="0" w:color="auto"/>
            <w:right w:val="none" w:sz="0" w:space="0" w:color="auto"/>
          </w:divBdr>
          <w:divsChild>
            <w:div w:id="393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8931">
      <w:bodyDiv w:val="1"/>
      <w:marLeft w:val="0"/>
      <w:marRight w:val="0"/>
      <w:marTop w:val="0"/>
      <w:marBottom w:val="0"/>
      <w:divBdr>
        <w:top w:val="none" w:sz="0" w:space="0" w:color="auto"/>
        <w:left w:val="none" w:sz="0" w:space="0" w:color="auto"/>
        <w:bottom w:val="none" w:sz="0" w:space="0" w:color="auto"/>
        <w:right w:val="none" w:sz="0" w:space="0" w:color="auto"/>
      </w:divBdr>
    </w:div>
    <w:div w:id="1745178986">
      <w:bodyDiv w:val="1"/>
      <w:marLeft w:val="0"/>
      <w:marRight w:val="0"/>
      <w:marTop w:val="0"/>
      <w:marBottom w:val="0"/>
      <w:divBdr>
        <w:top w:val="none" w:sz="0" w:space="0" w:color="auto"/>
        <w:left w:val="none" w:sz="0" w:space="0" w:color="auto"/>
        <w:bottom w:val="none" w:sz="0" w:space="0" w:color="auto"/>
        <w:right w:val="none" w:sz="0" w:space="0" w:color="auto"/>
      </w:divBdr>
    </w:div>
    <w:div w:id="1751731092">
      <w:bodyDiv w:val="1"/>
      <w:marLeft w:val="0"/>
      <w:marRight w:val="0"/>
      <w:marTop w:val="0"/>
      <w:marBottom w:val="0"/>
      <w:divBdr>
        <w:top w:val="none" w:sz="0" w:space="0" w:color="auto"/>
        <w:left w:val="none" w:sz="0" w:space="0" w:color="auto"/>
        <w:bottom w:val="none" w:sz="0" w:space="0" w:color="auto"/>
        <w:right w:val="none" w:sz="0" w:space="0" w:color="auto"/>
      </w:divBdr>
    </w:div>
    <w:div w:id="1797721494">
      <w:bodyDiv w:val="1"/>
      <w:marLeft w:val="0"/>
      <w:marRight w:val="0"/>
      <w:marTop w:val="0"/>
      <w:marBottom w:val="0"/>
      <w:divBdr>
        <w:top w:val="none" w:sz="0" w:space="0" w:color="auto"/>
        <w:left w:val="none" w:sz="0" w:space="0" w:color="auto"/>
        <w:bottom w:val="none" w:sz="0" w:space="0" w:color="auto"/>
        <w:right w:val="none" w:sz="0" w:space="0" w:color="auto"/>
      </w:divBdr>
    </w:div>
    <w:div w:id="1817264276">
      <w:bodyDiv w:val="1"/>
      <w:marLeft w:val="0"/>
      <w:marRight w:val="0"/>
      <w:marTop w:val="0"/>
      <w:marBottom w:val="0"/>
      <w:divBdr>
        <w:top w:val="none" w:sz="0" w:space="0" w:color="auto"/>
        <w:left w:val="none" w:sz="0" w:space="0" w:color="auto"/>
        <w:bottom w:val="none" w:sz="0" w:space="0" w:color="auto"/>
        <w:right w:val="none" w:sz="0" w:space="0" w:color="auto"/>
      </w:divBdr>
    </w:div>
    <w:div w:id="1838494299">
      <w:bodyDiv w:val="1"/>
      <w:marLeft w:val="0"/>
      <w:marRight w:val="0"/>
      <w:marTop w:val="0"/>
      <w:marBottom w:val="0"/>
      <w:divBdr>
        <w:top w:val="none" w:sz="0" w:space="0" w:color="auto"/>
        <w:left w:val="none" w:sz="0" w:space="0" w:color="auto"/>
        <w:bottom w:val="none" w:sz="0" w:space="0" w:color="auto"/>
        <w:right w:val="none" w:sz="0" w:space="0" w:color="auto"/>
      </w:divBdr>
      <w:divsChild>
        <w:div w:id="911936649">
          <w:marLeft w:val="0"/>
          <w:marRight w:val="0"/>
          <w:marTop w:val="0"/>
          <w:marBottom w:val="0"/>
          <w:divBdr>
            <w:top w:val="none" w:sz="0" w:space="0" w:color="auto"/>
            <w:left w:val="none" w:sz="0" w:space="0" w:color="auto"/>
            <w:bottom w:val="none" w:sz="0" w:space="0" w:color="auto"/>
            <w:right w:val="none" w:sz="0" w:space="0" w:color="auto"/>
          </w:divBdr>
          <w:divsChild>
            <w:div w:id="152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09809">
      <w:bodyDiv w:val="1"/>
      <w:marLeft w:val="0"/>
      <w:marRight w:val="0"/>
      <w:marTop w:val="0"/>
      <w:marBottom w:val="0"/>
      <w:divBdr>
        <w:top w:val="none" w:sz="0" w:space="0" w:color="auto"/>
        <w:left w:val="none" w:sz="0" w:space="0" w:color="auto"/>
        <w:bottom w:val="none" w:sz="0" w:space="0" w:color="auto"/>
        <w:right w:val="none" w:sz="0" w:space="0" w:color="auto"/>
      </w:divBdr>
    </w:div>
    <w:div w:id="2020497094">
      <w:bodyDiv w:val="1"/>
      <w:marLeft w:val="0"/>
      <w:marRight w:val="0"/>
      <w:marTop w:val="0"/>
      <w:marBottom w:val="0"/>
      <w:divBdr>
        <w:top w:val="none" w:sz="0" w:space="0" w:color="auto"/>
        <w:left w:val="none" w:sz="0" w:space="0" w:color="auto"/>
        <w:bottom w:val="none" w:sz="0" w:space="0" w:color="auto"/>
        <w:right w:val="none" w:sz="0" w:space="0" w:color="auto"/>
      </w:divBdr>
    </w:div>
    <w:div w:id="2073313340">
      <w:bodyDiv w:val="1"/>
      <w:marLeft w:val="0"/>
      <w:marRight w:val="0"/>
      <w:marTop w:val="0"/>
      <w:marBottom w:val="0"/>
      <w:divBdr>
        <w:top w:val="none" w:sz="0" w:space="0" w:color="auto"/>
        <w:left w:val="none" w:sz="0" w:space="0" w:color="auto"/>
        <w:bottom w:val="none" w:sz="0" w:space="0" w:color="auto"/>
        <w:right w:val="none" w:sz="0" w:space="0" w:color="auto"/>
      </w:divBdr>
    </w:div>
    <w:div w:id="2121798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researchgate.net/publication/385054815_Water_Leak_Detection_A_Comprehensive_Review_of_Methods_Challenges_and_Future_Direction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zwater.org/reducing-urban-water-waste-the-role-of-iot-and-smart-leak-detection-systems/" TargetMode="Externa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04875-1951-45A0-89C1-D890E6896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3367</Words>
  <Characters>19192</Characters>
  <Application>Microsoft Office Word</Application>
  <DocSecurity>0</DocSecurity>
  <Lines>159</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22514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Rawan A M Tayeh</cp:lastModifiedBy>
  <cp:revision>12</cp:revision>
  <cp:lastPrinted>2025-06-09T14:15:00Z</cp:lastPrinted>
  <dcterms:created xsi:type="dcterms:W3CDTF">2025-06-12T08:02:00Z</dcterms:created>
  <dcterms:modified xsi:type="dcterms:W3CDTF">2025-06-12T08:35:00Z</dcterms:modified>
</cp:coreProperties>
</file>